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FD245" w14:textId="2273DCD3" w:rsidR="0056157D" w:rsidRPr="00BD24B4" w:rsidRDefault="00813657" w:rsidP="0056157D">
      <w:pPr>
        <w:pStyle w:val="headred12"/>
        <w:rPr>
          <w:sz w:val="28"/>
        </w:rPr>
      </w:pPr>
      <w:r w:rsidRPr="00BD24B4">
        <w:rPr>
          <w:sz w:val="28"/>
        </w:rPr>
        <w:t xml:space="preserve">РУКОВОДСТВО ПО ЭКСПЛУАТАЦИИ </w:t>
      </w:r>
      <w:r w:rsidR="00530C7A" w:rsidRPr="00BD24B4">
        <w:rPr>
          <w:sz w:val="28"/>
        </w:rPr>
        <w:br/>
      </w:r>
      <w:r w:rsidR="001C441B" w:rsidRPr="00BD24B4">
        <w:rPr>
          <w:sz w:val="28"/>
        </w:rPr>
        <w:t>YK450L</w:t>
      </w:r>
      <w:r w:rsidR="00014BDF" w:rsidRPr="00BD24B4">
        <w:rPr>
          <w:sz w:val="28"/>
        </w:rPr>
        <w:t xml:space="preserve"> (EPS/ AL) далее просто </w:t>
      </w:r>
      <w:r w:rsidR="001C441B" w:rsidRPr="00BD24B4">
        <w:rPr>
          <w:sz w:val="28"/>
        </w:rPr>
        <w:t>YK450L</w:t>
      </w:r>
    </w:p>
    <w:p w14:paraId="4FF777EF" w14:textId="7688F20C" w:rsidR="0056157D" w:rsidRPr="00BD24B4" w:rsidRDefault="0056157D">
      <w:pPr>
        <w:rPr>
          <w:lang w:val="ru-RU"/>
        </w:rPr>
      </w:pPr>
    </w:p>
    <w:p w14:paraId="0537EB7A" w14:textId="77777777" w:rsidR="00530C7A" w:rsidRPr="00BD24B4" w:rsidRDefault="00530C7A">
      <w:pPr>
        <w:rPr>
          <w:lang w:val="ru-RU"/>
        </w:rPr>
      </w:pPr>
    </w:p>
    <w:p w14:paraId="7B06731D" w14:textId="1B1B0484" w:rsidR="0056157D" w:rsidRPr="00BD24B4" w:rsidRDefault="0056157D" w:rsidP="0056157D">
      <w:pPr>
        <w:jc w:val="center"/>
        <w:rPr>
          <w:lang w:val="ru-RU"/>
        </w:rPr>
      </w:pPr>
      <w:r w:rsidRPr="00BD24B4">
        <w:rPr>
          <w:noProof/>
          <w:lang w:val="ru-RU" w:eastAsia="ru-RU"/>
        </w:rPr>
        <w:drawing>
          <wp:inline distT="0" distB="0" distL="0" distR="0" wp14:anchorId="2A09CDCC" wp14:editId="2B97CED9">
            <wp:extent cx="3239588" cy="26551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1_img_1.jpeg"/>
                    <pic:cNvPicPr/>
                  </pic:nvPicPr>
                  <pic:blipFill>
                    <a:blip r:embed="rId8"/>
                    <a:stretch>
                      <a:fillRect/>
                    </a:stretch>
                  </pic:blipFill>
                  <pic:spPr>
                    <a:xfrm>
                      <a:off x="0" y="0"/>
                      <a:ext cx="3239588" cy="2655152"/>
                    </a:xfrm>
                    <a:prstGeom prst="rect">
                      <a:avLst/>
                    </a:prstGeom>
                  </pic:spPr>
                </pic:pic>
              </a:graphicData>
            </a:graphic>
          </wp:inline>
        </w:drawing>
      </w:r>
    </w:p>
    <w:p w14:paraId="43C7A4C8" w14:textId="77777777" w:rsidR="00530C7A" w:rsidRPr="00BD24B4" w:rsidRDefault="00530C7A" w:rsidP="0056157D">
      <w:pPr>
        <w:pStyle w:val="Model"/>
        <w:rPr>
          <w:lang w:val="en-US"/>
        </w:rPr>
      </w:pPr>
    </w:p>
    <w:p w14:paraId="0C541885" w14:textId="4D5B9461" w:rsidR="0056157D" w:rsidRPr="00BD24B4" w:rsidRDefault="00813657" w:rsidP="0056157D">
      <w:pPr>
        <w:pStyle w:val="Model"/>
      </w:pPr>
      <w:r w:rsidRPr="00BD24B4">
        <w:t xml:space="preserve">МОДЕЛЬ: </w:t>
      </w:r>
      <w:bookmarkStart w:id="0" w:name="_Hlk210807214"/>
      <w:r w:rsidR="001C441B" w:rsidRPr="00BD24B4">
        <w:t>YK450L</w:t>
      </w:r>
    </w:p>
    <w:bookmarkEnd w:id="0"/>
    <w:p w14:paraId="7CB58F5E" w14:textId="497BC52E" w:rsidR="0056157D" w:rsidRPr="00BD24B4" w:rsidRDefault="00813657">
      <w:pPr>
        <w:rPr>
          <w:lang w:val="ru-RU"/>
        </w:rPr>
      </w:pPr>
      <w:r w:rsidRPr="00BD24B4">
        <w:rPr>
          <w:lang w:val="ru-RU"/>
        </w:rPr>
        <w:t xml:space="preserve"> </w:t>
      </w:r>
    </w:p>
    <w:p w14:paraId="51C7910B" w14:textId="1FC3646A" w:rsidR="0056157D" w:rsidRDefault="00382E7F" w:rsidP="00E719F7">
      <w:pPr>
        <w:jc w:val="center"/>
        <w:rPr>
          <w:rFonts w:cs="Times New Roman"/>
          <w:b/>
          <w:sz w:val="20"/>
          <w:szCs w:val="20"/>
          <w:lang w:val="ru-RU"/>
        </w:rPr>
      </w:pPr>
      <w:r w:rsidRPr="00BF3AE0">
        <w:rPr>
          <w:rFonts w:cs="Times New Roman"/>
          <w:b/>
          <w:sz w:val="20"/>
          <w:szCs w:val="20"/>
          <w:lang w:val="ru-RU"/>
        </w:rPr>
        <w:t>НЕОБХОДИМО ВНИМАТЕЛЬНО ОЗНАКОМИТЬСЯ С ДАННЫМ РУКОВОДСТВОМ ПЕРЕД НАЧАЛОМ ЭКСПЛУАТАЦИИ КВАДРИЦИКЛА!</w:t>
      </w:r>
    </w:p>
    <w:p w14:paraId="25EFFAD8" w14:textId="77777777" w:rsidR="00BF3AE0" w:rsidRPr="00BF3AE0" w:rsidRDefault="00BF3AE0">
      <w:pPr>
        <w:rPr>
          <w:rFonts w:cs="Times New Roman"/>
          <w:b/>
          <w:sz w:val="20"/>
          <w:szCs w:val="20"/>
          <w:lang w:val="ru-RU"/>
        </w:rPr>
      </w:pPr>
    </w:p>
    <w:p w14:paraId="6F1B10C7" w14:textId="4D3EC779" w:rsidR="00382E7F" w:rsidRPr="00BD24B4" w:rsidRDefault="00382E7F" w:rsidP="00E719F7">
      <w:pPr>
        <w:jc w:val="center"/>
        <w:rPr>
          <w:lang w:val="ru-RU"/>
        </w:rPr>
        <w:sectPr w:rsidR="00382E7F" w:rsidRPr="00BD24B4" w:rsidSect="005B39C8">
          <w:pgSz w:w="8051" w:h="11737" w:code="9"/>
          <w:pgMar w:top="720" w:right="720" w:bottom="720" w:left="720" w:header="397" w:footer="397" w:gutter="0"/>
          <w:cols w:space="720"/>
          <w:docGrid w:linePitch="360"/>
        </w:sectPr>
      </w:pPr>
      <w:r w:rsidRPr="00BD24B4">
        <w:rPr>
          <w:rFonts w:cs="Times New Roman"/>
          <w:b/>
          <w:i/>
          <w:sz w:val="24"/>
          <w:lang w:val="ru-RU"/>
        </w:rPr>
        <w:t>В данном руководстве содержится важная информация по безопасности</w:t>
      </w:r>
    </w:p>
    <w:p w14:paraId="5805972B" w14:textId="7C775CAC" w:rsidR="00530C7A" w:rsidRPr="00BD24B4" w:rsidRDefault="00530C7A">
      <w:pPr>
        <w:spacing w:after="200" w:line="276" w:lineRule="auto"/>
        <w:rPr>
          <w:lang w:val="ru-RU"/>
        </w:rPr>
      </w:pPr>
    </w:p>
    <w:p w14:paraId="5B2C12E0" w14:textId="77777777" w:rsidR="00530C7A" w:rsidRPr="00BD24B4" w:rsidRDefault="00530C7A" w:rsidP="00530C7A">
      <w:pPr>
        <w:rPr>
          <w:lang w:val="ru-RU"/>
        </w:rPr>
      </w:pPr>
    </w:p>
    <w:p w14:paraId="210960D5" w14:textId="16A1E8FF" w:rsidR="0056157D" w:rsidRPr="00BD24B4" w:rsidRDefault="00530C7A" w:rsidP="002866BA">
      <w:pPr>
        <w:pStyle w:val="a2"/>
        <w:rPr>
          <w:lang w:val="en-US"/>
        </w:rPr>
      </w:pPr>
      <w:r w:rsidRPr="00BD24B4">
        <w:t>СОДЕРЖАНИЕ</w:t>
      </w:r>
    </w:p>
    <w:p w14:paraId="1A4678DD" w14:textId="77777777" w:rsidR="0056157D" w:rsidRPr="00BD24B4" w:rsidRDefault="00813657">
      <w:r w:rsidRPr="00BD24B4">
        <w:rPr>
          <w:lang w:val="ru-RU"/>
        </w:rPr>
        <w:t xml:space="preserve"> </w:t>
      </w:r>
    </w:p>
    <w:p w14:paraId="5FC7E33C" w14:textId="77777777" w:rsidR="008516E8" w:rsidRPr="00BD24B4" w:rsidRDefault="008516E8"/>
    <w:p w14:paraId="5E6AF92D" w14:textId="54483B1F" w:rsidR="005C3707" w:rsidRDefault="003C0DC6">
      <w:pPr>
        <w:pStyle w:val="15"/>
        <w:rPr>
          <w:rFonts w:asciiTheme="minorHAnsi" w:hAnsiTheme="minorHAnsi"/>
          <w:sz w:val="22"/>
          <w:lang w:val="ru-RU" w:eastAsia="ru-RU"/>
        </w:rPr>
      </w:pPr>
      <w:r w:rsidRPr="00BD24B4">
        <w:fldChar w:fldCharType="begin"/>
      </w:r>
      <w:r w:rsidRPr="00BD24B4">
        <w:instrText xml:space="preserve"> TOC \o "1-1" \h \z \u </w:instrText>
      </w:r>
      <w:r w:rsidRPr="00BD24B4">
        <w:fldChar w:fldCharType="separate"/>
      </w:r>
      <w:hyperlink w:anchor="_Toc220542603" w:history="1">
        <w:r w:rsidR="005C3707" w:rsidRPr="00C20FA4">
          <w:rPr>
            <w:rStyle w:val="affd"/>
          </w:rPr>
          <w:t xml:space="preserve">1. </w:t>
        </w:r>
        <w:r w:rsidR="005C3707">
          <w:rPr>
            <w:rFonts w:asciiTheme="minorHAnsi" w:hAnsiTheme="minorHAnsi"/>
            <w:sz w:val="22"/>
            <w:lang w:val="ru-RU" w:eastAsia="ru-RU"/>
          </w:rPr>
          <w:tab/>
        </w:r>
        <w:r w:rsidR="005C3707" w:rsidRPr="00C20FA4">
          <w:rPr>
            <w:rStyle w:val="affd"/>
          </w:rPr>
          <w:t>ВВЕДЕНИЕ</w:t>
        </w:r>
        <w:r w:rsidR="005C3707">
          <w:rPr>
            <w:webHidden/>
          </w:rPr>
          <w:tab/>
        </w:r>
        <w:r w:rsidR="005C3707">
          <w:rPr>
            <w:webHidden/>
          </w:rPr>
          <w:fldChar w:fldCharType="begin"/>
        </w:r>
        <w:r w:rsidR="005C3707">
          <w:rPr>
            <w:webHidden/>
          </w:rPr>
          <w:instrText xml:space="preserve"> PAGEREF _Toc220542603 \h </w:instrText>
        </w:r>
        <w:r w:rsidR="005C3707">
          <w:rPr>
            <w:webHidden/>
          </w:rPr>
        </w:r>
        <w:r w:rsidR="005C3707">
          <w:rPr>
            <w:webHidden/>
          </w:rPr>
          <w:fldChar w:fldCharType="separate"/>
        </w:r>
        <w:r w:rsidR="005C3707">
          <w:rPr>
            <w:webHidden/>
          </w:rPr>
          <w:t>5</w:t>
        </w:r>
        <w:r w:rsidR="005C3707">
          <w:rPr>
            <w:webHidden/>
          </w:rPr>
          <w:fldChar w:fldCharType="end"/>
        </w:r>
      </w:hyperlink>
    </w:p>
    <w:p w14:paraId="48E61248" w14:textId="7482AE6E" w:rsidR="005C3707" w:rsidRDefault="006C4276">
      <w:pPr>
        <w:pStyle w:val="15"/>
        <w:rPr>
          <w:rFonts w:asciiTheme="minorHAnsi" w:hAnsiTheme="minorHAnsi"/>
          <w:sz w:val="22"/>
          <w:lang w:val="ru-RU" w:eastAsia="ru-RU"/>
        </w:rPr>
      </w:pPr>
      <w:hyperlink w:anchor="_Toc220542604" w:history="1">
        <w:r w:rsidR="005C3707" w:rsidRPr="00C20FA4">
          <w:rPr>
            <w:rStyle w:val="affd"/>
          </w:rPr>
          <w:t xml:space="preserve">2. </w:t>
        </w:r>
        <w:r w:rsidR="005C3707">
          <w:rPr>
            <w:rFonts w:asciiTheme="minorHAnsi" w:hAnsiTheme="minorHAnsi"/>
            <w:sz w:val="22"/>
            <w:lang w:val="ru-RU" w:eastAsia="ru-RU"/>
          </w:rPr>
          <w:tab/>
        </w:r>
        <w:r w:rsidR="005C3707" w:rsidRPr="00C20FA4">
          <w:rPr>
            <w:rStyle w:val="affd"/>
          </w:rPr>
          <w:t>ПОНИМАНИЕ ПРЕДУПРЕЖДЕНИЙ</w:t>
        </w:r>
        <w:r w:rsidR="005C3707">
          <w:rPr>
            <w:webHidden/>
          </w:rPr>
          <w:tab/>
        </w:r>
        <w:r w:rsidR="004E192F">
          <w:rPr>
            <w:webHidden/>
            <w:lang w:val="ru-RU"/>
          </w:rPr>
          <w:t>6</w:t>
        </w:r>
      </w:hyperlink>
    </w:p>
    <w:p w14:paraId="3D583351" w14:textId="18F1CD15" w:rsidR="005C3707" w:rsidRDefault="006C4276">
      <w:pPr>
        <w:pStyle w:val="15"/>
        <w:rPr>
          <w:rFonts w:asciiTheme="minorHAnsi" w:hAnsiTheme="minorHAnsi"/>
          <w:sz w:val="22"/>
          <w:lang w:val="ru-RU" w:eastAsia="ru-RU"/>
        </w:rPr>
      </w:pPr>
      <w:hyperlink w:anchor="_Toc220542605" w:history="1">
        <w:r w:rsidR="005C3707" w:rsidRPr="00C20FA4">
          <w:rPr>
            <w:rStyle w:val="affd"/>
          </w:rPr>
          <w:t xml:space="preserve">3. </w:t>
        </w:r>
        <w:r w:rsidR="005C3707">
          <w:rPr>
            <w:rFonts w:asciiTheme="minorHAnsi" w:hAnsiTheme="minorHAnsi"/>
            <w:sz w:val="22"/>
            <w:lang w:val="ru-RU" w:eastAsia="ru-RU"/>
          </w:rPr>
          <w:tab/>
        </w:r>
        <w:r w:rsidR="005C3707" w:rsidRPr="00C20FA4">
          <w:rPr>
            <w:rStyle w:val="affd"/>
          </w:rPr>
          <w:t>ПРЕДУПРЕЖДЕНИЕ ПО БЕЗОПАСНОСТИ</w:t>
        </w:r>
        <w:r w:rsidR="005C3707">
          <w:rPr>
            <w:webHidden/>
          </w:rPr>
          <w:tab/>
        </w:r>
        <w:r w:rsidR="004E192F">
          <w:rPr>
            <w:webHidden/>
            <w:lang w:val="ru-RU"/>
          </w:rPr>
          <w:t>6</w:t>
        </w:r>
      </w:hyperlink>
    </w:p>
    <w:p w14:paraId="7BB57820" w14:textId="5B211A9A" w:rsidR="005C3707" w:rsidRDefault="006C4276">
      <w:pPr>
        <w:pStyle w:val="15"/>
        <w:rPr>
          <w:rFonts w:asciiTheme="minorHAnsi" w:hAnsiTheme="minorHAnsi"/>
          <w:sz w:val="22"/>
          <w:lang w:val="ru-RU" w:eastAsia="ru-RU"/>
        </w:rPr>
      </w:pPr>
      <w:hyperlink w:anchor="_Toc220542606" w:history="1">
        <w:r w:rsidR="005C3707" w:rsidRPr="00C20FA4">
          <w:rPr>
            <w:rStyle w:val="affd"/>
          </w:rPr>
          <w:t xml:space="preserve">4. </w:t>
        </w:r>
        <w:r w:rsidR="005C3707">
          <w:rPr>
            <w:rFonts w:asciiTheme="minorHAnsi" w:hAnsiTheme="minorHAnsi"/>
            <w:sz w:val="22"/>
            <w:lang w:val="ru-RU" w:eastAsia="ru-RU"/>
          </w:rPr>
          <w:tab/>
        </w:r>
        <w:r w:rsidR="005C3707" w:rsidRPr="00C20FA4">
          <w:rPr>
            <w:rStyle w:val="affd"/>
          </w:rPr>
          <w:t>ЕЖЕДНЕВНЫЕ ПРОВЕРКИ ПЕРЕД ПОЕЗДКОЙ</w:t>
        </w:r>
        <w:r w:rsidR="005C3707">
          <w:rPr>
            <w:webHidden/>
          </w:rPr>
          <w:tab/>
        </w:r>
        <w:r w:rsidR="004E192F">
          <w:rPr>
            <w:webHidden/>
            <w:lang w:val="ru-RU"/>
          </w:rPr>
          <w:t>7</w:t>
        </w:r>
      </w:hyperlink>
    </w:p>
    <w:p w14:paraId="342C97FA" w14:textId="33AEA47D" w:rsidR="005C3707" w:rsidRDefault="006C4276">
      <w:pPr>
        <w:pStyle w:val="15"/>
        <w:rPr>
          <w:rFonts w:asciiTheme="minorHAnsi" w:hAnsiTheme="minorHAnsi"/>
          <w:sz w:val="22"/>
          <w:lang w:val="ru-RU" w:eastAsia="ru-RU"/>
        </w:rPr>
      </w:pPr>
      <w:hyperlink w:anchor="_Toc220542608" w:history="1">
        <w:r w:rsidR="005C3707" w:rsidRPr="00C20FA4">
          <w:rPr>
            <w:rStyle w:val="affd"/>
          </w:rPr>
          <w:t xml:space="preserve">6. </w:t>
        </w:r>
        <w:r w:rsidR="005C3707">
          <w:rPr>
            <w:rFonts w:asciiTheme="minorHAnsi" w:hAnsiTheme="minorHAnsi"/>
            <w:sz w:val="22"/>
            <w:lang w:val="ru-RU" w:eastAsia="ru-RU"/>
          </w:rPr>
          <w:tab/>
        </w:r>
        <w:r w:rsidR="005C3707" w:rsidRPr="00C20FA4">
          <w:rPr>
            <w:rStyle w:val="affd"/>
          </w:rPr>
          <w:t>ИДЕНТИФИКАЦИОННЫЙ НОМЕР ТРАНСПОРТНОГО СРЕДСТВА (VIN)</w:t>
        </w:r>
        <w:r w:rsidR="005C3707">
          <w:rPr>
            <w:webHidden/>
          </w:rPr>
          <w:tab/>
        </w:r>
        <w:r w:rsidR="004E192F">
          <w:rPr>
            <w:webHidden/>
            <w:lang w:val="ru-RU"/>
          </w:rPr>
          <w:t>9</w:t>
        </w:r>
      </w:hyperlink>
    </w:p>
    <w:p w14:paraId="2DCF3028" w14:textId="7F05727A" w:rsidR="005C3707" w:rsidRDefault="006C4276">
      <w:pPr>
        <w:pStyle w:val="15"/>
        <w:rPr>
          <w:rFonts w:asciiTheme="minorHAnsi" w:hAnsiTheme="minorHAnsi"/>
          <w:sz w:val="22"/>
          <w:lang w:val="ru-RU" w:eastAsia="ru-RU"/>
        </w:rPr>
      </w:pPr>
      <w:hyperlink w:anchor="_Toc220542609" w:history="1">
        <w:r w:rsidR="005C3707" w:rsidRPr="00C20FA4">
          <w:rPr>
            <w:rStyle w:val="affd"/>
          </w:rPr>
          <w:t xml:space="preserve">7. </w:t>
        </w:r>
        <w:r w:rsidR="005C3707">
          <w:rPr>
            <w:rFonts w:asciiTheme="minorHAnsi" w:hAnsiTheme="minorHAnsi"/>
            <w:sz w:val="22"/>
            <w:lang w:val="ru-RU" w:eastAsia="ru-RU"/>
          </w:rPr>
          <w:tab/>
        </w:r>
        <w:r w:rsidR="005C3707" w:rsidRPr="00C20FA4">
          <w:rPr>
            <w:rStyle w:val="affd"/>
          </w:rPr>
          <w:t>ФУНКЦИИ ЭЛЕМЕНТОВ УПРАВЛЕНИЯ И ЧАСТЕЙ</w:t>
        </w:r>
        <w:r w:rsidR="005C3707">
          <w:rPr>
            <w:webHidden/>
          </w:rPr>
          <w:tab/>
        </w:r>
        <w:r w:rsidR="004E192F">
          <w:rPr>
            <w:webHidden/>
            <w:lang w:val="ru-RU"/>
          </w:rPr>
          <w:t>10</w:t>
        </w:r>
      </w:hyperlink>
    </w:p>
    <w:p w14:paraId="00773C50" w14:textId="28C46BE4" w:rsidR="005C3707" w:rsidRDefault="006C4276">
      <w:pPr>
        <w:pStyle w:val="15"/>
        <w:rPr>
          <w:rFonts w:asciiTheme="minorHAnsi" w:hAnsiTheme="minorHAnsi"/>
          <w:sz w:val="22"/>
          <w:lang w:val="ru-RU" w:eastAsia="ru-RU"/>
        </w:rPr>
      </w:pPr>
      <w:hyperlink w:anchor="_Toc220542610" w:history="1">
        <w:r w:rsidR="005C3707" w:rsidRPr="00C20FA4">
          <w:rPr>
            <w:rStyle w:val="affd"/>
          </w:rPr>
          <w:t xml:space="preserve">8. </w:t>
        </w:r>
        <w:r w:rsidR="005C3707">
          <w:rPr>
            <w:rFonts w:asciiTheme="minorHAnsi" w:hAnsiTheme="minorHAnsi"/>
            <w:sz w:val="22"/>
            <w:lang w:val="ru-RU" w:eastAsia="ru-RU"/>
          </w:rPr>
          <w:tab/>
        </w:r>
        <w:r w:rsidR="005C3707" w:rsidRPr="00C20FA4">
          <w:rPr>
            <w:rStyle w:val="affd"/>
          </w:rPr>
          <w:t>ЗАПУСК ДВИГАТЕЛЯ</w:t>
        </w:r>
        <w:r w:rsidR="005C3707">
          <w:rPr>
            <w:webHidden/>
          </w:rPr>
          <w:tab/>
        </w:r>
        <w:r w:rsidR="007D7DF3">
          <w:rPr>
            <w:webHidden/>
            <w:lang w:val="ru-RU"/>
          </w:rPr>
          <w:t>17</w:t>
        </w:r>
      </w:hyperlink>
    </w:p>
    <w:p w14:paraId="79516B00" w14:textId="574834CE" w:rsidR="005C3707" w:rsidRDefault="006C4276">
      <w:pPr>
        <w:pStyle w:val="15"/>
        <w:rPr>
          <w:rFonts w:asciiTheme="minorHAnsi" w:hAnsiTheme="minorHAnsi"/>
          <w:sz w:val="22"/>
          <w:lang w:val="ru-RU" w:eastAsia="ru-RU"/>
        </w:rPr>
      </w:pPr>
      <w:hyperlink w:anchor="_Toc220542611" w:history="1">
        <w:r w:rsidR="005C3707" w:rsidRPr="00C20FA4">
          <w:rPr>
            <w:rStyle w:val="affd"/>
          </w:rPr>
          <w:t xml:space="preserve">9. </w:t>
        </w:r>
        <w:r w:rsidR="005C3707">
          <w:rPr>
            <w:rFonts w:asciiTheme="minorHAnsi" w:hAnsiTheme="minorHAnsi"/>
            <w:sz w:val="22"/>
            <w:lang w:val="ru-RU" w:eastAsia="ru-RU"/>
          </w:rPr>
          <w:tab/>
        </w:r>
        <w:r w:rsidR="005C3707" w:rsidRPr="00C20FA4">
          <w:rPr>
            <w:rStyle w:val="affd"/>
          </w:rPr>
          <w:t>ПЕРИОД ОБКАТКИ ТРАНСПОРТНОГО СРЕДСТВА</w:t>
        </w:r>
        <w:r w:rsidR="005C3707">
          <w:rPr>
            <w:webHidden/>
          </w:rPr>
          <w:tab/>
        </w:r>
        <w:r w:rsidR="007D7DF3">
          <w:rPr>
            <w:webHidden/>
            <w:lang w:val="ru-RU"/>
          </w:rPr>
          <w:t>18</w:t>
        </w:r>
      </w:hyperlink>
    </w:p>
    <w:p w14:paraId="4382EA11" w14:textId="1B30295A" w:rsidR="005C3707" w:rsidRDefault="006C4276">
      <w:pPr>
        <w:pStyle w:val="15"/>
        <w:rPr>
          <w:rFonts w:asciiTheme="minorHAnsi" w:hAnsiTheme="minorHAnsi"/>
          <w:sz w:val="22"/>
          <w:lang w:val="ru-RU" w:eastAsia="ru-RU"/>
        </w:rPr>
      </w:pPr>
      <w:hyperlink w:anchor="_Toc220542612" w:history="1">
        <w:r w:rsidR="005C3707" w:rsidRPr="00C20FA4">
          <w:rPr>
            <w:rStyle w:val="affd"/>
          </w:rPr>
          <w:t>10.</w:t>
        </w:r>
        <w:r w:rsidR="005C3707">
          <w:rPr>
            <w:rFonts w:asciiTheme="minorHAnsi" w:hAnsiTheme="minorHAnsi"/>
            <w:sz w:val="22"/>
            <w:lang w:val="ru-RU" w:eastAsia="ru-RU"/>
          </w:rPr>
          <w:tab/>
        </w:r>
        <w:r w:rsidR="005C3707" w:rsidRPr="00C20FA4">
          <w:rPr>
            <w:rStyle w:val="affd"/>
          </w:rPr>
          <w:t>БЕЗОПАСНОЕ УПРАВЛЕНИЕ</w:t>
        </w:r>
        <w:r w:rsidR="005C3707">
          <w:rPr>
            <w:webHidden/>
          </w:rPr>
          <w:tab/>
        </w:r>
        <w:r w:rsidR="00EB07DC">
          <w:rPr>
            <w:webHidden/>
            <w:lang w:val="ru-RU"/>
          </w:rPr>
          <w:t>19</w:t>
        </w:r>
      </w:hyperlink>
    </w:p>
    <w:p w14:paraId="105A785A" w14:textId="107AB1A1" w:rsidR="005C3707" w:rsidRDefault="006C4276">
      <w:pPr>
        <w:pStyle w:val="15"/>
        <w:rPr>
          <w:rFonts w:asciiTheme="minorHAnsi" w:hAnsiTheme="minorHAnsi"/>
          <w:sz w:val="22"/>
          <w:lang w:val="ru-RU" w:eastAsia="ru-RU"/>
        </w:rPr>
      </w:pPr>
      <w:hyperlink w:anchor="_Toc220542613" w:history="1">
        <w:r w:rsidR="005C3707" w:rsidRPr="00C20FA4">
          <w:rPr>
            <w:rStyle w:val="affd"/>
          </w:rPr>
          <w:t xml:space="preserve">11. </w:t>
        </w:r>
        <w:r w:rsidR="005C3707">
          <w:rPr>
            <w:rFonts w:asciiTheme="minorHAnsi" w:hAnsiTheme="minorHAnsi"/>
            <w:sz w:val="22"/>
            <w:lang w:val="ru-RU" w:eastAsia="ru-RU"/>
          </w:rPr>
          <w:tab/>
        </w:r>
        <w:r w:rsidR="005C3707" w:rsidRPr="00C20FA4">
          <w:rPr>
            <w:rStyle w:val="affd"/>
          </w:rPr>
          <w:t>ПЕРЕВОЗКА ГРУЗОВ</w:t>
        </w:r>
        <w:r w:rsidR="005C3707">
          <w:rPr>
            <w:webHidden/>
          </w:rPr>
          <w:tab/>
        </w:r>
        <w:r w:rsidR="00EB07DC">
          <w:rPr>
            <w:webHidden/>
            <w:lang w:val="ru-RU"/>
          </w:rPr>
          <w:t>20</w:t>
        </w:r>
      </w:hyperlink>
    </w:p>
    <w:p w14:paraId="79C7D6EE" w14:textId="3ADEBAB2" w:rsidR="005C3707" w:rsidRDefault="006C4276">
      <w:pPr>
        <w:pStyle w:val="15"/>
        <w:rPr>
          <w:rFonts w:asciiTheme="minorHAnsi" w:hAnsiTheme="minorHAnsi"/>
          <w:sz w:val="22"/>
          <w:lang w:val="ru-RU" w:eastAsia="ru-RU"/>
        </w:rPr>
      </w:pPr>
      <w:hyperlink w:anchor="_Toc220542614" w:history="1">
        <w:r w:rsidR="005C3707" w:rsidRPr="00C20FA4">
          <w:rPr>
            <w:rStyle w:val="affd"/>
          </w:rPr>
          <w:t xml:space="preserve">12. </w:t>
        </w:r>
        <w:r w:rsidR="005C3707">
          <w:rPr>
            <w:rFonts w:asciiTheme="minorHAnsi" w:hAnsiTheme="minorHAnsi"/>
            <w:sz w:val="22"/>
            <w:lang w:val="ru-RU" w:eastAsia="ru-RU"/>
          </w:rPr>
          <w:tab/>
        </w:r>
        <w:r w:rsidR="005C3707" w:rsidRPr="00C20FA4">
          <w:rPr>
            <w:rStyle w:val="affd"/>
          </w:rPr>
          <w:t>ВОЖДЕНИЕ КВАДРИЦИКЛА</w:t>
        </w:r>
        <w:r w:rsidR="005C3707">
          <w:rPr>
            <w:webHidden/>
          </w:rPr>
          <w:tab/>
        </w:r>
        <w:r w:rsidR="00EB07DC">
          <w:rPr>
            <w:webHidden/>
            <w:lang w:val="ru-RU"/>
          </w:rPr>
          <w:t>22</w:t>
        </w:r>
      </w:hyperlink>
    </w:p>
    <w:p w14:paraId="028D582F" w14:textId="4612DEDD" w:rsidR="005C3707" w:rsidRDefault="006C4276">
      <w:pPr>
        <w:pStyle w:val="15"/>
        <w:rPr>
          <w:rFonts w:asciiTheme="minorHAnsi" w:hAnsiTheme="minorHAnsi"/>
          <w:sz w:val="22"/>
          <w:lang w:val="ru-RU" w:eastAsia="ru-RU"/>
        </w:rPr>
      </w:pPr>
      <w:hyperlink w:anchor="_Toc220542615" w:history="1">
        <w:r w:rsidR="005C3707" w:rsidRPr="00C20FA4">
          <w:rPr>
            <w:rStyle w:val="affd"/>
          </w:rPr>
          <w:t>13.</w:t>
        </w:r>
        <w:r w:rsidR="005C3707">
          <w:rPr>
            <w:rFonts w:asciiTheme="minorHAnsi" w:hAnsiTheme="minorHAnsi"/>
            <w:sz w:val="22"/>
            <w:lang w:val="ru-RU" w:eastAsia="ru-RU"/>
          </w:rPr>
          <w:tab/>
        </w:r>
        <w:r w:rsidR="005C3707" w:rsidRPr="00C20FA4">
          <w:rPr>
            <w:rStyle w:val="affd"/>
          </w:rPr>
          <w:t>СИСТЕМА БЕССТУПЕНЧАТОЙ ПЕРЕДАЧИ МОМЕНТА</w:t>
        </w:r>
        <w:r w:rsidR="005C3707">
          <w:rPr>
            <w:webHidden/>
          </w:rPr>
          <w:tab/>
        </w:r>
        <w:r w:rsidR="00EB07DC">
          <w:rPr>
            <w:webHidden/>
            <w:lang w:val="ru-RU"/>
          </w:rPr>
          <w:t>31</w:t>
        </w:r>
      </w:hyperlink>
    </w:p>
    <w:p w14:paraId="037CAFF6" w14:textId="60F1A0C8" w:rsidR="005C3707" w:rsidRDefault="006C4276">
      <w:pPr>
        <w:pStyle w:val="15"/>
        <w:rPr>
          <w:rFonts w:asciiTheme="minorHAnsi" w:hAnsiTheme="minorHAnsi"/>
          <w:sz w:val="22"/>
          <w:lang w:val="ru-RU" w:eastAsia="ru-RU"/>
        </w:rPr>
      </w:pPr>
      <w:hyperlink w:anchor="_Toc220542616" w:history="1">
        <w:r w:rsidR="005C3707" w:rsidRPr="00C20FA4">
          <w:rPr>
            <w:rStyle w:val="affd"/>
          </w:rPr>
          <w:t xml:space="preserve">14. </w:t>
        </w:r>
        <w:r w:rsidR="005C3707">
          <w:rPr>
            <w:rFonts w:asciiTheme="minorHAnsi" w:hAnsiTheme="minorHAnsi"/>
            <w:sz w:val="22"/>
            <w:lang w:val="ru-RU" w:eastAsia="ru-RU"/>
          </w:rPr>
          <w:tab/>
        </w:r>
        <w:r w:rsidR="005C3707" w:rsidRPr="00C20FA4">
          <w:rPr>
            <w:rStyle w:val="affd"/>
          </w:rPr>
          <w:t>АККУМУЛЯТОР</w:t>
        </w:r>
        <w:r w:rsidR="005C3707">
          <w:rPr>
            <w:webHidden/>
          </w:rPr>
          <w:tab/>
        </w:r>
        <w:r w:rsidR="00EB07DC">
          <w:rPr>
            <w:webHidden/>
            <w:lang w:val="ru-RU"/>
          </w:rPr>
          <w:t>32</w:t>
        </w:r>
      </w:hyperlink>
    </w:p>
    <w:p w14:paraId="61771C47" w14:textId="06621EF6" w:rsidR="005C3707" w:rsidRDefault="006C4276">
      <w:pPr>
        <w:pStyle w:val="15"/>
        <w:rPr>
          <w:rFonts w:asciiTheme="minorHAnsi" w:hAnsiTheme="minorHAnsi"/>
          <w:sz w:val="22"/>
          <w:lang w:val="ru-RU" w:eastAsia="ru-RU"/>
        </w:rPr>
      </w:pPr>
      <w:hyperlink w:anchor="_Toc220542617" w:history="1">
        <w:r w:rsidR="005C3707" w:rsidRPr="00C20FA4">
          <w:rPr>
            <w:rStyle w:val="affd"/>
          </w:rPr>
          <w:t xml:space="preserve">15. </w:t>
        </w:r>
        <w:r w:rsidR="005C3707">
          <w:rPr>
            <w:rFonts w:asciiTheme="minorHAnsi" w:hAnsiTheme="minorHAnsi"/>
            <w:sz w:val="22"/>
            <w:lang w:val="ru-RU" w:eastAsia="ru-RU"/>
          </w:rPr>
          <w:tab/>
        </w:r>
        <w:r w:rsidR="005C3707" w:rsidRPr="00C20FA4">
          <w:rPr>
            <w:rStyle w:val="affd"/>
          </w:rPr>
          <w:t>ВЫХЛОПНАЯ СИСТЕМА</w:t>
        </w:r>
        <w:r w:rsidR="005C3707">
          <w:rPr>
            <w:webHidden/>
          </w:rPr>
          <w:tab/>
        </w:r>
        <w:r w:rsidR="00E06278">
          <w:rPr>
            <w:webHidden/>
            <w:lang w:val="ru-RU"/>
          </w:rPr>
          <w:t>33</w:t>
        </w:r>
      </w:hyperlink>
    </w:p>
    <w:p w14:paraId="3184AB33" w14:textId="12123770" w:rsidR="005C3707" w:rsidRDefault="006C4276">
      <w:pPr>
        <w:pStyle w:val="15"/>
        <w:rPr>
          <w:rFonts w:asciiTheme="minorHAnsi" w:hAnsiTheme="minorHAnsi"/>
          <w:sz w:val="22"/>
          <w:lang w:val="ru-RU" w:eastAsia="ru-RU"/>
        </w:rPr>
      </w:pPr>
      <w:hyperlink w:anchor="_Toc220542618" w:history="1">
        <w:r w:rsidR="005C3707" w:rsidRPr="00C20FA4">
          <w:rPr>
            <w:rStyle w:val="affd"/>
          </w:rPr>
          <w:t xml:space="preserve">16. </w:t>
        </w:r>
        <w:r w:rsidR="005C3707">
          <w:rPr>
            <w:rFonts w:asciiTheme="minorHAnsi" w:hAnsiTheme="minorHAnsi"/>
            <w:sz w:val="22"/>
            <w:lang w:val="ru-RU" w:eastAsia="ru-RU"/>
          </w:rPr>
          <w:tab/>
        </w:r>
        <w:r w:rsidR="005C3707" w:rsidRPr="00C20FA4">
          <w:rPr>
            <w:rStyle w:val="affd"/>
          </w:rPr>
          <w:t>ТЕХНИЧЕСКОЕ ОБСЛУЖИВАНИЕ</w:t>
        </w:r>
        <w:r w:rsidR="005C3707">
          <w:rPr>
            <w:webHidden/>
          </w:rPr>
          <w:tab/>
        </w:r>
        <w:r w:rsidR="00E06278">
          <w:rPr>
            <w:webHidden/>
            <w:lang w:val="ru-RU"/>
          </w:rPr>
          <w:t>35</w:t>
        </w:r>
      </w:hyperlink>
    </w:p>
    <w:p w14:paraId="49A87ECC" w14:textId="0EA5E819" w:rsidR="005C3707" w:rsidRDefault="006C4276">
      <w:pPr>
        <w:pStyle w:val="15"/>
        <w:rPr>
          <w:rFonts w:asciiTheme="minorHAnsi" w:hAnsiTheme="minorHAnsi"/>
          <w:sz w:val="22"/>
          <w:lang w:val="ru-RU" w:eastAsia="ru-RU"/>
        </w:rPr>
      </w:pPr>
      <w:hyperlink w:anchor="_Toc220542619" w:history="1">
        <w:r w:rsidR="005C3707" w:rsidRPr="00C20FA4">
          <w:rPr>
            <w:rStyle w:val="affd"/>
          </w:rPr>
          <w:t>17.</w:t>
        </w:r>
        <w:r w:rsidR="005C3707">
          <w:rPr>
            <w:rFonts w:asciiTheme="minorHAnsi" w:hAnsiTheme="minorHAnsi"/>
            <w:sz w:val="22"/>
            <w:lang w:val="ru-RU" w:eastAsia="ru-RU"/>
          </w:rPr>
          <w:tab/>
        </w:r>
        <w:r w:rsidR="005C3707" w:rsidRPr="00C20FA4">
          <w:rPr>
            <w:rStyle w:val="affd"/>
          </w:rPr>
          <w:t>ПОДГОТОВКА КВАДРИЦИКЛА К ДЛИТЕЛЬНОМУ ХРАНЕНИЮ</w:t>
        </w:r>
        <w:r w:rsidR="005C3707">
          <w:rPr>
            <w:webHidden/>
          </w:rPr>
          <w:tab/>
        </w:r>
        <w:r w:rsidR="00E06278">
          <w:rPr>
            <w:webHidden/>
            <w:lang w:val="ru-RU"/>
          </w:rPr>
          <w:t>36</w:t>
        </w:r>
      </w:hyperlink>
    </w:p>
    <w:p w14:paraId="60152595" w14:textId="31E8DB48" w:rsidR="005C3707" w:rsidRDefault="006C4276">
      <w:pPr>
        <w:pStyle w:val="15"/>
        <w:rPr>
          <w:rFonts w:asciiTheme="minorHAnsi" w:hAnsiTheme="minorHAnsi"/>
          <w:sz w:val="22"/>
          <w:lang w:val="ru-RU" w:eastAsia="ru-RU"/>
        </w:rPr>
      </w:pPr>
      <w:hyperlink w:anchor="_Toc220542620" w:history="1">
        <w:r w:rsidR="005C3707" w:rsidRPr="00C20FA4">
          <w:rPr>
            <w:rStyle w:val="affd"/>
          </w:rPr>
          <w:t>18.</w:t>
        </w:r>
        <w:r w:rsidR="005C3707">
          <w:rPr>
            <w:rFonts w:asciiTheme="minorHAnsi" w:hAnsiTheme="minorHAnsi"/>
            <w:sz w:val="22"/>
            <w:lang w:val="ru-RU" w:eastAsia="ru-RU"/>
          </w:rPr>
          <w:tab/>
        </w:r>
        <w:r w:rsidR="005C3707" w:rsidRPr="00C20FA4">
          <w:rPr>
            <w:rStyle w:val="affd"/>
          </w:rPr>
          <w:t>ПОДГОТОВКА К ЭКСПЛУАТАЦИИ ПОСЛЕ ДЛИТЕЛЬНОГО ХРАНЕНИЯ (КОНСЕРВАЦИИ)</w:t>
        </w:r>
        <w:r w:rsidR="005C3707">
          <w:rPr>
            <w:webHidden/>
          </w:rPr>
          <w:tab/>
        </w:r>
        <w:r w:rsidR="00E06278">
          <w:rPr>
            <w:webHidden/>
            <w:lang w:val="ru-RU"/>
          </w:rPr>
          <w:t>37</w:t>
        </w:r>
      </w:hyperlink>
    </w:p>
    <w:p w14:paraId="264FBE4A" w14:textId="5336A48F" w:rsidR="005C3707" w:rsidRDefault="006C4276">
      <w:pPr>
        <w:pStyle w:val="15"/>
        <w:rPr>
          <w:rFonts w:asciiTheme="minorHAnsi" w:hAnsiTheme="minorHAnsi"/>
          <w:sz w:val="22"/>
          <w:lang w:val="ru-RU" w:eastAsia="ru-RU"/>
        </w:rPr>
      </w:pPr>
      <w:hyperlink w:anchor="_Toc220542621" w:history="1">
        <w:r w:rsidR="005C3707" w:rsidRPr="00C20FA4">
          <w:rPr>
            <w:rStyle w:val="affd"/>
          </w:rPr>
          <w:t>19.</w:t>
        </w:r>
        <w:r w:rsidR="005C3707">
          <w:rPr>
            <w:rFonts w:asciiTheme="minorHAnsi" w:hAnsiTheme="minorHAnsi"/>
            <w:sz w:val="22"/>
            <w:lang w:val="ru-RU" w:eastAsia="ru-RU"/>
          </w:rPr>
          <w:tab/>
        </w:r>
        <w:r w:rsidR="005C3707" w:rsidRPr="00C20FA4">
          <w:rPr>
            <w:rStyle w:val="affd"/>
          </w:rPr>
          <w:t>СПЕЦИФИКАЦИЯ</w:t>
        </w:r>
        <w:r w:rsidR="005C3707">
          <w:rPr>
            <w:webHidden/>
          </w:rPr>
          <w:tab/>
        </w:r>
        <w:r w:rsidR="00E06278">
          <w:rPr>
            <w:webHidden/>
            <w:lang w:val="ru-RU"/>
          </w:rPr>
          <w:t>38</w:t>
        </w:r>
      </w:hyperlink>
    </w:p>
    <w:p w14:paraId="5C43EBB5" w14:textId="3266E002" w:rsidR="005C3707" w:rsidRDefault="006C4276">
      <w:pPr>
        <w:pStyle w:val="15"/>
        <w:rPr>
          <w:rFonts w:asciiTheme="minorHAnsi" w:hAnsiTheme="minorHAnsi"/>
          <w:sz w:val="22"/>
          <w:lang w:val="ru-RU" w:eastAsia="ru-RU"/>
        </w:rPr>
      </w:pPr>
      <w:hyperlink w:anchor="_Toc220542622" w:history="1">
        <w:r w:rsidR="005C3707" w:rsidRPr="00C20FA4">
          <w:rPr>
            <w:rStyle w:val="affd"/>
          </w:rPr>
          <w:t xml:space="preserve">20. </w:t>
        </w:r>
        <w:r w:rsidR="005C3707">
          <w:rPr>
            <w:rFonts w:asciiTheme="minorHAnsi" w:hAnsiTheme="minorHAnsi"/>
            <w:sz w:val="22"/>
            <w:lang w:val="ru-RU" w:eastAsia="ru-RU"/>
          </w:rPr>
          <w:tab/>
        </w:r>
        <w:r w:rsidR="005C3707" w:rsidRPr="00C20FA4">
          <w:rPr>
            <w:rStyle w:val="affd"/>
          </w:rPr>
          <w:t>ГАРАНТИЙНОЕ ОБСЛУЖИВАНИЕ</w:t>
        </w:r>
        <w:r w:rsidR="005C3707">
          <w:rPr>
            <w:webHidden/>
          </w:rPr>
          <w:tab/>
        </w:r>
        <w:r w:rsidR="009F780D">
          <w:rPr>
            <w:webHidden/>
            <w:lang w:val="ru-RU"/>
          </w:rPr>
          <w:t>40</w:t>
        </w:r>
      </w:hyperlink>
    </w:p>
    <w:p w14:paraId="34B65BE4" w14:textId="765FA120" w:rsidR="005C3707" w:rsidRDefault="006C4276">
      <w:pPr>
        <w:pStyle w:val="15"/>
        <w:rPr>
          <w:rFonts w:asciiTheme="minorHAnsi" w:hAnsiTheme="minorHAnsi"/>
          <w:sz w:val="22"/>
          <w:lang w:val="ru-RU" w:eastAsia="ru-RU"/>
        </w:rPr>
      </w:pPr>
      <w:hyperlink w:anchor="_Toc220542623" w:history="1">
        <w:r w:rsidR="005C3707" w:rsidRPr="00C20FA4">
          <w:rPr>
            <w:rStyle w:val="affd"/>
          </w:rPr>
          <w:t>21.</w:t>
        </w:r>
        <w:r w:rsidR="005C3707">
          <w:rPr>
            <w:rFonts w:asciiTheme="minorHAnsi" w:hAnsiTheme="minorHAnsi"/>
            <w:sz w:val="22"/>
            <w:lang w:val="ru-RU" w:eastAsia="ru-RU"/>
          </w:rPr>
          <w:tab/>
        </w:r>
        <w:r w:rsidR="005C3707" w:rsidRPr="00C20FA4">
          <w:rPr>
            <w:rStyle w:val="affd"/>
          </w:rPr>
          <w:t>РЕГЛАМЕНТ ПРЕДПРОДАЖНОЙ ПОДГОТОВКИ</w:t>
        </w:r>
        <w:r w:rsidR="005C3707">
          <w:rPr>
            <w:webHidden/>
          </w:rPr>
          <w:tab/>
        </w:r>
        <w:r w:rsidR="009F780D">
          <w:rPr>
            <w:webHidden/>
            <w:lang w:val="ru-RU"/>
          </w:rPr>
          <w:t>42</w:t>
        </w:r>
      </w:hyperlink>
    </w:p>
    <w:p w14:paraId="52F00B33" w14:textId="578DB584" w:rsidR="005C3707" w:rsidRDefault="006C4276">
      <w:pPr>
        <w:pStyle w:val="15"/>
        <w:rPr>
          <w:rFonts w:asciiTheme="minorHAnsi" w:hAnsiTheme="minorHAnsi"/>
          <w:sz w:val="22"/>
          <w:lang w:val="ru-RU" w:eastAsia="ru-RU"/>
        </w:rPr>
      </w:pPr>
      <w:hyperlink w:anchor="_Toc220542624" w:history="1">
        <w:r w:rsidR="005C3707" w:rsidRPr="00C20FA4">
          <w:rPr>
            <w:rStyle w:val="affd"/>
          </w:rPr>
          <w:t>22.</w:t>
        </w:r>
        <w:r w:rsidR="005C3707">
          <w:rPr>
            <w:rFonts w:asciiTheme="minorHAnsi" w:hAnsiTheme="minorHAnsi"/>
            <w:sz w:val="22"/>
            <w:lang w:val="ru-RU" w:eastAsia="ru-RU"/>
          </w:rPr>
          <w:tab/>
        </w:r>
        <w:r w:rsidR="005C3707" w:rsidRPr="00C20FA4">
          <w:rPr>
            <w:rStyle w:val="affd"/>
          </w:rPr>
          <w:t>РЕГЛАМЕНТ ТЕХНИЧЕСКОГО ОБСЛУЖИВАНИЯ</w:t>
        </w:r>
        <w:r w:rsidR="005C3707">
          <w:rPr>
            <w:webHidden/>
          </w:rPr>
          <w:tab/>
        </w:r>
        <w:r w:rsidR="00F264A1">
          <w:rPr>
            <w:webHidden/>
            <w:lang w:val="ru-RU"/>
          </w:rPr>
          <w:t>46</w:t>
        </w:r>
      </w:hyperlink>
    </w:p>
    <w:p w14:paraId="5DEA8768" w14:textId="5B41BF0E" w:rsidR="005C3707" w:rsidRDefault="006C4276">
      <w:pPr>
        <w:pStyle w:val="15"/>
        <w:rPr>
          <w:rFonts w:asciiTheme="minorHAnsi" w:hAnsiTheme="minorHAnsi"/>
          <w:sz w:val="22"/>
          <w:lang w:val="ru-RU" w:eastAsia="ru-RU"/>
        </w:rPr>
      </w:pPr>
      <w:hyperlink w:anchor="_Toc220542625" w:history="1">
        <w:r w:rsidR="005C3707" w:rsidRPr="00C20FA4">
          <w:rPr>
            <w:rStyle w:val="affd"/>
          </w:rPr>
          <w:t>МОМЕНТЫ ЗАТЯЖКИ ОСНОВНЫХ РЕЗЬБОВЫХ СОЕДИНЕНИЙ.</w:t>
        </w:r>
        <w:r w:rsidR="005C3707">
          <w:rPr>
            <w:webHidden/>
          </w:rPr>
          <w:tab/>
        </w:r>
        <w:r w:rsidR="009F780D">
          <w:rPr>
            <w:webHidden/>
            <w:lang w:val="ru-RU"/>
          </w:rPr>
          <w:t>50</w:t>
        </w:r>
      </w:hyperlink>
    </w:p>
    <w:p w14:paraId="12655F0C" w14:textId="09597F7F" w:rsidR="008516E8" w:rsidRPr="00BD24B4" w:rsidRDefault="003C0DC6">
      <w:r w:rsidRPr="00BD24B4">
        <w:rPr>
          <w:sz w:val="28"/>
        </w:rPr>
        <w:fldChar w:fldCharType="end"/>
      </w:r>
    </w:p>
    <w:p w14:paraId="72694C37" w14:textId="77777777" w:rsidR="008516E8" w:rsidRPr="00BD24B4" w:rsidRDefault="008516E8">
      <w:pPr>
        <w:spacing w:after="200" w:line="276" w:lineRule="auto"/>
        <w:rPr>
          <w:lang w:val="ru-RU"/>
        </w:rPr>
      </w:pPr>
    </w:p>
    <w:p w14:paraId="4C9DE0DA" w14:textId="77777777" w:rsidR="008516E8" w:rsidRPr="00BD24B4" w:rsidRDefault="008516E8">
      <w:pPr>
        <w:spacing w:after="200" w:line="276" w:lineRule="auto"/>
        <w:rPr>
          <w:lang w:val="ru-RU"/>
        </w:rPr>
        <w:sectPr w:rsidR="008516E8" w:rsidRPr="00BD24B4" w:rsidSect="005B39C8">
          <w:headerReference w:type="default" r:id="rId9"/>
          <w:footerReference w:type="default" r:id="rId10"/>
          <w:pgSz w:w="8051" w:h="11737" w:code="9"/>
          <w:pgMar w:top="720" w:right="720" w:bottom="720" w:left="720" w:header="397" w:footer="397" w:gutter="0"/>
          <w:cols w:space="720"/>
          <w:docGrid w:linePitch="360"/>
        </w:sectPr>
      </w:pPr>
    </w:p>
    <w:p w14:paraId="5A186630" w14:textId="77777777" w:rsidR="00530C7A" w:rsidRPr="00BD24B4" w:rsidRDefault="00530C7A">
      <w:pPr>
        <w:rPr>
          <w:lang w:val="ru-RU"/>
        </w:rPr>
      </w:pPr>
    </w:p>
    <w:p w14:paraId="59444D5E" w14:textId="5C005E55" w:rsidR="0056157D" w:rsidRPr="00BD24B4" w:rsidRDefault="00813657" w:rsidP="002866BA">
      <w:pPr>
        <w:pStyle w:val="1"/>
      </w:pPr>
      <w:bookmarkStart w:id="1" w:name="_Toc220542603"/>
      <w:r w:rsidRPr="00BD24B4">
        <w:t xml:space="preserve">1. </w:t>
      </w:r>
      <w:r w:rsidR="002866BA" w:rsidRPr="00BD24B4">
        <w:tab/>
      </w:r>
      <w:r w:rsidRPr="00BD24B4">
        <w:t>ВВЕДЕНИЕ</w:t>
      </w:r>
      <w:bookmarkEnd w:id="1"/>
    </w:p>
    <w:p w14:paraId="6A3F7FF5" w14:textId="77777777" w:rsidR="0056157D" w:rsidRPr="00BD24B4" w:rsidRDefault="00813657" w:rsidP="002866BA">
      <w:pPr>
        <w:pStyle w:val="T"/>
      </w:pPr>
      <w:r w:rsidRPr="00BD24B4">
        <w:t xml:space="preserve"> </w:t>
      </w:r>
    </w:p>
    <w:p w14:paraId="6ACF3637" w14:textId="26261769" w:rsidR="0056157D" w:rsidRPr="00BD24B4" w:rsidRDefault="00813657" w:rsidP="002866BA">
      <w:pPr>
        <w:pStyle w:val="T"/>
      </w:pPr>
      <w:r w:rsidRPr="00BD24B4">
        <w:t xml:space="preserve">Поздравляем Вас с приобретением </w:t>
      </w:r>
      <w:proofErr w:type="spellStart"/>
      <w:r w:rsidRPr="00BD24B4">
        <w:t>квадрицикла</w:t>
      </w:r>
      <w:proofErr w:type="spellEnd"/>
      <w:r w:rsidRPr="00BD24B4">
        <w:t xml:space="preserve"> (ATV). Мы гордимся тем,</w:t>
      </w:r>
      <w:r w:rsidR="008D6113" w:rsidRPr="00BD24B4">
        <w:t xml:space="preserve"> что Вы приобрели </w:t>
      </w:r>
      <w:proofErr w:type="spellStart"/>
      <w:r w:rsidR="008D6113" w:rsidRPr="00BD24B4">
        <w:t>квадрицикл</w:t>
      </w:r>
      <w:proofErr w:type="spellEnd"/>
      <w:r w:rsidR="008D6113" w:rsidRPr="00BD24B4">
        <w:t xml:space="preserve"> произведенный нашей кампанией</w:t>
      </w:r>
      <w:r w:rsidR="00382E7F">
        <w:t xml:space="preserve"> и </w:t>
      </w:r>
      <w:r w:rsidRPr="00BD24B4">
        <w:t>уверены, что вам понравится обеспечиваемый им высо</w:t>
      </w:r>
      <w:r w:rsidR="008D6113" w:rsidRPr="00BD24B4">
        <w:t>кий</w:t>
      </w:r>
      <w:r w:rsidRPr="00BD24B4">
        <w:t xml:space="preserve"> уровень эксплуатационных характеристик, надежности, комфорт</w:t>
      </w:r>
      <w:r w:rsidR="00063D7E" w:rsidRPr="00BD24B4">
        <w:t>а</w:t>
      </w:r>
      <w:r w:rsidRPr="00BD24B4">
        <w:t xml:space="preserve"> и безопасности езды. </w:t>
      </w:r>
    </w:p>
    <w:p w14:paraId="3AEAC4AF" w14:textId="77777777" w:rsidR="0056157D" w:rsidRPr="00BD24B4" w:rsidRDefault="00813657" w:rsidP="002866BA">
      <w:pPr>
        <w:pStyle w:val="T"/>
      </w:pPr>
      <w:r w:rsidRPr="00BD24B4">
        <w:t xml:space="preserve"> </w:t>
      </w:r>
    </w:p>
    <w:p w14:paraId="149EB0E6" w14:textId="77777777" w:rsidR="0056157D" w:rsidRPr="00BD24B4" w:rsidRDefault="00813657" w:rsidP="002866BA">
      <w:pPr>
        <w:pStyle w:val="T"/>
      </w:pPr>
      <w:r w:rsidRPr="00BD24B4">
        <w:t xml:space="preserve">Настоящее руководство предназначено для того, чтобы ознакомить владельца </w:t>
      </w:r>
      <w:r w:rsidR="008D6113" w:rsidRPr="00BD24B4">
        <w:t>/</w:t>
      </w:r>
      <w:r w:rsidRPr="00BD24B4">
        <w:t xml:space="preserve"> водителя этого </w:t>
      </w:r>
      <w:proofErr w:type="spellStart"/>
      <w:r w:rsidRPr="00BD24B4">
        <w:t>квадрицикла</w:t>
      </w:r>
      <w:proofErr w:type="spellEnd"/>
      <w:r w:rsidRPr="00BD24B4">
        <w:t xml:space="preserve"> с его эксплуатационными характеристиками и разнообразными функциями. В руководстве также содержится информация по уходу за вашим </w:t>
      </w:r>
      <w:proofErr w:type="spellStart"/>
      <w:r w:rsidRPr="00BD24B4">
        <w:t>квадрициклом</w:t>
      </w:r>
      <w:proofErr w:type="spellEnd"/>
      <w:r w:rsidRPr="00BD24B4">
        <w:t xml:space="preserve"> и его техническому обслуживанию. </w:t>
      </w:r>
    </w:p>
    <w:p w14:paraId="282884E5" w14:textId="77777777" w:rsidR="0056157D" w:rsidRPr="00BD24B4" w:rsidRDefault="00813657" w:rsidP="002866BA">
      <w:pPr>
        <w:pStyle w:val="T"/>
      </w:pPr>
      <w:r w:rsidRPr="00BD24B4">
        <w:t xml:space="preserve"> </w:t>
      </w:r>
    </w:p>
    <w:p w14:paraId="6DC434A2" w14:textId="16A928F2" w:rsidR="0056157D" w:rsidRPr="00BD24B4" w:rsidRDefault="00813657" w:rsidP="002866BA">
      <w:pPr>
        <w:pStyle w:val="T"/>
      </w:pPr>
      <w:r w:rsidRPr="00BD24B4">
        <w:t xml:space="preserve">Просим вас внимательно прочесть настоящее руководство. Информация, содержащаяся в этом руководстве по эксплуатации и на предупреждающих наклейках, которые поставляются с описанным здесь транспортным средством, поможет вам понять правила безопасной эксплуатации и технического обслуживания вашего </w:t>
      </w:r>
      <w:proofErr w:type="spellStart"/>
      <w:r w:rsidRPr="00BD24B4">
        <w:t>квадрицикла</w:t>
      </w:r>
      <w:proofErr w:type="spellEnd"/>
      <w:r w:rsidRPr="00BD24B4">
        <w:t xml:space="preserve">. Вы должны понимать все предупреждения и инструкции, содержащиеся в этом руководстве, и следовать им. </w:t>
      </w:r>
    </w:p>
    <w:p w14:paraId="547DB674" w14:textId="77777777" w:rsidR="0056157D" w:rsidRPr="00BD24B4" w:rsidRDefault="00813657" w:rsidP="002866BA">
      <w:pPr>
        <w:pStyle w:val="T"/>
      </w:pPr>
      <w:r w:rsidRPr="00BD24B4">
        <w:t xml:space="preserve"> </w:t>
      </w:r>
    </w:p>
    <w:p w14:paraId="60B172FC" w14:textId="77777777" w:rsidR="0056157D" w:rsidRPr="00BD24B4" w:rsidRDefault="00813657" w:rsidP="002866BA">
      <w:pPr>
        <w:pStyle w:val="T"/>
      </w:pPr>
      <w:r w:rsidRPr="00BD24B4">
        <w:t>Если вы</w:t>
      </w:r>
      <w:r w:rsidR="008D6113" w:rsidRPr="00BD24B4">
        <w:t xml:space="preserve"> имеете доступ только к электронной версии настоящего руководства и</w:t>
      </w:r>
      <w:r w:rsidRPr="00BD24B4">
        <w:t xml:space="preserve"> не получили какой-либо из указанных выше документов</w:t>
      </w:r>
      <w:r w:rsidR="008D6113" w:rsidRPr="00BD24B4">
        <w:t xml:space="preserve"> в печатном виде</w:t>
      </w:r>
      <w:r w:rsidRPr="00BD24B4">
        <w:t xml:space="preserve">, вам следует связаться со своим дилером и попросить выслать их вам. </w:t>
      </w:r>
    </w:p>
    <w:p w14:paraId="7D7F4DA5" w14:textId="77777777" w:rsidR="0056157D" w:rsidRPr="00BD24B4" w:rsidRDefault="00813657" w:rsidP="002866BA">
      <w:pPr>
        <w:pStyle w:val="T"/>
      </w:pPr>
      <w:r w:rsidRPr="00BD24B4">
        <w:t xml:space="preserve"> </w:t>
      </w:r>
    </w:p>
    <w:p w14:paraId="0AB6529A" w14:textId="152FCB2F" w:rsidR="0056157D" w:rsidRPr="00BD24B4" w:rsidRDefault="00813657" w:rsidP="002866BA">
      <w:pPr>
        <w:pStyle w:val="bold"/>
      </w:pPr>
      <w:r w:rsidRPr="00BD24B4">
        <w:t>Важное предупреждение по безопасности</w:t>
      </w:r>
    </w:p>
    <w:p w14:paraId="7B8FA8C9" w14:textId="77777777" w:rsidR="0056157D" w:rsidRPr="00BD24B4" w:rsidRDefault="00813657">
      <w:pPr>
        <w:rPr>
          <w:lang w:val="ru-RU"/>
        </w:rPr>
      </w:pPr>
      <w:r w:rsidRPr="00BD24B4">
        <w:rPr>
          <w:lang w:val="ru-RU"/>
        </w:rPr>
        <w:t xml:space="preserve"> </w:t>
      </w:r>
    </w:p>
    <w:p w14:paraId="4C155CE7" w14:textId="77777777" w:rsidR="0056157D" w:rsidRPr="00BD24B4" w:rsidRDefault="00813657" w:rsidP="002866BA">
      <w:pPr>
        <w:pStyle w:val="T"/>
      </w:pPr>
      <w:r w:rsidRPr="00BD24B4">
        <w:t xml:space="preserve">Запрещается модифицировать </w:t>
      </w:r>
      <w:r w:rsidR="00063D7E" w:rsidRPr="00BD24B4">
        <w:t>двигатель, систему</w:t>
      </w:r>
      <w:r w:rsidR="008D6113" w:rsidRPr="00BD24B4">
        <w:t xml:space="preserve"> трансмиссии</w:t>
      </w:r>
      <w:r w:rsidRPr="00BD24B4">
        <w:t xml:space="preserve">, механические или электрические системы вашего </w:t>
      </w:r>
      <w:proofErr w:type="spellStart"/>
      <w:r w:rsidRPr="00BD24B4">
        <w:t>квадрицикла</w:t>
      </w:r>
      <w:proofErr w:type="spellEnd"/>
      <w:r w:rsidRPr="00BD24B4">
        <w:t>. Не следует устанавливать запасные части или комплектующие со</w:t>
      </w:r>
      <w:r w:rsidR="00E60D0A" w:rsidRPr="00BD24B4">
        <w:t xml:space="preserve"> </w:t>
      </w:r>
      <w:r w:rsidRPr="00BD24B4">
        <w:t xml:space="preserve">вторичного рынка </w:t>
      </w:r>
      <w:r w:rsidR="008D6113" w:rsidRPr="00BD24B4">
        <w:t>и неоригинальные узлы и запасные части.</w:t>
      </w:r>
    </w:p>
    <w:p w14:paraId="2E69E824" w14:textId="77777777" w:rsidR="0056157D" w:rsidRPr="00BD24B4" w:rsidRDefault="00813657" w:rsidP="002866BA">
      <w:pPr>
        <w:pStyle w:val="T"/>
      </w:pPr>
      <w:r w:rsidRPr="00BD24B4">
        <w:t xml:space="preserve"> </w:t>
      </w:r>
    </w:p>
    <w:p w14:paraId="5AD64C32" w14:textId="558098BC" w:rsidR="0056157D" w:rsidRPr="00BD24B4" w:rsidRDefault="00813657" w:rsidP="002866BA">
      <w:pPr>
        <w:pStyle w:val="T"/>
        <w:rPr>
          <w:b/>
        </w:rPr>
      </w:pPr>
      <w:r w:rsidRPr="00BD24B4">
        <w:t xml:space="preserve">Несоблюдение этих запретов повышает вероятность аварий </w:t>
      </w:r>
      <w:r w:rsidR="00274C77">
        <w:t xml:space="preserve">и </w:t>
      </w:r>
      <w:r w:rsidR="00274C77">
        <w:rPr>
          <w:b/>
        </w:rPr>
        <w:t>возможных травм</w:t>
      </w:r>
      <w:r w:rsidRPr="00BD24B4">
        <w:rPr>
          <w:b/>
        </w:rPr>
        <w:t xml:space="preserve">! </w:t>
      </w:r>
    </w:p>
    <w:p w14:paraId="33AAB2DB" w14:textId="77777777" w:rsidR="0056157D" w:rsidRPr="00BD24B4" w:rsidRDefault="00813657" w:rsidP="002866BA">
      <w:pPr>
        <w:pStyle w:val="T"/>
      </w:pPr>
      <w:r w:rsidRPr="00BD24B4">
        <w:t xml:space="preserve"> </w:t>
      </w:r>
    </w:p>
    <w:p w14:paraId="22D90605" w14:textId="77777777" w:rsidR="0056157D" w:rsidRPr="00BD24B4" w:rsidRDefault="00813657" w:rsidP="002866BA">
      <w:pPr>
        <w:pStyle w:val="T"/>
      </w:pPr>
      <w:r w:rsidRPr="00BD24B4">
        <w:t xml:space="preserve">Кроме того, их несоблюдение приведет к аннулированию гарантии на ваш </w:t>
      </w:r>
      <w:proofErr w:type="spellStart"/>
      <w:r w:rsidRPr="00BD24B4">
        <w:t>квадрицикл</w:t>
      </w:r>
      <w:proofErr w:type="spellEnd"/>
      <w:r w:rsidRPr="00BD24B4">
        <w:t xml:space="preserve">. </w:t>
      </w:r>
    </w:p>
    <w:p w14:paraId="7E8A2449" w14:textId="77777777" w:rsidR="0056157D" w:rsidRPr="00BD24B4" w:rsidRDefault="00813657" w:rsidP="002866BA">
      <w:pPr>
        <w:pStyle w:val="T"/>
      </w:pPr>
      <w:r w:rsidRPr="00BD24B4">
        <w:t xml:space="preserve"> </w:t>
      </w:r>
    </w:p>
    <w:p w14:paraId="318555FA" w14:textId="6386B2F2" w:rsidR="0056157D" w:rsidRPr="00BD24B4" w:rsidRDefault="00813657" w:rsidP="002866BA">
      <w:pPr>
        <w:pStyle w:val="bold"/>
      </w:pPr>
      <w:r w:rsidRPr="00BD24B4">
        <w:t xml:space="preserve">ПРИМЕЧАНИЕ </w:t>
      </w:r>
    </w:p>
    <w:p w14:paraId="2CAA8103" w14:textId="77777777" w:rsidR="0056157D" w:rsidRPr="00BD24B4" w:rsidRDefault="00813657">
      <w:pPr>
        <w:rPr>
          <w:rFonts w:cs="Times New Roman"/>
          <w:lang w:val="ru-RU"/>
        </w:rPr>
      </w:pPr>
      <w:r w:rsidRPr="00BD24B4">
        <w:rPr>
          <w:rFonts w:cs="Times New Roman"/>
          <w:lang w:val="ru-RU"/>
        </w:rPr>
        <w:t xml:space="preserve"> </w:t>
      </w:r>
    </w:p>
    <w:p w14:paraId="1A4F824D" w14:textId="25B9CE97" w:rsidR="0056157D" w:rsidRDefault="00813657" w:rsidP="002866BA">
      <w:pPr>
        <w:pStyle w:val="T"/>
      </w:pPr>
      <w:r w:rsidRPr="00BD24B4">
        <w:t>Добавление и использование некоторых аксессуаров, включая (в числе прочего) косилки, лезвия, опрыскиватели,</w:t>
      </w:r>
      <w:r w:rsidR="00800196">
        <w:t xml:space="preserve"> гусеницы, колёса большего размера</w:t>
      </w:r>
      <w:r w:rsidRPr="00BD24B4">
        <w:t xml:space="preserve">, ветровые стекла, приведет к изменению управляемости и эксплуатационных характеристик вашего </w:t>
      </w:r>
      <w:proofErr w:type="spellStart"/>
      <w:r w:rsidRPr="00BD24B4">
        <w:t>квадрицикла</w:t>
      </w:r>
      <w:proofErr w:type="spellEnd"/>
      <w:r w:rsidR="008466CD" w:rsidRPr="00BD24B4">
        <w:t xml:space="preserve">, повышенной и неучтенной при проектировании нагрузки на отдельные узлы </w:t>
      </w:r>
      <w:proofErr w:type="spellStart"/>
      <w:r w:rsidR="008466CD" w:rsidRPr="00BD24B4">
        <w:t>квадрицикла</w:t>
      </w:r>
      <w:proofErr w:type="spellEnd"/>
      <w:r w:rsidR="008466CD" w:rsidRPr="00BD24B4">
        <w:t xml:space="preserve"> и ведет к отказу в гарантийном ремонте. Также это может привести к повышенному риску получения травм и увечий.</w:t>
      </w:r>
      <w:r w:rsidRPr="00BD24B4">
        <w:t xml:space="preserve"> </w:t>
      </w:r>
    </w:p>
    <w:p w14:paraId="3B6C71FF" w14:textId="77777777" w:rsidR="00274C77" w:rsidRPr="00BD24B4" w:rsidRDefault="00274C77" w:rsidP="002866BA">
      <w:pPr>
        <w:pStyle w:val="T"/>
      </w:pPr>
    </w:p>
    <w:p w14:paraId="16AAD0FF" w14:textId="417041CF" w:rsidR="0056157D" w:rsidRPr="00BD24B4" w:rsidRDefault="00813657" w:rsidP="002866BA">
      <w:pPr>
        <w:pStyle w:val="T"/>
      </w:pPr>
      <w:r w:rsidRPr="00BD24B4">
        <w:t xml:space="preserve"> Необходимо убедиться, что вы понимаете и соблюдаете все местные нормативно-правовые</w:t>
      </w:r>
      <w:r w:rsidR="008466CD" w:rsidRPr="00BD24B4">
        <w:t xml:space="preserve"> акты и </w:t>
      </w:r>
      <w:r w:rsidRPr="00BD24B4">
        <w:t xml:space="preserve">государственные законы, касающиеся езды на </w:t>
      </w:r>
      <w:proofErr w:type="spellStart"/>
      <w:r w:rsidRPr="00BD24B4">
        <w:t>квадрициклах</w:t>
      </w:r>
      <w:proofErr w:type="spellEnd"/>
      <w:r w:rsidRPr="00BD24B4">
        <w:t xml:space="preserve">. </w:t>
      </w:r>
    </w:p>
    <w:p w14:paraId="49EE18BB" w14:textId="3220952A" w:rsidR="00515DAF" w:rsidRPr="00BD24B4" w:rsidRDefault="00515DAF" w:rsidP="002866BA">
      <w:pPr>
        <w:pStyle w:val="T"/>
      </w:pPr>
    </w:p>
    <w:p w14:paraId="08E40988" w14:textId="72949AA9" w:rsidR="0056157D" w:rsidRPr="00BD24B4" w:rsidRDefault="00813657" w:rsidP="002866BA">
      <w:pPr>
        <w:pStyle w:val="T"/>
      </w:pPr>
      <w:r w:rsidRPr="00BD24B4">
        <w:t xml:space="preserve">Следует помнить, что необходимо </w:t>
      </w:r>
      <w:r w:rsidR="008466CD" w:rsidRPr="00BD24B4">
        <w:t>аккуратное</w:t>
      </w:r>
      <w:r w:rsidRPr="00BD24B4">
        <w:t xml:space="preserve"> отношение к своему </w:t>
      </w:r>
      <w:proofErr w:type="spellStart"/>
      <w:r w:rsidRPr="00BD24B4">
        <w:t>квадрициклу</w:t>
      </w:r>
      <w:proofErr w:type="spellEnd"/>
      <w:r w:rsidRPr="00BD24B4">
        <w:t>, окружающей среде и собственности других людей. Во время езды вы несете ответственность за свою безопасность</w:t>
      </w:r>
      <w:r w:rsidR="008466CD" w:rsidRPr="00BD24B4">
        <w:t>, безопасность пассажира</w:t>
      </w:r>
      <w:r w:rsidRPr="00BD24B4">
        <w:t xml:space="preserve"> и безопасность окружающих вас людей! </w:t>
      </w:r>
    </w:p>
    <w:p w14:paraId="6AA602AC" w14:textId="77777777" w:rsidR="0056157D" w:rsidRPr="00BD24B4" w:rsidRDefault="00813657" w:rsidP="002866BA">
      <w:pPr>
        <w:pStyle w:val="T"/>
      </w:pPr>
      <w:r w:rsidRPr="00BD24B4">
        <w:t xml:space="preserve"> </w:t>
      </w:r>
    </w:p>
    <w:p w14:paraId="0E749597" w14:textId="5A490158" w:rsidR="0056157D" w:rsidRDefault="00813657" w:rsidP="002866BA">
      <w:pPr>
        <w:pStyle w:val="T"/>
        <w:rPr>
          <w:rFonts w:cs="Times New Roman"/>
        </w:rPr>
      </w:pPr>
      <w:r w:rsidRPr="00BD24B4">
        <w:rPr>
          <w:rFonts w:cs="Times New Roman"/>
          <w:b/>
        </w:rPr>
        <w:t xml:space="preserve">УПРАВЛЕНИЕ КВАДРИЦИКЛОМ МОЖЕТ БЫТЬ ОПАСНЫМ. </w:t>
      </w:r>
      <w:r w:rsidRPr="00BD24B4">
        <w:rPr>
          <w:rFonts w:cs="Times New Roman"/>
        </w:rPr>
        <w:t xml:space="preserve">Управление </w:t>
      </w:r>
      <w:proofErr w:type="spellStart"/>
      <w:r w:rsidRPr="00BD24B4">
        <w:rPr>
          <w:rFonts w:cs="Times New Roman"/>
        </w:rPr>
        <w:t>квадрициклом</w:t>
      </w:r>
      <w:proofErr w:type="spellEnd"/>
      <w:r w:rsidRPr="00BD24B4">
        <w:rPr>
          <w:rFonts w:cs="Times New Roman"/>
        </w:rPr>
        <w:t xml:space="preserve"> отличается от управления другими транспортными средствами, включая мотоциклы и легковые автомобили. При несоблюдении надлежащих мер предосторожности может</w:t>
      </w:r>
      <w:r w:rsidR="008466CD" w:rsidRPr="00BD24B4">
        <w:rPr>
          <w:rFonts w:cs="Times New Roman"/>
        </w:rPr>
        <w:t xml:space="preserve"> </w:t>
      </w:r>
      <w:r w:rsidRPr="00BD24B4">
        <w:rPr>
          <w:rFonts w:cs="Times New Roman"/>
        </w:rPr>
        <w:t xml:space="preserve">произойти столкновение и опрокидывание </w:t>
      </w:r>
      <w:proofErr w:type="spellStart"/>
      <w:r w:rsidRPr="00BD24B4">
        <w:rPr>
          <w:rFonts w:cs="Times New Roman"/>
        </w:rPr>
        <w:t>квадрицикла</w:t>
      </w:r>
      <w:proofErr w:type="spellEnd"/>
      <w:r w:rsidRPr="00BD24B4">
        <w:rPr>
          <w:rFonts w:cs="Times New Roman"/>
        </w:rPr>
        <w:t xml:space="preserve"> даже в ходе обычных маневров, таких как поворот, езда по склонам или преодоление препятствий. </w:t>
      </w:r>
    </w:p>
    <w:p w14:paraId="3DC57665" w14:textId="5B5BC9F8" w:rsidR="000F1D0B" w:rsidRDefault="000F1D0B" w:rsidP="002866BA">
      <w:pPr>
        <w:pStyle w:val="T"/>
        <w:rPr>
          <w:rFonts w:cs="Times New Roman"/>
        </w:rPr>
      </w:pPr>
    </w:p>
    <w:p w14:paraId="6B6021A8" w14:textId="4A5E2438" w:rsidR="000F1D0B" w:rsidRDefault="000F1D0B" w:rsidP="002866BA">
      <w:pPr>
        <w:pStyle w:val="T"/>
        <w:rPr>
          <w:rFonts w:cs="Times New Roman"/>
        </w:rPr>
      </w:pPr>
    </w:p>
    <w:p w14:paraId="18A0575B" w14:textId="77777777" w:rsidR="00274C77" w:rsidRPr="00BD24B4" w:rsidRDefault="00274C77" w:rsidP="002866BA">
      <w:pPr>
        <w:pStyle w:val="T"/>
        <w:rPr>
          <w:rFonts w:cs="Times New Roman"/>
        </w:rPr>
      </w:pPr>
    </w:p>
    <w:p w14:paraId="019DDF1A" w14:textId="77777777" w:rsidR="002866BA" w:rsidRPr="00BD24B4" w:rsidRDefault="002866BA" w:rsidP="002866BA">
      <w:pPr>
        <w:widowControl w:val="0"/>
        <w:spacing w:line="276" w:lineRule="auto"/>
        <w:jc w:val="both"/>
        <w:rPr>
          <w:rFonts w:eastAsia="Times New Roman" w:cs="Times New Roman"/>
          <w:szCs w:val="24"/>
          <w:lang w:val="ru-RU"/>
        </w:rPr>
      </w:pPr>
    </w:p>
    <w:p w14:paraId="50BD79C5" w14:textId="7C27E2D2" w:rsidR="0056157D" w:rsidRPr="00BD24B4" w:rsidRDefault="0056157D" w:rsidP="002866BA">
      <w:pPr>
        <w:pStyle w:val="T"/>
        <w:rPr>
          <w:rFonts w:cs="Times New Roman"/>
        </w:rPr>
      </w:pPr>
    </w:p>
    <w:p w14:paraId="520FE750" w14:textId="3348210C" w:rsidR="0056157D" w:rsidRPr="00BD24B4" w:rsidRDefault="00813657" w:rsidP="00E01FC8">
      <w:pPr>
        <w:pStyle w:val="b7"/>
      </w:pPr>
      <w:r w:rsidRPr="00BD24B4">
        <w:lastRenderedPageBreak/>
        <w:t xml:space="preserve">Необходимо внимательно прочесть настоящее руководство и все наклейки на </w:t>
      </w:r>
      <w:proofErr w:type="spellStart"/>
      <w:r w:rsidRPr="00BD24B4">
        <w:t>квадрицикле</w:t>
      </w:r>
      <w:proofErr w:type="spellEnd"/>
      <w:r w:rsidRPr="00BD24B4">
        <w:t xml:space="preserve"> и соблюдать указанные в них правила эксплуатации. </w:t>
      </w:r>
    </w:p>
    <w:p w14:paraId="2B2B281F" w14:textId="4045DEF9" w:rsidR="0056157D" w:rsidRPr="00BD24B4" w:rsidRDefault="00813657" w:rsidP="00E01FC8">
      <w:pPr>
        <w:pStyle w:val="b7"/>
      </w:pPr>
      <w:r w:rsidRPr="00BD24B4">
        <w:t xml:space="preserve">Запрещается управлять </w:t>
      </w:r>
      <w:proofErr w:type="spellStart"/>
      <w:r w:rsidRPr="00BD24B4">
        <w:t>квадрициклом</w:t>
      </w:r>
      <w:proofErr w:type="spellEnd"/>
      <w:r w:rsidRPr="00BD24B4">
        <w:t xml:space="preserve"> без надлежащего инструктажа. Требуется пройти курс обучения.  </w:t>
      </w:r>
      <w:r w:rsidR="00063D7E" w:rsidRPr="00BD24B4">
        <w:t>Водители,</w:t>
      </w:r>
      <w:r w:rsidRPr="00BD24B4">
        <w:t xml:space="preserve"> </w:t>
      </w:r>
      <w:r w:rsidR="008466CD" w:rsidRPr="00BD24B4">
        <w:t>имеющие водительское удостоверение категории</w:t>
      </w:r>
      <w:r w:rsidR="00D35E22" w:rsidRPr="00BD24B4">
        <w:t xml:space="preserve"> А или </w:t>
      </w:r>
      <w:r w:rsidR="00063D7E" w:rsidRPr="00BD24B4">
        <w:t>В1,</w:t>
      </w:r>
      <w:r w:rsidR="00D35E22" w:rsidRPr="00BD24B4">
        <w:t xml:space="preserve"> но ранее не имевшие опыта управления </w:t>
      </w:r>
      <w:proofErr w:type="spellStart"/>
      <w:r w:rsidR="00D35E22" w:rsidRPr="00BD24B4">
        <w:t>квадрициклом</w:t>
      </w:r>
      <w:proofErr w:type="spellEnd"/>
      <w:r w:rsidR="00D35E22" w:rsidRPr="00BD24B4">
        <w:t xml:space="preserve"> вне условий площадки автошколы </w:t>
      </w:r>
      <w:r w:rsidRPr="00BD24B4">
        <w:t xml:space="preserve">должны пройти обучение у сертифицированного инструктора. </w:t>
      </w:r>
    </w:p>
    <w:p w14:paraId="1C11CF7B" w14:textId="1D4BB9E7" w:rsidR="0056157D" w:rsidRPr="00BD24B4" w:rsidRDefault="00813657" w:rsidP="00E01FC8">
      <w:pPr>
        <w:pStyle w:val="b7"/>
      </w:pPr>
      <w:r w:rsidRPr="00BD24B4">
        <w:t xml:space="preserve">Запрещено допускать детей и подростков к управлению </w:t>
      </w:r>
      <w:proofErr w:type="spellStart"/>
      <w:r w:rsidRPr="00BD24B4">
        <w:t>квадрициклом</w:t>
      </w:r>
      <w:proofErr w:type="spellEnd"/>
      <w:r w:rsidRPr="00BD24B4">
        <w:t xml:space="preserve">. </w:t>
      </w:r>
    </w:p>
    <w:p w14:paraId="34F7DAAC" w14:textId="736F3EED" w:rsidR="0056157D" w:rsidRPr="00BD24B4" w:rsidRDefault="00813657" w:rsidP="00E01FC8">
      <w:pPr>
        <w:pStyle w:val="b7"/>
      </w:pPr>
      <w:r w:rsidRPr="00BD24B4">
        <w:t xml:space="preserve">Нельзя разрешать человеку, не являющемуся владельцем </w:t>
      </w:r>
      <w:proofErr w:type="spellStart"/>
      <w:r w:rsidRPr="00BD24B4">
        <w:t>квадрицикла</w:t>
      </w:r>
      <w:proofErr w:type="spellEnd"/>
      <w:r w:rsidRPr="00BD24B4">
        <w:t>, управлять им, если он не ознакомился с настоящим руководством и всеми наклейками на транспортном средстве и не прошел курс обучения у сертифицированного инструктора</w:t>
      </w:r>
      <w:r w:rsidR="00D35E22" w:rsidRPr="00BD24B4">
        <w:t xml:space="preserve"> и не имеет водительского удостоверения категории А или В1</w:t>
      </w:r>
      <w:r w:rsidRPr="00BD24B4">
        <w:t xml:space="preserve">. </w:t>
      </w:r>
    </w:p>
    <w:p w14:paraId="7512429C" w14:textId="4F286048" w:rsidR="0056157D" w:rsidRPr="00BD24B4" w:rsidRDefault="00813657" w:rsidP="00E01FC8">
      <w:pPr>
        <w:pStyle w:val="b7"/>
      </w:pPr>
      <w:r w:rsidRPr="00BD24B4">
        <w:t xml:space="preserve">Не следует управлять </w:t>
      </w:r>
      <w:proofErr w:type="spellStart"/>
      <w:r w:rsidRPr="00BD24B4">
        <w:t>квадрициклом</w:t>
      </w:r>
      <w:proofErr w:type="spellEnd"/>
      <w:r w:rsidRPr="00BD24B4">
        <w:t xml:space="preserve"> без соответствующего </w:t>
      </w:r>
      <w:r w:rsidR="00D35E22" w:rsidRPr="00BD24B4">
        <w:t xml:space="preserve">мотоциклетного </w:t>
      </w:r>
      <w:r w:rsidRPr="00BD24B4">
        <w:t xml:space="preserve">шлема, подходящего вам по размеру. Вам также необходимо надевать средства для защиты глаз (защитные очки или щиток для лица), перчатки, мотоботы, рубашку или куртку с длинными рукавами и длинные брюки. </w:t>
      </w:r>
    </w:p>
    <w:p w14:paraId="00B82082" w14:textId="7AC30AA8" w:rsidR="0056157D" w:rsidRPr="00BD24B4" w:rsidRDefault="00813657" w:rsidP="00E01FC8">
      <w:pPr>
        <w:pStyle w:val="b7"/>
      </w:pPr>
      <w:r w:rsidRPr="00BD24B4">
        <w:t xml:space="preserve">Не следует употреблять алкоголь или наркотики до или во время эксплуатации </w:t>
      </w:r>
      <w:proofErr w:type="spellStart"/>
      <w:r w:rsidRPr="00BD24B4">
        <w:t>квадрицикла</w:t>
      </w:r>
      <w:proofErr w:type="spellEnd"/>
      <w:r w:rsidRPr="00BD24B4">
        <w:t xml:space="preserve">. </w:t>
      </w:r>
    </w:p>
    <w:p w14:paraId="1AB2DA07" w14:textId="7766C24D" w:rsidR="0056157D" w:rsidRPr="00BD24B4" w:rsidRDefault="00813657" w:rsidP="00E01FC8">
      <w:pPr>
        <w:pStyle w:val="b7"/>
      </w:pPr>
      <w:r w:rsidRPr="00BD24B4">
        <w:t>Не следует ездить на чрезмерно высокой скорости. Необходимо всегда ездить со скоростью, соответствующей рельефу местности, видимости и условиям</w:t>
      </w:r>
      <w:r w:rsidR="00426E6A" w:rsidRPr="00BD24B4">
        <w:t xml:space="preserve"> </w:t>
      </w:r>
      <w:r w:rsidRPr="00BD24B4">
        <w:t xml:space="preserve">эксплуатации, а также вашему опыту. </w:t>
      </w:r>
    </w:p>
    <w:p w14:paraId="2109AA22" w14:textId="707C3A06" w:rsidR="0056157D" w:rsidRPr="00BD24B4" w:rsidRDefault="00813657" w:rsidP="00E01FC8">
      <w:pPr>
        <w:pStyle w:val="b7"/>
      </w:pPr>
      <w:r w:rsidRPr="00BD24B4">
        <w:t xml:space="preserve">Не следует пытаться ездить на задних колесах, выполнять прыжки или другие трюки. </w:t>
      </w:r>
    </w:p>
    <w:p w14:paraId="7FF197C2" w14:textId="4AD05A24" w:rsidR="0056157D" w:rsidRPr="00BD24B4" w:rsidRDefault="00813657" w:rsidP="00E01FC8">
      <w:pPr>
        <w:pStyle w:val="b7"/>
      </w:pPr>
      <w:r w:rsidRPr="00BD24B4">
        <w:t xml:space="preserve">Требуется проверять свой </w:t>
      </w:r>
      <w:proofErr w:type="spellStart"/>
      <w:r w:rsidRPr="00BD24B4">
        <w:t>квадрицикл</w:t>
      </w:r>
      <w:proofErr w:type="spellEnd"/>
      <w:r w:rsidRPr="00BD24B4">
        <w:t xml:space="preserve"> каждый раз перед его эксплуатацией, чтобы убедиться, что он находится в надлежащем рабочем состоянии. Необходимо всегда соблюдать процедуры и графики проверок и технического обслуживания, приведенные в настоящем руководстве. </w:t>
      </w:r>
    </w:p>
    <w:p w14:paraId="32EF9667" w14:textId="5F1835FE" w:rsidR="0056157D" w:rsidRPr="00BD24B4" w:rsidRDefault="00813657" w:rsidP="00E01FC8">
      <w:pPr>
        <w:pStyle w:val="b7"/>
      </w:pPr>
      <w:r w:rsidRPr="00BD24B4">
        <w:t xml:space="preserve">Во время езды на </w:t>
      </w:r>
      <w:proofErr w:type="spellStart"/>
      <w:r w:rsidRPr="00BD24B4">
        <w:t>квадрицикле</w:t>
      </w:r>
      <w:proofErr w:type="spellEnd"/>
      <w:r w:rsidRPr="00BD24B4">
        <w:t xml:space="preserve"> всегда следует держать обе руки на руле, а обе ноги – на подножках. </w:t>
      </w:r>
    </w:p>
    <w:p w14:paraId="7124FF9C" w14:textId="24796F24" w:rsidR="0056157D" w:rsidRPr="00BD24B4" w:rsidRDefault="00813657" w:rsidP="00E01FC8">
      <w:pPr>
        <w:pStyle w:val="b7"/>
      </w:pPr>
      <w:r w:rsidRPr="00BD24B4">
        <w:t xml:space="preserve">При движении по незнакомой местности необходимо ездить медленно и соблюдать особую осторожность. При управлении </w:t>
      </w:r>
      <w:proofErr w:type="spellStart"/>
      <w:r w:rsidRPr="00BD24B4">
        <w:t>квадрициклом</w:t>
      </w:r>
      <w:proofErr w:type="spellEnd"/>
      <w:r w:rsidRPr="00BD24B4">
        <w:t xml:space="preserve"> всегда необходимо следить за изменяющимися условиями рельефа. </w:t>
      </w:r>
    </w:p>
    <w:p w14:paraId="45B23196" w14:textId="3FE86636" w:rsidR="0056157D" w:rsidRPr="00BD24B4" w:rsidRDefault="00813657" w:rsidP="00E01FC8">
      <w:pPr>
        <w:pStyle w:val="b7"/>
      </w:pPr>
      <w:r w:rsidRPr="00BD24B4">
        <w:t xml:space="preserve">Не ездить на </w:t>
      </w:r>
      <w:proofErr w:type="spellStart"/>
      <w:r w:rsidRPr="00BD24B4">
        <w:t>квадрицикле</w:t>
      </w:r>
      <w:proofErr w:type="spellEnd"/>
      <w:r w:rsidRPr="00BD24B4">
        <w:t xml:space="preserve"> по чрезмерно неровной, скользкой местности или рыхлому грунту. </w:t>
      </w:r>
    </w:p>
    <w:p w14:paraId="0BF26640" w14:textId="64EA83D8" w:rsidR="0056157D" w:rsidRPr="00BD24B4" w:rsidRDefault="00813657" w:rsidP="00E01FC8">
      <w:pPr>
        <w:pStyle w:val="b7"/>
      </w:pPr>
      <w:r w:rsidRPr="00BD24B4">
        <w:t xml:space="preserve">При повороте обязательны к соблюдению правила, приведенные в настоящем руководстве. Следует потренироваться выполнять повороты на низкой скорости, прежде чем пытаться поворачивать на более высокой скорости. Не поворачивать на чрезмерно высокой скорости. </w:t>
      </w:r>
    </w:p>
    <w:p w14:paraId="35392293" w14:textId="4D4BF442" w:rsidR="0056157D" w:rsidRPr="00BD24B4" w:rsidRDefault="00813657" w:rsidP="00E01FC8">
      <w:pPr>
        <w:pStyle w:val="b7"/>
      </w:pPr>
      <w:r w:rsidRPr="00BD24B4">
        <w:t xml:space="preserve">Если произошла авария, после нее необходимо проверить </w:t>
      </w:r>
      <w:proofErr w:type="spellStart"/>
      <w:r w:rsidRPr="00BD24B4">
        <w:t>квадрицикл</w:t>
      </w:r>
      <w:proofErr w:type="spellEnd"/>
      <w:r w:rsidRPr="00BD24B4">
        <w:t xml:space="preserve"> у официального дилера. </w:t>
      </w:r>
    </w:p>
    <w:p w14:paraId="7C545F57" w14:textId="718F9FEF" w:rsidR="0056157D" w:rsidRPr="00BD24B4" w:rsidRDefault="00813657" w:rsidP="00E01FC8">
      <w:pPr>
        <w:pStyle w:val="b7"/>
      </w:pPr>
      <w:r w:rsidRPr="00BD24B4">
        <w:t xml:space="preserve">Не ездить на </w:t>
      </w:r>
      <w:proofErr w:type="spellStart"/>
      <w:r w:rsidRPr="00BD24B4">
        <w:t>квадрицикле</w:t>
      </w:r>
      <w:proofErr w:type="spellEnd"/>
      <w:r w:rsidRPr="00BD24B4">
        <w:t xml:space="preserve"> по склонам, слишком крутым для </w:t>
      </w:r>
      <w:proofErr w:type="spellStart"/>
      <w:r w:rsidRPr="00BD24B4">
        <w:t>квадрицикла</w:t>
      </w:r>
      <w:proofErr w:type="spellEnd"/>
      <w:r w:rsidRPr="00BD24B4">
        <w:t xml:space="preserve"> или ваших навыков. Следует потренироваться на небольших склонах, прежде чем приступать к более крутым. </w:t>
      </w:r>
    </w:p>
    <w:p w14:paraId="1741DA94" w14:textId="0BB4DC5D" w:rsidR="0056157D" w:rsidRPr="00BD24B4" w:rsidRDefault="00813657" w:rsidP="00E01FC8">
      <w:pPr>
        <w:pStyle w:val="b7"/>
      </w:pPr>
      <w:r w:rsidRPr="00BD24B4">
        <w:t>Обязательны к соблюдению правила езды по холмистой местности, приведенные в настоящем руководстве. Требуется внимательно и</w:t>
      </w:r>
      <w:r w:rsidR="00626F71" w:rsidRPr="00BD24B4">
        <w:t>зучить</w:t>
      </w:r>
      <w:r w:rsidRPr="00BD24B4">
        <w:t xml:space="preserve"> рельеф местности, прежде чем подниматься на какой-либо склон. Нельзя подниматься на склоны с чрезмерно скользкой или рыхлой поверхностью. Следует переносить свой вес вперед. Не открывать дроссельную заслонку и не переключать передачу резко. Запрещено преодолевать вершину холма на большой скорости. </w:t>
      </w:r>
    </w:p>
    <w:p w14:paraId="29DF6DEE" w14:textId="430F72C3" w:rsidR="0056157D" w:rsidRPr="00BD24B4" w:rsidRDefault="00813657" w:rsidP="00E01FC8">
      <w:pPr>
        <w:pStyle w:val="b7"/>
      </w:pPr>
      <w:r w:rsidRPr="00BD24B4">
        <w:t xml:space="preserve">Обязательны к соблюдению правила при спуске со склонов и торможении на возвышенностях, приведенные в настоящем руководстве. Требуется внимательно исследовать рельеф местности, прежде чем спускаться с какого-либо склона. Следует переносить свой вес назад. Не спускаться по склону на большой скорости. Избегать спуска по склону под углом, который может привести к резкому крену транспортного средства в одну сторону. По возможности спускаться вниз по склону напрямую. </w:t>
      </w:r>
    </w:p>
    <w:p w14:paraId="55A90AFB" w14:textId="54FE4A07" w:rsidR="0056157D" w:rsidRPr="00BD24B4" w:rsidRDefault="00813657" w:rsidP="00E01FC8">
      <w:pPr>
        <w:pStyle w:val="b7"/>
      </w:pPr>
      <w:r w:rsidRPr="00BD24B4">
        <w:t xml:space="preserve">Всегда соблюдать надлежащие процедуры при пересечении склона холма, приведенные в настоящем руководстве. Избегать склонов с чрезмерно скользкой или рыхлой поверхностью. Переносить свой вес на ту часть </w:t>
      </w:r>
      <w:proofErr w:type="spellStart"/>
      <w:r w:rsidRPr="00BD24B4">
        <w:t>квадрицикла</w:t>
      </w:r>
      <w:proofErr w:type="spellEnd"/>
      <w:r w:rsidRPr="00BD24B4">
        <w:t xml:space="preserve">, которая выше. Не пытаться выполнить поворот </w:t>
      </w:r>
      <w:proofErr w:type="spellStart"/>
      <w:r w:rsidRPr="00BD24B4">
        <w:t>квадрицикла</w:t>
      </w:r>
      <w:proofErr w:type="spellEnd"/>
      <w:r w:rsidRPr="00BD24B4">
        <w:t xml:space="preserve"> на склоне, пока вы не освоите технику поворота, описанную в настоящем руководстве, на равнинной местности. По возможности не пересекать склон крутого холма. </w:t>
      </w:r>
    </w:p>
    <w:p w14:paraId="7F9D7C09" w14:textId="2F4835BF" w:rsidR="0056157D" w:rsidRPr="00BD24B4" w:rsidRDefault="00813657" w:rsidP="00E01FC8">
      <w:pPr>
        <w:pStyle w:val="b7"/>
      </w:pPr>
      <w:r w:rsidRPr="00BD24B4">
        <w:lastRenderedPageBreak/>
        <w:t xml:space="preserve">Если </w:t>
      </w:r>
      <w:proofErr w:type="spellStart"/>
      <w:r w:rsidRPr="00BD24B4">
        <w:t>квадрицикл</w:t>
      </w:r>
      <w:proofErr w:type="spellEnd"/>
      <w:r w:rsidRPr="00BD24B4">
        <w:t xml:space="preserve"> заглох или откатился назад при подъеме на холм, следует всегда выполнять соответствующие процедуры. Во избежание </w:t>
      </w:r>
      <w:r w:rsidR="008B7FCE" w:rsidRPr="00BD24B4">
        <w:t xml:space="preserve">остановки двигателя </w:t>
      </w:r>
      <w:r w:rsidRPr="00BD24B4">
        <w:t xml:space="preserve">необходимо поддерживать постоянную скорость при подъеме на склон. Если </w:t>
      </w:r>
      <w:proofErr w:type="spellStart"/>
      <w:r w:rsidRPr="00BD24B4">
        <w:t>квадрицикл</w:t>
      </w:r>
      <w:proofErr w:type="spellEnd"/>
      <w:r w:rsidRPr="00BD24B4">
        <w:t xml:space="preserve"> заглох или откатился назад, необходимо следовать особому порядку торможения, описанному в настоящем руководстве. Сойти с </w:t>
      </w:r>
      <w:proofErr w:type="spellStart"/>
      <w:r w:rsidRPr="00BD24B4">
        <w:t>квадрицикла</w:t>
      </w:r>
      <w:proofErr w:type="spellEnd"/>
      <w:r w:rsidRPr="00BD24B4">
        <w:t xml:space="preserve"> в сторону, находящуюся выше по склону, или в любую сторону, если </w:t>
      </w:r>
      <w:proofErr w:type="spellStart"/>
      <w:r w:rsidRPr="00BD24B4">
        <w:t>квадрицикл</w:t>
      </w:r>
      <w:proofErr w:type="spellEnd"/>
      <w:r w:rsidRPr="00BD24B4">
        <w:t xml:space="preserve"> направлен прямо вверх по склону. Развернуть </w:t>
      </w:r>
      <w:proofErr w:type="spellStart"/>
      <w:r w:rsidRPr="00BD24B4">
        <w:t>квадрицикл</w:t>
      </w:r>
      <w:proofErr w:type="spellEnd"/>
      <w:r w:rsidRPr="00BD24B4">
        <w:t xml:space="preserve"> и снова сесть на него в соответствии с процедурой, описанной в настоящем руководстве. </w:t>
      </w:r>
    </w:p>
    <w:p w14:paraId="0BE02328" w14:textId="19990422" w:rsidR="0056157D" w:rsidRPr="00BD24B4" w:rsidRDefault="00813657" w:rsidP="00E01FC8">
      <w:pPr>
        <w:pStyle w:val="b7"/>
      </w:pPr>
      <w:r w:rsidRPr="00BD24B4">
        <w:t xml:space="preserve">Перед ездой на </w:t>
      </w:r>
      <w:proofErr w:type="spellStart"/>
      <w:r w:rsidRPr="00BD24B4">
        <w:t>квадрицикле</w:t>
      </w:r>
      <w:proofErr w:type="spellEnd"/>
      <w:r w:rsidRPr="00BD24B4">
        <w:t xml:space="preserve"> в н</w:t>
      </w:r>
      <w:r w:rsidR="008B7FCE" w:rsidRPr="00BD24B4">
        <w:t>езнакомом</w:t>
      </w:r>
      <w:r w:rsidRPr="00BD24B4">
        <w:t xml:space="preserve"> месте всегда проверять наличие препятствий. </w:t>
      </w:r>
      <w:r w:rsidR="008B7FCE" w:rsidRPr="00BD24B4">
        <w:t xml:space="preserve">Обратите внимание, что новые препятствия могут появиться даже там, где вы ранее изучили местность. </w:t>
      </w:r>
      <w:r w:rsidRPr="00BD24B4">
        <w:t xml:space="preserve">Не пытаться преодолевать высокие препятствия, такие как большие камни или поваленные деревья. При преодолении препятствий всегда выполнять надлежащие процедуры, описанные в настоящем руководстве. </w:t>
      </w:r>
    </w:p>
    <w:p w14:paraId="2066EB4A" w14:textId="264CF4F9" w:rsidR="0056157D" w:rsidRPr="00BD24B4" w:rsidRDefault="00813657" w:rsidP="00E01FC8">
      <w:pPr>
        <w:pStyle w:val="b7"/>
      </w:pPr>
      <w:r w:rsidRPr="00BD24B4">
        <w:t xml:space="preserve">Остерегаться заносов или скольжения. На скользких поверхностях, таких как лед, двигаться медленно и с повышенной осторожностью, чтобы уменьшить возможность заноса или неконтролируемого скольжения. </w:t>
      </w:r>
    </w:p>
    <w:p w14:paraId="3F24BC45" w14:textId="1CCF15FC" w:rsidR="0056157D" w:rsidRPr="00BD24B4" w:rsidRDefault="00813657" w:rsidP="00E01FC8">
      <w:pPr>
        <w:pStyle w:val="b7"/>
      </w:pPr>
      <w:r w:rsidRPr="00BD24B4">
        <w:t xml:space="preserve">Не ездить на </w:t>
      </w:r>
      <w:proofErr w:type="spellStart"/>
      <w:r w:rsidRPr="00BD24B4">
        <w:t>квадрицикле</w:t>
      </w:r>
      <w:proofErr w:type="spellEnd"/>
      <w:r w:rsidRPr="00BD24B4">
        <w:t xml:space="preserve"> по глубоким водоемам или водоемам с быстрым течением. Избегать водоемов, глубина которых превышает рекомендуемую максимальную </w:t>
      </w:r>
      <w:proofErr w:type="gramStart"/>
      <w:r w:rsidRPr="00BD24B4">
        <w:t>глубину</w:t>
      </w:r>
      <w:r w:rsidR="00D74734">
        <w:t>(</w:t>
      </w:r>
      <w:proofErr w:type="gramEnd"/>
      <w:r w:rsidR="00D74734">
        <w:t>0.3 метра)</w:t>
      </w:r>
      <w:r w:rsidRPr="00BD24B4">
        <w:t xml:space="preserve">. Двигаться медленно, аккуратно балансируя свой вес, избегая резких движений, поддерживать медленное и устойчивое движение вперед, не делать резких поворотов или остановок и не газовать резко. </w:t>
      </w:r>
    </w:p>
    <w:p w14:paraId="5BB5B290" w14:textId="51645D5F" w:rsidR="0056157D" w:rsidRPr="00BD24B4" w:rsidRDefault="00813657" w:rsidP="00E01FC8">
      <w:pPr>
        <w:pStyle w:val="b7"/>
      </w:pPr>
      <w:r w:rsidRPr="00BD24B4">
        <w:t>Тормозные качества могут снижаться после воздействия влаги на тормоза. После езды по воде следует протестировать тормоза. При необходимости слегка нажать на тормоза несколько раз</w:t>
      </w:r>
      <w:r w:rsidR="008B7FCE" w:rsidRPr="00BD24B4">
        <w:t xml:space="preserve"> во время движения</w:t>
      </w:r>
      <w:r w:rsidRPr="00BD24B4">
        <w:t xml:space="preserve">, чтобы тормозные колодки просохли. </w:t>
      </w:r>
    </w:p>
    <w:p w14:paraId="082C1423" w14:textId="5AFC24C4" w:rsidR="0056157D" w:rsidRPr="00BD24B4" w:rsidRDefault="00813657" w:rsidP="00E01FC8">
      <w:pPr>
        <w:pStyle w:val="b7"/>
      </w:pPr>
      <w:r w:rsidRPr="00BD24B4">
        <w:t xml:space="preserve">При движении задним ходом всегда необходимо следить за тем, чтобы позади вас не было препятствий или людей. Если движение задним ходом безопасно, следует двигаться медленно. При движении задним ходом следует избегать </w:t>
      </w:r>
      <w:r w:rsidR="008B7FCE" w:rsidRPr="00BD24B4">
        <w:t xml:space="preserve">резких </w:t>
      </w:r>
      <w:r w:rsidR="00063D7E" w:rsidRPr="00BD24B4">
        <w:t>и крутых поворотов.</w:t>
      </w:r>
      <w:r w:rsidRPr="00BD24B4">
        <w:t xml:space="preserve"> </w:t>
      </w:r>
    </w:p>
    <w:p w14:paraId="799A61DA" w14:textId="30FCE9F2" w:rsidR="0056157D" w:rsidRPr="00BD24B4" w:rsidRDefault="00813657" w:rsidP="00E01FC8">
      <w:pPr>
        <w:pStyle w:val="b7"/>
      </w:pPr>
      <w:r w:rsidRPr="00BD24B4">
        <w:t xml:space="preserve">Использовать только шины того размера и типа, которые указаны в настоящем руководстве. Всегда поддерживать надлежащее давление в шинах, указанное в этом руководстве. </w:t>
      </w:r>
    </w:p>
    <w:p w14:paraId="0C61C97C" w14:textId="77777777" w:rsidR="0056157D" w:rsidRPr="00BD24B4" w:rsidRDefault="00813657" w:rsidP="00E01FC8">
      <w:pPr>
        <w:pStyle w:val="b7"/>
      </w:pPr>
      <w:r w:rsidRPr="00BD24B4">
        <w:t xml:space="preserve">Запрещается </w:t>
      </w:r>
      <w:r w:rsidR="008D215C" w:rsidRPr="00BD24B4">
        <w:t>вмешиваться или изменять конструкцию</w:t>
      </w:r>
      <w:r w:rsidRPr="00BD24B4">
        <w:t xml:space="preserve"> </w:t>
      </w:r>
      <w:proofErr w:type="spellStart"/>
      <w:r w:rsidRPr="00BD24B4">
        <w:t>квадрицикл</w:t>
      </w:r>
      <w:r w:rsidR="008D215C" w:rsidRPr="00BD24B4">
        <w:t>а</w:t>
      </w:r>
      <w:proofErr w:type="spellEnd"/>
      <w:r w:rsidRPr="00BD24B4">
        <w:t xml:space="preserve"> </w:t>
      </w:r>
      <w:r w:rsidR="008D215C" w:rsidRPr="00BD24B4">
        <w:t xml:space="preserve">или устанавливать дополнительное оборудование и </w:t>
      </w:r>
      <w:r w:rsidR="00063D7E" w:rsidRPr="00BD24B4">
        <w:t>аксессуары,</w:t>
      </w:r>
      <w:r w:rsidR="008D215C" w:rsidRPr="00BD24B4">
        <w:t xml:space="preserve"> не имея подтвержденной документально квалификации установщика и одобрения производителя </w:t>
      </w:r>
      <w:proofErr w:type="spellStart"/>
      <w:r w:rsidR="008D215C" w:rsidRPr="00BD24B4">
        <w:t>квадрицикла</w:t>
      </w:r>
      <w:proofErr w:type="spellEnd"/>
      <w:r w:rsidR="008D215C" w:rsidRPr="00BD24B4">
        <w:t xml:space="preserve"> на данный тип оборудования</w:t>
      </w:r>
      <w:r w:rsidRPr="00BD24B4">
        <w:t xml:space="preserve">. </w:t>
      </w:r>
    </w:p>
    <w:p w14:paraId="336EEA23" w14:textId="010AEEF6" w:rsidR="007E4133" w:rsidRDefault="00813657" w:rsidP="000B7C96">
      <w:pPr>
        <w:pStyle w:val="b7"/>
      </w:pPr>
      <w:r w:rsidRPr="00BD24B4">
        <w:t xml:space="preserve">Запрещается превышать заявленную грузоподъемность </w:t>
      </w:r>
      <w:proofErr w:type="spellStart"/>
      <w:r w:rsidRPr="00BD24B4">
        <w:t>квадрицикла</w:t>
      </w:r>
      <w:proofErr w:type="spellEnd"/>
      <w:r w:rsidRPr="00BD24B4">
        <w:t>. Груз должен быть правильно распределен и надежно закреплен. Для перевозки груза или буксировки прицепа необходимо снижать скорость и следовать инструкциям в настоящем руководстве. Следует увеличить дистанцию для торможения.</w:t>
      </w:r>
    </w:p>
    <w:p w14:paraId="25C57659" w14:textId="6D480C2A" w:rsidR="00F7717D" w:rsidRPr="00F7717D" w:rsidRDefault="00F7717D" w:rsidP="00F7717D">
      <w:pPr>
        <w:pStyle w:val="b"/>
        <w:rPr>
          <w:sz w:val="15"/>
          <w:szCs w:val="15"/>
        </w:rPr>
      </w:pPr>
      <w:r w:rsidRPr="00F7717D">
        <w:rPr>
          <w:sz w:val="15"/>
          <w:szCs w:val="15"/>
        </w:rPr>
        <w:t xml:space="preserve">Режим полного привода 4WD или блокировку заднего дифференциала (только для модели AL) следует активировать только когда колеса </w:t>
      </w:r>
      <w:proofErr w:type="spellStart"/>
      <w:r w:rsidRPr="00F7717D">
        <w:rPr>
          <w:sz w:val="15"/>
          <w:szCs w:val="15"/>
        </w:rPr>
        <w:t>квадрицикла</w:t>
      </w:r>
      <w:proofErr w:type="spellEnd"/>
      <w:r w:rsidRPr="00F7717D">
        <w:rPr>
          <w:sz w:val="15"/>
          <w:szCs w:val="15"/>
        </w:rPr>
        <w:t xml:space="preserve"> полностью остановлены и включена нейтральная передача. Несоблюдение этого требования </w:t>
      </w:r>
    </w:p>
    <w:p w14:paraId="235A0BED" w14:textId="77777777" w:rsidR="00F7717D" w:rsidRPr="00F7717D" w:rsidRDefault="00F7717D" w:rsidP="00F7717D">
      <w:pPr>
        <w:pStyle w:val="b"/>
        <w:numPr>
          <w:ilvl w:val="0"/>
          <w:numId w:val="0"/>
        </w:numPr>
        <w:ind w:left="720"/>
        <w:rPr>
          <w:sz w:val="15"/>
          <w:szCs w:val="15"/>
        </w:rPr>
      </w:pPr>
      <w:r w:rsidRPr="00F7717D">
        <w:rPr>
          <w:sz w:val="15"/>
          <w:szCs w:val="15"/>
        </w:rPr>
        <w:t xml:space="preserve">может привести к повреждению деталей и узлов трансмиссии. </w:t>
      </w:r>
    </w:p>
    <w:p w14:paraId="50884389" w14:textId="1D838913" w:rsidR="00F7717D" w:rsidRPr="00F7717D" w:rsidRDefault="00F7717D" w:rsidP="00F7717D">
      <w:pPr>
        <w:pStyle w:val="b"/>
        <w:numPr>
          <w:ilvl w:val="0"/>
          <w:numId w:val="0"/>
        </w:numPr>
        <w:ind w:left="720"/>
        <w:rPr>
          <w:sz w:val="15"/>
          <w:szCs w:val="15"/>
        </w:rPr>
      </w:pPr>
      <w:r w:rsidRPr="00F7717D">
        <w:rPr>
          <w:sz w:val="15"/>
          <w:szCs w:val="15"/>
        </w:rPr>
        <w:t xml:space="preserve">При блокировке дифференциала (только для модели AL) оба колеса на заблокированном мосту вращаются с одинаковой скоростью, независимо от силы сцепления. Это может вам помочь при езде по труднопроходимой </w:t>
      </w:r>
    </w:p>
    <w:p w14:paraId="1693C0B4" w14:textId="77777777" w:rsidR="00F7717D" w:rsidRPr="00F7717D" w:rsidRDefault="00F7717D" w:rsidP="00F7717D">
      <w:pPr>
        <w:pStyle w:val="b"/>
        <w:numPr>
          <w:ilvl w:val="0"/>
          <w:numId w:val="0"/>
        </w:numPr>
        <w:ind w:left="720"/>
        <w:rPr>
          <w:sz w:val="15"/>
          <w:szCs w:val="15"/>
        </w:rPr>
      </w:pPr>
      <w:r w:rsidRPr="00F7717D">
        <w:rPr>
          <w:sz w:val="15"/>
          <w:szCs w:val="15"/>
        </w:rPr>
        <w:t xml:space="preserve">местности в ситуации, когда одно из колес отрывается от земли, поскольку блокировка дифференциала сохраняет подачу полной мощности на другое колесо, что обеспечит ваше движение в нужном направлении. </w:t>
      </w:r>
    </w:p>
    <w:p w14:paraId="3D547C61" w14:textId="5D52DB66" w:rsidR="00F7717D" w:rsidRPr="00F7717D" w:rsidRDefault="00F7717D" w:rsidP="00F7717D">
      <w:pPr>
        <w:pStyle w:val="b"/>
        <w:numPr>
          <w:ilvl w:val="0"/>
          <w:numId w:val="0"/>
        </w:numPr>
        <w:ind w:left="720"/>
        <w:rPr>
          <w:sz w:val="15"/>
          <w:szCs w:val="15"/>
        </w:rPr>
      </w:pPr>
      <w:r w:rsidRPr="00F7717D">
        <w:rPr>
          <w:sz w:val="15"/>
          <w:szCs w:val="15"/>
        </w:rPr>
        <w:t xml:space="preserve">При использовании режима 4WD или блокировки дифференциала рулевое управление становится тяжелее и реагирует медленнее. Следует отключать эти режимы, когда в них нет необходимости. </w:t>
      </w:r>
    </w:p>
    <w:p w14:paraId="1B7DF397" w14:textId="6D34578C" w:rsidR="00F7717D" w:rsidRDefault="00F7717D" w:rsidP="00F7717D">
      <w:pPr>
        <w:pStyle w:val="b7"/>
      </w:pPr>
      <w:r w:rsidRPr="00BD24B4">
        <w:rPr>
          <w:lang w:val="ru"/>
        </w:rPr>
        <w:t xml:space="preserve"> Не использовать блокировку дифференциала и режим 4WD на твердом грунте. Это приведет к сильному износу шин, снизит управляемость и может привести к повреждению коробки передач и механизма блокировки.</w:t>
      </w:r>
    </w:p>
    <w:p w14:paraId="7A8711FB" w14:textId="77777777" w:rsidR="007E4133" w:rsidRDefault="007E4133" w:rsidP="007E4133">
      <w:pPr>
        <w:pStyle w:val="b7"/>
        <w:numPr>
          <w:ilvl w:val="0"/>
          <w:numId w:val="0"/>
        </w:numPr>
        <w:ind w:left="226" w:hanging="226"/>
      </w:pPr>
    </w:p>
    <w:p w14:paraId="2F9AB31A" w14:textId="77777777" w:rsidR="002866BA" w:rsidRPr="000B7C96" w:rsidRDefault="002866BA" w:rsidP="007E4133">
      <w:pPr>
        <w:pStyle w:val="b7"/>
        <w:numPr>
          <w:ilvl w:val="0"/>
          <w:numId w:val="0"/>
        </w:numPr>
        <w:ind w:left="226" w:hanging="226"/>
      </w:pPr>
      <w:r w:rsidRPr="000B7C96">
        <w:rPr>
          <w:rFonts w:cs="Times New Roman"/>
        </w:rPr>
        <w:br w:type="page"/>
      </w:r>
    </w:p>
    <w:p w14:paraId="38A02700" w14:textId="151BF416" w:rsidR="0056157D" w:rsidRPr="00BD24B4" w:rsidRDefault="00813657" w:rsidP="00691795">
      <w:pPr>
        <w:pStyle w:val="1"/>
        <w:ind w:left="0" w:firstLine="0"/>
      </w:pPr>
      <w:bookmarkStart w:id="2" w:name="_Toc220542604"/>
      <w:r w:rsidRPr="00BD24B4">
        <w:lastRenderedPageBreak/>
        <w:t xml:space="preserve">2. </w:t>
      </w:r>
      <w:r w:rsidR="002866BA" w:rsidRPr="00BD24B4">
        <w:tab/>
      </w:r>
      <w:r w:rsidRPr="00BD24B4">
        <w:t>ПОНИМАНИЕ ПРЕДУПРЕЖДЕНИЙ</w:t>
      </w:r>
      <w:bookmarkEnd w:id="2"/>
    </w:p>
    <w:p w14:paraId="23217792" w14:textId="470CDCFB" w:rsidR="0056157D" w:rsidRPr="00BD24B4" w:rsidRDefault="0056157D" w:rsidP="0014427F">
      <w:pPr>
        <w:pStyle w:val="p"/>
      </w:pPr>
    </w:p>
    <w:p w14:paraId="4A372A00" w14:textId="245E2B65" w:rsidR="0056157D" w:rsidRPr="00BD24B4" w:rsidRDefault="0056157D" w:rsidP="0014427F">
      <w:pPr>
        <w:pStyle w:val="p"/>
      </w:pPr>
    </w:p>
    <w:p w14:paraId="2BA22150" w14:textId="77777777" w:rsidR="0056157D" w:rsidRPr="00BD24B4" w:rsidRDefault="00813657" w:rsidP="002866BA">
      <w:pPr>
        <w:pStyle w:val="T"/>
      </w:pPr>
      <w:r w:rsidRPr="00BD24B4">
        <w:rPr>
          <w:rStyle w:val="affb"/>
        </w:rPr>
        <w:t>ПРИМЕЧАНИЕ:</w:t>
      </w:r>
      <w:r w:rsidRPr="00BD24B4">
        <w:t xml:space="preserve"> Изображения, используемые в настоящем руководстве, приведены только в целях</w:t>
      </w:r>
      <w:r w:rsidR="00324E71" w:rsidRPr="00BD24B4">
        <w:t xml:space="preserve"> </w:t>
      </w:r>
      <w:proofErr w:type="spellStart"/>
      <w:proofErr w:type="gramStart"/>
      <w:r w:rsidR="00324E71" w:rsidRPr="00BD24B4">
        <w:t>иллюстрации</w:t>
      </w:r>
      <w:r w:rsidRPr="00BD24B4">
        <w:t>.Ваша</w:t>
      </w:r>
      <w:proofErr w:type="spellEnd"/>
      <w:proofErr w:type="gramEnd"/>
      <w:r w:rsidRPr="00BD24B4">
        <w:t xml:space="preserve"> модель может выглядеть по-другому. </w:t>
      </w:r>
    </w:p>
    <w:p w14:paraId="5BCE3A1E" w14:textId="53867707" w:rsidR="0056157D" w:rsidRPr="00BD24B4" w:rsidRDefault="0056157D" w:rsidP="0014427F">
      <w:pPr>
        <w:pStyle w:val="p"/>
      </w:pPr>
    </w:p>
    <w:p w14:paraId="200CDD48" w14:textId="77777777" w:rsidR="0056157D" w:rsidRPr="00BD24B4" w:rsidRDefault="00813657" w:rsidP="00454967">
      <w:pPr>
        <w:pStyle w:val="affc"/>
      </w:pPr>
      <w:r w:rsidRPr="00BD24B4">
        <w:t xml:space="preserve">ПРЕДУПРЕЖДЕНИЯ содержат специальные инструкции или процедуры, неправильное выполнение которых может привести к травмам или летальному исходу. Необходимо внимательно прочесть все ПРЕДУПРЕЖДЕНИЯ в этом руководстве. Следует выполнять инструкции, чтобы обеспечить свою безопасность. </w:t>
      </w:r>
    </w:p>
    <w:p w14:paraId="6C70F46A" w14:textId="1B3207B6" w:rsidR="0056157D" w:rsidRPr="00BD24B4" w:rsidRDefault="00813657" w:rsidP="00691795">
      <w:pPr>
        <w:pStyle w:val="T"/>
      </w:pPr>
      <w:r w:rsidRPr="00BD24B4">
        <w:t xml:space="preserve"> </w:t>
      </w:r>
    </w:p>
    <w:tbl>
      <w:tblPr>
        <w:tblStyle w:val="41"/>
        <w:tblW w:w="5000" w:type="pct"/>
        <w:tblBorders>
          <w:insideH w:val="none" w:sz="0" w:space="0" w:color="auto"/>
          <w:insideV w:val="none" w:sz="0" w:space="0" w:color="auto"/>
        </w:tblBorders>
        <w:shd w:val="clear" w:color="auto" w:fill="D9D9D9" w:themeFill="background1" w:themeFillShade="D9"/>
        <w:tblCellMar>
          <w:top w:w="57" w:type="dxa"/>
          <w:bottom w:w="57" w:type="dxa"/>
        </w:tblCellMar>
        <w:tblLook w:val="04A0" w:firstRow="1" w:lastRow="0" w:firstColumn="1" w:lastColumn="0" w:noHBand="0" w:noVBand="1"/>
      </w:tblPr>
      <w:tblGrid>
        <w:gridCol w:w="712"/>
        <w:gridCol w:w="5889"/>
      </w:tblGrid>
      <w:tr w:rsidR="00454967" w:rsidRPr="00BD24B4" w14:paraId="7AB1F4C2" w14:textId="77777777" w:rsidTr="0014427F">
        <w:tc>
          <w:tcPr>
            <w:tcW w:w="539" w:type="pct"/>
            <w:shd w:val="clear" w:color="auto" w:fill="D9D9D9" w:themeFill="background1" w:themeFillShade="D9"/>
            <w:vAlign w:val="center"/>
          </w:tcPr>
          <w:p w14:paraId="59DCDE11" w14:textId="77777777" w:rsidR="00454967" w:rsidRPr="00BD24B4" w:rsidRDefault="00454967" w:rsidP="00E01FC8">
            <w:pPr>
              <w:pStyle w:val="1b"/>
              <w:rPr>
                <w:rFonts w:cs="Times New Roman"/>
                <w:sz w:val="36"/>
                <w:szCs w:val="24"/>
              </w:rPr>
            </w:pPr>
            <w:r w:rsidRPr="00BD24B4">
              <w:t>⚠</w:t>
            </w:r>
          </w:p>
        </w:tc>
        <w:tc>
          <w:tcPr>
            <w:tcW w:w="4461" w:type="pct"/>
            <w:shd w:val="clear" w:color="auto" w:fill="D9D9D9" w:themeFill="background1" w:themeFillShade="D9"/>
            <w:vAlign w:val="center"/>
          </w:tcPr>
          <w:p w14:paraId="094016A9" w14:textId="7602A12B" w:rsidR="00454967" w:rsidRPr="00BD24B4" w:rsidRDefault="00454967" w:rsidP="00454967">
            <w:pPr>
              <w:widowControl w:val="0"/>
              <w:tabs>
                <w:tab w:val="left" w:leader="dot" w:pos="1598"/>
              </w:tabs>
              <w:spacing w:line="276" w:lineRule="auto"/>
              <w:jc w:val="both"/>
              <w:rPr>
                <w:rFonts w:cs="Times New Roman"/>
                <w:b/>
                <w:bCs/>
                <w:szCs w:val="24"/>
              </w:rPr>
            </w:pPr>
            <w:r w:rsidRPr="00BD24B4">
              <w:rPr>
                <w:rFonts w:cs="Times New Roman"/>
                <w:b/>
                <w:bCs/>
                <w:szCs w:val="24"/>
                <w:lang w:val="ru"/>
              </w:rPr>
              <w:t>Это символ предупреждения об опасности. Такой символ на вашем ТС или в этом руководстве предупреждает о возможности получения вами травмы. Речь идет о вашей безопасности!</w:t>
            </w:r>
          </w:p>
        </w:tc>
      </w:tr>
    </w:tbl>
    <w:p w14:paraId="1807AC7E" w14:textId="77777777" w:rsidR="00454967" w:rsidRPr="00BD24B4" w:rsidRDefault="00454967" w:rsidP="0014427F">
      <w:pPr>
        <w:pStyle w:val="p"/>
        <w:rPr>
          <w:lang w:eastAsia="ru-RU"/>
        </w:rPr>
      </w:pPr>
    </w:p>
    <w:tbl>
      <w:tblPr>
        <w:tblStyle w:val="41"/>
        <w:tblW w:w="5000" w:type="pct"/>
        <w:tblCellMar>
          <w:top w:w="57" w:type="dxa"/>
          <w:bottom w:w="57" w:type="dxa"/>
        </w:tblCellMar>
        <w:tblLook w:val="04A0" w:firstRow="1" w:lastRow="0" w:firstColumn="1" w:lastColumn="0" w:noHBand="0" w:noVBand="1"/>
      </w:tblPr>
      <w:tblGrid>
        <w:gridCol w:w="712"/>
        <w:gridCol w:w="5889"/>
      </w:tblGrid>
      <w:tr w:rsidR="00454967" w:rsidRPr="00BD24B4" w14:paraId="3C318B77" w14:textId="77777777" w:rsidTr="0014427F">
        <w:tc>
          <w:tcPr>
            <w:tcW w:w="539"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7971148B" w14:textId="77777777" w:rsidR="00454967" w:rsidRPr="00BD24B4" w:rsidRDefault="00454967" w:rsidP="00E01FC8">
            <w:pPr>
              <w:pStyle w:val="1b"/>
              <w:rPr>
                <w:rFonts w:cs="Times New Roman"/>
                <w:szCs w:val="24"/>
              </w:rPr>
            </w:pPr>
            <w:r w:rsidRPr="00BD24B4">
              <w:t>⚠</w:t>
            </w:r>
          </w:p>
        </w:tc>
        <w:tc>
          <w:tcPr>
            <w:tcW w:w="4461"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22E103C" w14:textId="77777777" w:rsidR="00454967" w:rsidRPr="00BD24B4" w:rsidRDefault="00454967" w:rsidP="001C441B">
            <w:pPr>
              <w:pStyle w:val="afff"/>
            </w:pPr>
            <w:r w:rsidRPr="00BD24B4">
              <w:t>ПРЕДУПРЕЖДЕНИЕ</w:t>
            </w:r>
          </w:p>
        </w:tc>
      </w:tr>
      <w:tr w:rsidR="00454967" w:rsidRPr="00707D8A" w14:paraId="0BC612F9" w14:textId="77777777" w:rsidTr="0014427F">
        <w:tc>
          <w:tcPr>
            <w:tcW w:w="5000" w:type="pct"/>
            <w:gridSpan w:val="2"/>
            <w:tcBorders>
              <w:top w:val="single" w:sz="4" w:space="0" w:color="auto"/>
            </w:tcBorders>
          </w:tcPr>
          <w:p w14:paraId="53C01A84" w14:textId="29406299" w:rsidR="00454967" w:rsidRPr="00BD24B4" w:rsidRDefault="00454967" w:rsidP="00454967">
            <w:pPr>
              <w:widowControl w:val="0"/>
              <w:spacing w:line="276" w:lineRule="auto"/>
              <w:jc w:val="both"/>
              <w:rPr>
                <w:rFonts w:cs="Times New Roman"/>
                <w:b/>
                <w:bCs/>
                <w:szCs w:val="24"/>
                <w:lang w:eastAsia="ru-RU"/>
              </w:rPr>
            </w:pPr>
            <w:r w:rsidRPr="00BD24B4">
              <w:rPr>
                <w:rFonts w:cs="Times New Roman"/>
                <w:b/>
                <w:bCs/>
                <w:szCs w:val="24"/>
                <w:lang w:val="ru"/>
              </w:rPr>
              <w:t>Указывает на потенциальную опасность, которая может привести к серьезным травмам или смерти.</w:t>
            </w:r>
          </w:p>
        </w:tc>
      </w:tr>
    </w:tbl>
    <w:p w14:paraId="48D285D7" w14:textId="77777777" w:rsidR="00454967" w:rsidRPr="00BD24B4" w:rsidRDefault="00454967" w:rsidP="0014427F">
      <w:pPr>
        <w:pStyle w:val="p"/>
        <w:rPr>
          <w:lang w:eastAsia="ru-RU"/>
        </w:rPr>
      </w:pPr>
    </w:p>
    <w:tbl>
      <w:tblPr>
        <w:tblStyle w:val="51"/>
        <w:tblW w:w="5000" w:type="pct"/>
        <w:tblCellMar>
          <w:top w:w="57" w:type="dxa"/>
          <w:bottom w:w="57" w:type="dxa"/>
        </w:tblCellMar>
        <w:tblLook w:val="04A0" w:firstRow="1" w:lastRow="0" w:firstColumn="1" w:lastColumn="0" w:noHBand="0" w:noVBand="1"/>
      </w:tblPr>
      <w:tblGrid>
        <w:gridCol w:w="712"/>
        <w:gridCol w:w="5889"/>
      </w:tblGrid>
      <w:tr w:rsidR="009F5055" w:rsidRPr="00BD24B4" w14:paraId="6ADABF2E" w14:textId="77777777" w:rsidTr="0014427F">
        <w:tc>
          <w:tcPr>
            <w:tcW w:w="539"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05FF8F01" w14:textId="77777777" w:rsidR="009F5055" w:rsidRPr="00BD24B4" w:rsidRDefault="009F5055" w:rsidP="00E01FC8">
            <w:pPr>
              <w:pStyle w:val="1b"/>
              <w:rPr>
                <w:rFonts w:cs="Times New Roman"/>
                <w:szCs w:val="24"/>
              </w:rPr>
            </w:pPr>
            <w:r w:rsidRPr="00BD24B4">
              <w:t>⚠</w:t>
            </w:r>
          </w:p>
        </w:tc>
        <w:tc>
          <w:tcPr>
            <w:tcW w:w="4461"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81DD0A9" w14:textId="77777777" w:rsidR="009F5055" w:rsidRPr="00BD24B4" w:rsidRDefault="009F5055" w:rsidP="005B39C8">
            <w:pPr>
              <w:pStyle w:val="afff"/>
            </w:pPr>
            <w:r w:rsidRPr="00BD24B4">
              <w:t>ВНИМАНИЕ</w:t>
            </w:r>
          </w:p>
        </w:tc>
      </w:tr>
      <w:tr w:rsidR="009F5055" w:rsidRPr="00707D8A" w14:paraId="48332E24" w14:textId="77777777" w:rsidTr="0014427F">
        <w:tc>
          <w:tcPr>
            <w:tcW w:w="5000" w:type="pct"/>
            <w:gridSpan w:val="2"/>
            <w:tcBorders>
              <w:top w:val="single" w:sz="4" w:space="0" w:color="auto"/>
            </w:tcBorders>
          </w:tcPr>
          <w:p w14:paraId="64E5351B" w14:textId="46A32E78" w:rsidR="009F5055" w:rsidRPr="00BD24B4" w:rsidRDefault="009F5055" w:rsidP="009F5055">
            <w:pPr>
              <w:widowControl w:val="0"/>
              <w:spacing w:line="276" w:lineRule="auto"/>
              <w:jc w:val="both"/>
              <w:rPr>
                <w:rFonts w:cs="Times New Roman"/>
                <w:b/>
                <w:bCs/>
                <w:szCs w:val="24"/>
                <w:lang w:eastAsia="ru-RU"/>
              </w:rPr>
            </w:pPr>
            <w:r w:rsidRPr="00BD24B4">
              <w:rPr>
                <w:rFonts w:cs="Times New Roman"/>
                <w:b/>
                <w:bCs/>
                <w:szCs w:val="24"/>
                <w:lang w:val="ru"/>
              </w:rPr>
              <w:t xml:space="preserve">Указывает на потенциальную опасность, которая может привести к получению легкой травмы водителем или повреждению </w:t>
            </w:r>
            <w:proofErr w:type="spellStart"/>
            <w:r w:rsidRPr="00BD24B4">
              <w:rPr>
                <w:rFonts w:cs="Times New Roman"/>
                <w:b/>
                <w:bCs/>
                <w:szCs w:val="24"/>
                <w:lang w:val="ru"/>
              </w:rPr>
              <w:t>квадрицикла</w:t>
            </w:r>
            <w:proofErr w:type="spellEnd"/>
            <w:r w:rsidRPr="00BD24B4">
              <w:rPr>
                <w:rFonts w:cs="Times New Roman"/>
                <w:b/>
                <w:bCs/>
                <w:szCs w:val="24"/>
                <w:lang w:val="ru"/>
              </w:rPr>
              <w:t>.</w:t>
            </w:r>
          </w:p>
        </w:tc>
      </w:tr>
    </w:tbl>
    <w:p w14:paraId="6E7DF30B" w14:textId="77777777" w:rsidR="009F5055" w:rsidRPr="00BD24B4" w:rsidRDefault="009F5055" w:rsidP="0014427F">
      <w:pPr>
        <w:pStyle w:val="p"/>
        <w:rPr>
          <w:lang w:eastAsia="ru-RU"/>
        </w:rPr>
      </w:pPr>
    </w:p>
    <w:p w14:paraId="7F0F950B" w14:textId="2A608B1C" w:rsidR="0056157D" w:rsidRPr="00BD24B4" w:rsidRDefault="00813657" w:rsidP="009F5055">
      <w:pPr>
        <w:pStyle w:val="1"/>
      </w:pPr>
      <w:bookmarkStart w:id="3" w:name="_Toc220542605"/>
      <w:r w:rsidRPr="00BD24B4">
        <w:t xml:space="preserve">3. </w:t>
      </w:r>
      <w:r w:rsidR="009F5055" w:rsidRPr="00BD24B4">
        <w:tab/>
      </w:r>
      <w:r w:rsidRPr="00BD24B4">
        <w:t>ПРЕДУПРЕЖДЕНИЕ ПО БЕЗОПАСНОСТИ</w:t>
      </w:r>
      <w:bookmarkEnd w:id="3"/>
      <w:r w:rsidRPr="00BD24B4">
        <w:t xml:space="preserve"> </w:t>
      </w:r>
    </w:p>
    <w:p w14:paraId="09EBF100" w14:textId="77777777" w:rsidR="0056157D" w:rsidRPr="00BD24B4" w:rsidRDefault="00813657">
      <w:pPr>
        <w:rPr>
          <w:rFonts w:cs="Times New Roman"/>
          <w:lang w:val="ru-RU"/>
        </w:rPr>
      </w:pPr>
      <w:r w:rsidRPr="00BD24B4">
        <w:rPr>
          <w:rFonts w:cs="Times New Roman"/>
          <w:lang w:val="ru-RU"/>
        </w:rPr>
        <w:t xml:space="preserve"> </w:t>
      </w:r>
    </w:p>
    <w:p w14:paraId="1D7DE2D8" w14:textId="77777777" w:rsidR="0056157D" w:rsidRPr="00BD24B4" w:rsidRDefault="00813657" w:rsidP="009F5055">
      <w:pPr>
        <w:pStyle w:val="affc"/>
      </w:pPr>
      <w:r w:rsidRPr="00BD24B4">
        <w:t xml:space="preserve">ПРИМЕЧАНИЕ: </w:t>
      </w:r>
    </w:p>
    <w:p w14:paraId="350BF675" w14:textId="238E810A" w:rsidR="009F5055" w:rsidRPr="00691795" w:rsidRDefault="00813657" w:rsidP="00691795">
      <w:pPr>
        <w:pStyle w:val="T"/>
      </w:pPr>
      <w:r w:rsidRPr="00BD24B4">
        <w:t xml:space="preserve">Для вашей защиты на </w:t>
      </w:r>
      <w:proofErr w:type="spellStart"/>
      <w:r w:rsidRPr="00BD24B4">
        <w:t>квадрицикл</w:t>
      </w:r>
      <w:proofErr w:type="spellEnd"/>
      <w:r w:rsidRPr="00BD24B4">
        <w:t xml:space="preserve"> нанесены предупреждающие наклейки. Необходимо внимательно прочесть инструкции на каждой наклейке и следовать им. Если какая-либо наклейка станет неразборчивой или отклеится, следует обратиться к своему дилеру за заменой.</w:t>
      </w:r>
    </w:p>
    <w:p w14:paraId="27A71989" w14:textId="27C34360" w:rsidR="0014427F" w:rsidRDefault="00813657" w:rsidP="000F1D0B">
      <w:pPr>
        <w:rPr>
          <w:lang w:val="ru-RU"/>
        </w:rPr>
      </w:pPr>
      <w:r w:rsidRPr="00BD24B4">
        <w:rPr>
          <w:rFonts w:cs="Times New Roman"/>
          <w:noProof/>
          <w:lang w:val="ru-RU" w:eastAsia="ru-RU"/>
        </w:rPr>
        <w:drawing>
          <wp:inline distT="0" distB="0" distL="0" distR="0" wp14:anchorId="075ADEBD" wp14:editId="12BF32BA">
            <wp:extent cx="3469082" cy="235389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11_img_1.jpeg"/>
                    <pic:cNvPicPr/>
                  </pic:nvPicPr>
                  <pic:blipFill>
                    <a:blip r:embed="rId11"/>
                    <a:stretch>
                      <a:fillRect/>
                    </a:stretch>
                  </pic:blipFill>
                  <pic:spPr>
                    <a:xfrm>
                      <a:off x="0" y="0"/>
                      <a:ext cx="3502515" cy="2376576"/>
                    </a:xfrm>
                    <a:prstGeom prst="rect">
                      <a:avLst/>
                    </a:prstGeom>
                  </pic:spPr>
                </pic:pic>
              </a:graphicData>
            </a:graphic>
          </wp:inline>
        </w:drawing>
      </w:r>
    </w:p>
    <w:p w14:paraId="08FC8362" w14:textId="77777777" w:rsidR="000F1D0B" w:rsidRPr="000F1D0B" w:rsidRDefault="000F1D0B" w:rsidP="000F1D0B">
      <w:pPr>
        <w:rPr>
          <w:rFonts w:cs="Times New Roman"/>
          <w:lang w:val="ru-RU"/>
        </w:rPr>
      </w:pPr>
    </w:p>
    <w:p w14:paraId="090DD64F" w14:textId="77777777" w:rsidR="0056157D" w:rsidRPr="00BD24B4" w:rsidRDefault="0056157D">
      <w:pPr>
        <w:rPr>
          <w:rFonts w:cs="Times New Roman"/>
          <w:lang w:val="ru-RU"/>
        </w:rPr>
      </w:pPr>
    </w:p>
    <w:p w14:paraId="075B107B" w14:textId="6BA38BF2" w:rsidR="00F00B3A" w:rsidRPr="00BD24B4" w:rsidRDefault="00F00B3A" w:rsidP="007743FC">
      <w:pPr>
        <w:pStyle w:val="1"/>
      </w:pPr>
      <w:bookmarkStart w:id="4" w:name="_Toc166844354"/>
      <w:bookmarkStart w:id="5" w:name="_Toc220542606"/>
      <w:r w:rsidRPr="00BD24B4">
        <w:t xml:space="preserve">4. </w:t>
      </w:r>
      <w:r w:rsidR="007743FC" w:rsidRPr="00BD24B4">
        <w:tab/>
      </w:r>
      <w:r w:rsidRPr="00BD24B4">
        <w:t>ЕЖЕДНЕВНЫЕ ПРОВЕРКИ ПЕРЕД ПОЕЗДКОЙ</w:t>
      </w:r>
      <w:bookmarkEnd w:id="4"/>
      <w:bookmarkEnd w:id="5"/>
    </w:p>
    <w:p w14:paraId="4B93F156" w14:textId="72BF34D7" w:rsidR="00F00B3A" w:rsidRDefault="00F00B3A" w:rsidP="00F00B3A">
      <w:pPr>
        <w:widowControl w:val="0"/>
        <w:tabs>
          <w:tab w:val="left" w:pos="498"/>
        </w:tabs>
        <w:spacing w:line="276" w:lineRule="auto"/>
        <w:jc w:val="both"/>
        <w:rPr>
          <w:rFonts w:eastAsia="Times New Roman" w:cs="Times New Roman"/>
          <w:szCs w:val="24"/>
          <w:lang w:val="ru-RU"/>
        </w:rPr>
      </w:pPr>
    </w:p>
    <w:p w14:paraId="2C5B168A" w14:textId="77777777" w:rsidR="00431517" w:rsidRPr="004E192F" w:rsidRDefault="00431517" w:rsidP="00F00B3A">
      <w:pPr>
        <w:widowControl w:val="0"/>
        <w:tabs>
          <w:tab w:val="left" w:pos="498"/>
        </w:tabs>
        <w:spacing w:line="276" w:lineRule="auto"/>
        <w:jc w:val="both"/>
        <w:rPr>
          <w:rFonts w:eastAsia="Times New Roman" w:cs="Times New Roman"/>
          <w:szCs w:val="24"/>
          <w:lang w:val="ru-RU"/>
        </w:rPr>
      </w:pPr>
    </w:p>
    <w:p w14:paraId="7498D175" w14:textId="77777777" w:rsidR="00F00B3A" w:rsidRPr="00BD24B4" w:rsidRDefault="00F00B3A" w:rsidP="00F00B3A">
      <w:pPr>
        <w:widowControl w:val="0"/>
        <w:spacing w:line="276" w:lineRule="auto"/>
        <w:jc w:val="both"/>
        <w:rPr>
          <w:rFonts w:eastAsia="Times New Roman" w:cs="Times New Roman"/>
          <w:szCs w:val="24"/>
          <w:lang w:val="ru-RU" w:eastAsia="ru-RU"/>
        </w:rPr>
      </w:pPr>
    </w:p>
    <w:p w14:paraId="0AA829F3" w14:textId="771E5CEC" w:rsidR="00D3528C" w:rsidRDefault="00813657" w:rsidP="005903A4">
      <w:pPr>
        <w:rPr>
          <w:rFonts w:cs="Times New Roman"/>
          <w:lang w:val="ru-RU"/>
        </w:rPr>
      </w:pPr>
      <w:r w:rsidRPr="00BD24B4">
        <w:rPr>
          <w:rFonts w:cs="Times New Roman"/>
          <w:lang w:val="ru-RU"/>
        </w:rPr>
        <w:t xml:space="preserve">Приведенный ниже </w:t>
      </w:r>
      <w:r w:rsidR="0029571B" w:rsidRPr="00BD24B4">
        <w:rPr>
          <w:rFonts w:cs="Times New Roman"/>
          <w:lang w:val="ru-RU"/>
        </w:rPr>
        <w:t xml:space="preserve">контрольный </w:t>
      </w:r>
      <w:r w:rsidRPr="00BD24B4">
        <w:rPr>
          <w:rFonts w:cs="Times New Roman"/>
          <w:lang w:val="ru-RU"/>
        </w:rPr>
        <w:t xml:space="preserve">лист для проверки поможет вам удостовериться перед поездкой, что ваш </w:t>
      </w:r>
      <w:proofErr w:type="spellStart"/>
      <w:r w:rsidRPr="00BD24B4">
        <w:rPr>
          <w:rFonts w:cs="Times New Roman"/>
          <w:lang w:val="ru-RU"/>
        </w:rPr>
        <w:t>квадрицикл</w:t>
      </w:r>
      <w:proofErr w:type="spellEnd"/>
      <w:r w:rsidRPr="00BD24B4">
        <w:rPr>
          <w:rFonts w:cs="Times New Roman"/>
          <w:lang w:val="ru-RU"/>
        </w:rPr>
        <w:t xml:space="preserve"> находится в надлежащем рабочем состоянии. </w:t>
      </w:r>
    </w:p>
    <w:p w14:paraId="62DFB435" w14:textId="7CF33C5F" w:rsidR="00431517" w:rsidRDefault="00431517" w:rsidP="005903A4">
      <w:pPr>
        <w:rPr>
          <w:rFonts w:cs="Times New Roman"/>
          <w:lang w:val="ru-RU"/>
        </w:rPr>
      </w:pPr>
    </w:p>
    <w:p w14:paraId="1A6012D5" w14:textId="77777777" w:rsidR="00431517" w:rsidRPr="00BD24B4" w:rsidRDefault="00431517" w:rsidP="005903A4">
      <w:pPr>
        <w:rPr>
          <w:rFonts w:cs="Times New Roman"/>
          <w:lang w:val="ru-RU"/>
        </w:rPr>
      </w:pPr>
    </w:p>
    <w:p w14:paraId="6884AE9F" w14:textId="77777777" w:rsidR="0056157D" w:rsidRPr="00BD24B4" w:rsidRDefault="0056157D" w:rsidP="005903A4">
      <w:pPr>
        <w:rPr>
          <w:rFonts w:cs="Times New Roman"/>
          <w:lang w:val="ru-RU"/>
        </w:rPr>
      </w:pPr>
    </w:p>
    <w:p w14:paraId="4256BF22" w14:textId="0F505168" w:rsidR="0056157D" w:rsidRPr="00BD24B4" w:rsidRDefault="005903A4" w:rsidP="007743FC">
      <w:pPr>
        <w:jc w:val="center"/>
        <w:rPr>
          <w:rFonts w:cs="Times New Roman"/>
          <w:b/>
          <w:sz w:val="18"/>
          <w:lang w:val="ru-RU"/>
        </w:rPr>
      </w:pPr>
      <w:r w:rsidRPr="00BD24B4">
        <w:rPr>
          <w:rFonts w:cs="Times New Roman"/>
          <w:b/>
          <w:sz w:val="18"/>
          <w:lang w:val="ru-RU"/>
        </w:rPr>
        <w:t>ПРИЛОЖЕНИЕ</w:t>
      </w:r>
    </w:p>
    <w:p w14:paraId="39BE6BD7" w14:textId="4DBA8146" w:rsidR="0056157D" w:rsidRDefault="00D3528C" w:rsidP="007743FC">
      <w:pPr>
        <w:jc w:val="center"/>
        <w:rPr>
          <w:rFonts w:cs="Times New Roman"/>
          <w:b/>
          <w:sz w:val="18"/>
          <w:lang w:val="ru-RU"/>
        </w:rPr>
      </w:pPr>
      <w:r w:rsidRPr="00BD24B4">
        <w:rPr>
          <w:rFonts w:cs="Times New Roman"/>
          <w:b/>
          <w:sz w:val="18"/>
          <w:lang w:val="ru-RU"/>
        </w:rPr>
        <w:t>КОНТРОЛЬНЫЙ ЛИСТ ПРОВЕРКИ ПЕРЕД ВЫЕЗДОМ.</w:t>
      </w:r>
    </w:p>
    <w:p w14:paraId="06FE3D6A" w14:textId="6286BCF5" w:rsidR="00431517" w:rsidRDefault="00431517" w:rsidP="007743FC">
      <w:pPr>
        <w:jc w:val="center"/>
        <w:rPr>
          <w:rFonts w:cs="Times New Roman"/>
          <w:b/>
          <w:sz w:val="18"/>
          <w:lang w:val="ru-RU"/>
        </w:rPr>
      </w:pPr>
    </w:p>
    <w:p w14:paraId="660BFEB5" w14:textId="77777777" w:rsidR="00431517" w:rsidRPr="00BD24B4" w:rsidRDefault="00431517" w:rsidP="007743FC">
      <w:pPr>
        <w:jc w:val="center"/>
        <w:rPr>
          <w:rFonts w:cs="Times New Roman"/>
          <w:b/>
          <w:sz w:val="18"/>
          <w:lang w:val="ru-RU"/>
        </w:rPr>
      </w:pPr>
    </w:p>
    <w:p w14:paraId="3EB3818B" w14:textId="77777777" w:rsidR="00A2243B" w:rsidRPr="00BD24B4" w:rsidRDefault="00A2243B" w:rsidP="007743FC">
      <w:pPr>
        <w:rPr>
          <w:lang w:val="ru-RU"/>
        </w:rPr>
      </w:pPr>
    </w:p>
    <w:p w14:paraId="47DD2C07" w14:textId="4F64AE52" w:rsidR="005903A4" w:rsidRDefault="005903A4" w:rsidP="007743FC">
      <w:pPr>
        <w:rPr>
          <w:lang w:val="ru-RU"/>
        </w:rPr>
      </w:pPr>
      <w:r w:rsidRPr="00BD24B4">
        <w:rPr>
          <w:lang w:val="ru-RU"/>
        </w:rPr>
        <w:t>П</w:t>
      </w:r>
      <w:r w:rsidR="0090558D" w:rsidRPr="00BD24B4">
        <w:rPr>
          <w:lang w:val="ru-RU"/>
        </w:rPr>
        <w:t>роверка п</w:t>
      </w:r>
      <w:r w:rsidRPr="00BD24B4">
        <w:rPr>
          <w:lang w:val="ru-RU"/>
        </w:rPr>
        <w:t xml:space="preserve">роводится водителем или владельцем </w:t>
      </w:r>
      <w:proofErr w:type="spellStart"/>
      <w:r w:rsidRPr="00BD24B4">
        <w:rPr>
          <w:lang w:val="ru-RU"/>
        </w:rPr>
        <w:t>квадрицикла</w:t>
      </w:r>
      <w:proofErr w:type="spellEnd"/>
      <w:r w:rsidRPr="00BD24B4">
        <w:rPr>
          <w:lang w:val="ru-RU"/>
        </w:rPr>
        <w:t xml:space="preserve"> непосредственно перед каждым выездом. Допускается привлечение к проверке сертифицированных специалистов.</w:t>
      </w:r>
    </w:p>
    <w:p w14:paraId="64804CE3" w14:textId="29129D26" w:rsidR="00431517" w:rsidRDefault="00431517" w:rsidP="007743FC">
      <w:pPr>
        <w:rPr>
          <w:lang w:val="ru-RU"/>
        </w:rPr>
      </w:pPr>
    </w:p>
    <w:p w14:paraId="4A2377DF" w14:textId="77777777" w:rsidR="00431517" w:rsidRDefault="00431517" w:rsidP="007743FC">
      <w:pPr>
        <w:rPr>
          <w:lang w:val="ru-RU"/>
        </w:rPr>
      </w:pPr>
    </w:p>
    <w:p w14:paraId="6C0D000F" w14:textId="77777777" w:rsidR="00431517" w:rsidRPr="00BD24B4" w:rsidRDefault="00431517" w:rsidP="007743FC">
      <w:pPr>
        <w:rPr>
          <w:lang w:val="ru-RU"/>
        </w:rPr>
      </w:pPr>
    </w:p>
    <w:p w14:paraId="15522AF0" w14:textId="77777777" w:rsidR="007743FC" w:rsidRPr="00BD24B4" w:rsidRDefault="007743FC" w:rsidP="005903A4">
      <w:pPr>
        <w:rPr>
          <w:rFonts w:cs="Times New Roman"/>
          <w:lang w:val="ru-RU"/>
        </w:rPr>
      </w:pPr>
    </w:p>
    <w:p w14:paraId="0AEEDCB1" w14:textId="77777777" w:rsidR="005903A4" w:rsidRPr="00BD24B4" w:rsidRDefault="005903A4" w:rsidP="00A97ACA">
      <w:pPr>
        <w:pStyle w:val="n"/>
      </w:pPr>
      <w:r w:rsidRPr="00BD24B4">
        <w:t>Проверить уровень масла в двигателе и КПП (При проверке выкрученный и протертый насухо щуп не вкручивать, а вставить до касания резьбой. Допустимый уровень в границах рифленой насечки на щупе.) При недостаточном уровне масло необходимо долить. Запуск двигателя и езда с недостаточными уровнями масла в агрегатах приведет к поломке двигателя и/или трансмиссии и отказу в гарантийном обслуживании.</w:t>
      </w:r>
    </w:p>
    <w:p w14:paraId="0895251B" w14:textId="77777777" w:rsidR="005903A4" w:rsidRPr="00BD24B4" w:rsidRDefault="005903A4" w:rsidP="00A97ACA">
      <w:pPr>
        <w:pStyle w:val="n"/>
      </w:pPr>
      <w:r w:rsidRPr="00BD24B4">
        <w:t xml:space="preserve">Убедиться, что топлива в баке достаточно на всю поездку, максимальный уровень топлива 20мм до нижней кромки заливной горловины. Старайтесь всегда учитывать минимальный остаток топлива в баке. Эта величина около 2х литров , при меньшем количестве топлива в результате нагрева топлива насосом могут образовываться пробки из паров бензина приводящие к сложности повторного запуска двигателя (для повторного запуска необходимо выждать несколько минут для конденсации паров и повторить попытку) также в движении </w:t>
      </w:r>
      <w:proofErr w:type="spellStart"/>
      <w:r w:rsidRPr="00BD24B4">
        <w:t>квадрицикл</w:t>
      </w:r>
      <w:proofErr w:type="spellEnd"/>
      <w:r w:rsidRPr="00BD24B4">
        <w:t xml:space="preserve"> испытывает инерционные перегрузки в результате которых топливо в баке смещается в сторону от заборного патрубка насоса и двигатель может работать с перебоями или остановиться. При поездке в места, где отсутствует возможность дозаправки топливом и есть риск, что топлива не хватит на всю поездку, позаботьтесь о дополнительном топливе в прочной специально для этого предназначенной емкости, надежно закрепленной в безопасном месте.</w:t>
      </w:r>
    </w:p>
    <w:p w14:paraId="5CBD3621" w14:textId="77777777" w:rsidR="005903A4" w:rsidRPr="00BD24B4" w:rsidRDefault="005903A4" w:rsidP="00A97ACA">
      <w:pPr>
        <w:pStyle w:val="n"/>
      </w:pPr>
      <w:r w:rsidRPr="00BD24B4">
        <w:t>Нажмите и с силой удерживайте 30 секунд педаль тормоза и рычаг тормоза на руле. Не должно быть ощутимого «проваливания» рычага и/или педали. При обнаружении неисправности поездка до устранения причины ЗАПРЕЩАЕТСЯ.</w:t>
      </w:r>
    </w:p>
    <w:p w14:paraId="61D2681A" w14:textId="336130A6" w:rsidR="005903A4" w:rsidRPr="00BD24B4" w:rsidRDefault="005903A4" w:rsidP="00A97ACA">
      <w:pPr>
        <w:pStyle w:val="n"/>
      </w:pPr>
      <w:r w:rsidRPr="00BD24B4">
        <w:t xml:space="preserve">Убедитесь в исправной работе всех световых и информационных приборов (при использовании прицепа также и на прицепе). </w:t>
      </w:r>
      <w:proofErr w:type="gramStart"/>
      <w:r w:rsidRPr="00BD24B4">
        <w:t>В</w:t>
      </w:r>
      <w:r w:rsidR="00D3528C" w:rsidRPr="00BD24B4">
        <w:t xml:space="preserve"> </w:t>
      </w:r>
      <w:r w:rsidRPr="00BD24B4">
        <w:t xml:space="preserve"> </w:t>
      </w:r>
      <w:r w:rsidR="00D3528C" w:rsidRPr="00BD24B4">
        <w:t>работоспособнос</w:t>
      </w:r>
      <w:r w:rsidRPr="00BD24B4">
        <w:t>ти</w:t>
      </w:r>
      <w:proofErr w:type="gramEnd"/>
      <w:r w:rsidRPr="00BD24B4">
        <w:t xml:space="preserve"> звукового сигнала.</w:t>
      </w:r>
    </w:p>
    <w:p w14:paraId="5FF09EA9" w14:textId="77777777" w:rsidR="005903A4" w:rsidRPr="00BD24B4" w:rsidRDefault="005903A4" w:rsidP="00A97ACA">
      <w:pPr>
        <w:pStyle w:val="n"/>
      </w:pPr>
      <w:r w:rsidRPr="00BD24B4">
        <w:t>Внимательно осмотрите на предмет ослабления крепежа или потери шплинтов узлы передней и задней подвески, детали рулевого управления, тормозные механизмы, крепления колес и навесного оборудования.</w:t>
      </w:r>
    </w:p>
    <w:p w14:paraId="2D03A4D8" w14:textId="77777777" w:rsidR="005903A4" w:rsidRPr="00BD24B4" w:rsidRDefault="005903A4" w:rsidP="00A97ACA">
      <w:pPr>
        <w:pStyle w:val="n"/>
      </w:pPr>
      <w:r w:rsidRPr="00BD24B4">
        <w:t>Силовым воздействием (покачиванием за передний и задний багажник) убедитесь в отсутствии люфтов.</w:t>
      </w:r>
    </w:p>
    <w:p w14:paraId="7FD7B813" w14:textId="77777777" w:rsidR="005903A4" w:rsidRPr="00BD24B4" w:rsidRDefault="005903A4" w:rsidP="00A97ACA">
      <w:pPr>
        <w:pStyle w:val="n"/>
      </w:pPr>
      <w:r w:rsidRPr="00BD24B4">
        <w:t>Проверьте срок годности и наличие аптечки первой медицинской помощи, знака аварийной остановки и огнетушителя.</w:t>
      </w:r>
    </w:p>
    <w:p w14:paraId="11BDA74B" w14:textId="77777777" w:rsidR="005903A4" w:rsidRPr="00BD24B4" w:rsidRDefault="005903A4" w:rsidP="00A97ACA">
      <w:pPr>
        <w:pStyle w:val="n"/>
      </w:pPr>
      <w:r w:rsidRPr="00BD24B4">
        <w:t>Проверьте и при необходимости доведите до нормы давление в шинах. Если одна из шин потеряла давление значительно больше остальных необходимо найти причину падения давления. Рекомендованное давление в холодных шинах 0.7-0.8 Атм.</w:t>
      </w:r>
    </w:p>
    <w:p w14:paraId="33C79B6C" w14:textId="77777777" w:rsidR="005903A4" w:rsidRPr="00BD24B4" w:rsidRDefault="005903A4" w:rsidP="00A97ACA">
      <w:pPr>
        <w:pStyle w:val="n"/>
      </w:pPr>
      <w:r w:rsidRPr="00BD24B4">
        <w:lastRenderedPageBreak/>
        <w:t>Проверьте чистоту и надежность крепления Государственного номерного знака.</w:t>
      </w:r>
    </w:p>
    <w:p w14:paraId="0BA25A66" w14:textId="77777777" w:rsidR="005903A4" w:rsidRPr="00BD24B4" w:rsidRDefault="005903A4" w:rsidP="00A97ACA">
      <w:pPr>
        <w:pStyle w:val="n"/>
      </w:pPr>
      <w:r w:rsidRPr="00BD24B4">
        <w:t>Проверьте исправность мотоциклетного шлема водителя и пассажира (при трещинах и сколах шлем изымается из использования и утилизируется) Езда в поврежденном и /или не застегнутом шлеме не допускается.</w:t>
      </w:r>
    </w:p>
    <w:p w14:paraId="6E72BE90" w14:textId="77777777" w:rsidR="005903A4" w:rsidRPr="00BD24B4" w:rsidRDefault="005903A4" w:rsidP="00A97ACA">
      <w:pPr>
        <w:pStyle w:val="n"/>
      </w:pPr>
      <w:r w:rsidRPr="00BD24B4">
        <w:t>Нажмите до конца и отпустите курок акселератора, убедитесь в легком ходе и уверенном возврате заслонки в закрытое положение.</w:t>
      </w:r>
    </w:p>
    <w:p w14:paraId="43058D67" w14:textId="3D6834E1" w:rsidR="005903A4" w:rsidRPr="00BD24B4" w:rsidRDefault="005903A4" w:rsidP="00A97ACA">
      <w:pPr>
        <w:pStyle w:val="n"/>
      </w:pPr>
      <w:r w:rsidRPr="00BD24B4">
        <w:t>Надев экипировку, запустите двигатель</w:t>
      </w:r>
      <w:r w:rsidR="00274C77">
        <w:t>,</w:t>
      </w:r>
      <w:r w:rsidRPr="00BD24B4">
        <w:t xml:space="preserve"> убедитесь в устойчивой работе и отсутствии на экране светящейся пиктограммы «проверь двигатель» сядьте на </w:t>
      </w:r>
      <w:proofErr w:type="spellStart"/>
      <w:r w:rsidRPr="00BD24B4">
        <w:t>квадрицикл</w:t>
      </w:r>
      <w:proofErr w:type="spellEnd"/>
      <w:r w:rsidRPr="00BD24B4">
        <w:t xml:space="preserve"> и после прогрева при медленном движении проверьте легкость рулевого управления.</w:t>
      </w:r>
    </w:p>
    <w:p w14:paraId="470E8242" w14:textId="77777777" w:rsidR="005903A4" w:rsidRPr="00BD24B4" w:rsidRDefault="005903A4" w:rsidP="00A97ACA">
      <w:pPr>
        <w:pStyle w:val="n"/>
      </w:pPr>
      <w:r w:rsidRPr="00BD24B4">
        <w:t xml:space="preserve">Во время поездки внимательно прислушивайтесь к посторонним звукам и необычным ощущениям в управлении </w:t>
      </w:r>
      <w:proofErr w:type="spellStart"/>
      <w:r w:rsidRPr="00BD24B4">
        <w:t>квадрициклом</w:t>
      </w:r>
      <w:proofErr w:type="spellEnd"/>
      <w:r w:rsidRPr="00BD24B4">
        <w:t xml:space="preserve">. При подозрении на неисправность остановитесь, припаркуйтесь по правилам и определите вероятную неисправность. </w:t>
      </w:r>
    </w:p>
    <w:p w14:paraId="58523CF4" w14:textId="19307205" w:rsidR="00D74734" w:rsidRDefault="005903A4" w:rsidP="00C335EA">
      <w:pPr>
        <w:pStyle w:val="n"/>
      </w:pPr>
      <w:r w:rsidRPr="00BD24B4">
        <w:t>При обнаружении неисправности угрожающей поломкой узлов и механизмов и/или угрожающей безопасному движению вызовите эвакуатор и отвезите технику на ремонт сертифицированному дилеру.</w:t>
      </w:r>
    </w:p>
    <w:p w14:paraId="4A687AA7" w14:textId="7F112E7C" w:rsidR="00431517" w:rsidRDefault="001A7858" w:rsidP="00431517">
      <w:pPr>
        <w:pStyle w:val="n"/>
      </w:pPr>
      <w:r w:rsidRPr="00BD24B4">
        <w:t>Уровень тормозной жидкости следует проверять перед каждой поездкой. Бачок тормозной жидкости ручного тормоза расположен на левой стороне руля. Бачок ножного тормоза расположен под панелью переднего капота. Уровень жидкости должен быть между максимальной и минимальной отметками</w:t>
      </w:r>
      <w:r>
        <w:t xml:space="preserve">.  </w:t>
      </w:r>
      <w:r w:rsidRPr="001A7858">
        <w:t xml:space="preserve">При обнаружении низкого уровня жидкости необходимо найти и устранить причину падения уровня и устранить ее. КАТЕГОРИЧЕСКИ ЗАПРЕЩАЕТСЯ просто доливать жидкость без устранения причины ее убывания из системы. </w:t>
      </w:r>
      <w:r w:rsidRPr="00BD24B4">
        <w:t>Для производства данных работ обратитесь к сертифицированному дилеру.</w:t>
      </w:r>
    </w:p>
    <w:p w14:paraId="22976AED" w14:textId="6715CDC7" w:rsidR="00216EDF" w:rsidRPr="00BD24B4" w:rsidRDefault="00216EDF" w:rsidP="001A7858">
      <w:pPr>
        <w:pStyle w:val="1"/>
        <w:rPr>
          <w:rFonts w:eastAsia="Times New Roman"/>
          <w:szCs w:val="24"/>
          <w:lang w:eastAsia="ru-RU"/>
        </w:rPr>
      </w:pPr>
      <w:bookmarkStart w:id="6" w:name="_Toc166844356"/>
      <w:bookmarkStart w:id="7" w:name="_Toc220542608"/>
      <w:r w:rsidRPr="00BD24B4">
        <w:lastRenderedPageBreak/>
        <w:t xml:space="preserve">6. </w:t>
      </w:r>
      <w:r w:rsidRPr="00BD24B4">
        <w:tab/>
        <w:t>ИДЕНТИФИКАЦИОННЫЙ НОМЕР ТРАНСПОРТНОГО СРЕДСТВА (VIN)</w:t>
      </w:r>
      <w:bookmarkEnd w:id="6"/>
      <w:bookmarkEnd w:id="7"/>
      <w:r w:rsidRPr="00BD24B4">
        <w:rPr>
          <w:noProof/>
          <w:lang w:eastAsia="ru-RU"/>
        </w:rPr>
        <w:drawing>
          <wp:inline distT="0" distB="0" distL="0" distR="0" wp14:anchorId="6BCBD7F9" wp14:editId="0313AFAC">
            <wp:extent cx="3143844" cy="39716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29_img_1.jpeg"/>
                    <pic:cNvPicPr/>
                  </pic:nvPicPr>
                  <pic:blipFill>
                    <a:blip r:embed="rId12"/>
                    <a:stretch>
                      <a:fillRect/>
                    </a:stretch>
                  </pic:blipFill>
                  <pic:spPr>
                    <a:xfrm>
                      <a:off x="0" y="0"/>
                      <a:ext cx="3148918" cy="3978045"/>
                    </a:xfrm>
                    <a:prstGeom prst="rect">
                      <a:avLst/>
                    </a:prstGeom>
                  </pic:spPr>
                </pic:pic>
              </a:graphicData>
            </a:graphic>
          </wp:inline>
        </w:drawing>
      </w:r>
    </w:p>
    <w:p w14:paraId="25EDDCDE" w14:textId="77777777" w:rsidR="00216EDF" w:rsidRPr="00BD24B4" w:rsidRDefault="00216EDF" w:rsidP="00216EDF">
      <w:pPr>
        <w:widowControl w:val="0"/>
        <w:spacing w:line="276" w:lineRule="auto"/>
        <w:jc w:val="both"/>
        <w:rPr>
          <w:rFonts w:eastAsia="Times New Roman" w:cs="Times New Roman"/>
          <w:szCs w:val="24"/>
          <w:lang w:val="ru-RU" w:eastAsia="ru-RU"/>
        </w:rPr>
      </w:pPr>
    </w:p>
    <w:p w14:paraId="313EF12A" w14:textId="77777777" w:rsidR="00216EDF" w:rsidRPr="00BD24B4" w:rsidRDefault="00216EDF" w:rsidP="00216EDF">
      <w:pPr>
        <w:widowControl w:val="0"/>
        <w:spacing w:line="276" w:lineRule="auto"/>
        <w:jc w:val="both"/>
        <w:rPr>
          <w:rFonts w:eastAsia="Times New Roman" w:cs="Times New Roman"/>
          <w:szCs w:val="24"/>
          <w:lang w:val="ru-RU" w:eastAsia="ru-RU"/>
        </w:rPr>
      </w:pPr>
      <w:r w:rsidRPr="00BD24B4">
        <w:rPr>
          <w:rFonts w:eastAsia="Times New Roman" w:cs="Times New Roman"/>
          <w:szCs w:val="24"/>
          <w:lang w:val="ru"/>
        </w:rPr>
        <w:t>Вам необходимо записать следующие номера с вашего квадроцикла в специально отведенных местах.</w:t>
      </w:r>
    </w:p>
    <w:p w14:paraId="56B69ACB" w14:textId="610DE076" w:rsidR="00216EDF" w:rsidRPr="00BD24B4" w:rsidRDefault="00216EDF" w:rsidP="00622F4D">
      <w:pPr>
        <w:pStyle w:val="affe"/>
      </w:pPr>
      <w:r w:rsidRPr="00BD24B4">
        <w:t xml:space="preserve">1. Идентификационный номер (WIN) транспортного средства: </w:t>
      </w:r>
      <w:r w:rsidRPr="00BD24B4">
        <w:tab/>
      </w:r>
    </w:p>
    <w:p w14:paraId="365D42FA" w14:textId="37FB21B9" w:rsidR="00216EDF" w:rsidRPr="00BD24B4" w:rsidRDefault="00216EDF" w:rsidP="00622F4D">
      <w:pPr>
        <w:pStyle w:val="affe"/>
      </w:pPr>
      <w:r w:rsidRPr="00BD24B4">
        <w:t xml:space="preserve">2. Номер модели транспортного средства: </w:t>
      </w:r>
      <w:r w:rsidRPr="00BD24B4">
        <w:tab/>
      </w:r>
    </w:p>
    <w:p w14:paraId="32DF3382" w14:textId="72B40E3A" w:rsidR="00216EDF" w:rsidRPr="00BD24B4" w:rsidRDefault="00216EDF" w:rsidP="00622F4D">
      <w:pPr>
        <w:pStyle w:val="affe"/>
      </w:pPr>
      <w:r w:rsidRPr="00BD24B4">
        <w:t xml:space="preserve">3. Серийный номер и модель </w:t>
      </w:r>
      <w:proofErr w:type="gramStart"/>
      <w:r w:rsidRPr="00BD24B4">
        <w:t>двигателя :</w:t>
      </w:r>
      <w:proofErr w:type="gramEnd"/>
      <w:r w:rsidRPr="00BD24B4">
        <w:t xml:space="preserve">  </w:t>
      </w:r>
      <w:r w:rsidRPr="00BD24B4">
        <w:tab/>
      </w:r>
    </w:p>
    <w:p w14:paraId="2605D3B3" w14:textId="77777777" w:rsidR="00216EDF" w:rsidRPr="00BD24B4" w:rsidRDefault="00216EDF" w:rsidP="00216EDF">
      <w:pPr>
        <w:jc w:val="both"/>
        <w:rPr>
          <w:rFonts w:cs="Times New Roman"/>
          <w:lang w:val="ru-RU"/>
        </w:rPr>
      </w:pPr>
      <w:r w:rsidRPr="00BD24B4">
        <w:rPr>
          <w:rFonts w:cs="Times New Roman"/>
          <w:b/>
          <w:lang w:val="ru-RU"/>
        </w:rPr>
        <w:t>Извлечь запасной ключ и хранить его в надежном месте.</w:t>
      </w:r>
      <w:r w:rsidRPr="00BD24B4">
        <w:rPr>
          <w:rFonts w:cs="Times New Roman"/>
          <w:lang w:val="ru-RU"/>
        </w:rPr>
        <w:t xml:space="preserve"> Дубликат вашего ключа можно изготовить, только получив заготовку ключа и заточив ее путем сопоставления с имеющимся у вас ключом. </w:t>
      </w:r>
    </w:p>
    <w:p w14:paraId="489732BF" w14:textId="4A8430F8" w:rsidR="00216EDF" w:rsidRDefault="00216EDF" w:rsidP="00216EDF">
      <w:pPr>
        <w:jc w:val="both"/>
        <w:rPr>
          <w:rFonts w:cs="Times New Roman"/>
          <w:lang w:val="ru-RU"/>
        </w:rPr>
      </w:pPr>
      <w:r w:rsidRPr="00BD24B4">
        <w:rPr>
          <w:rFonts w:cs="Times New Roman"/>
          <w:lang w:val="ru-RU"/>
        </w:rPr>
        <w:t xml:space="preserve">Серийные номера рамы транспортного средства и двигателя важны для идентификации модели при регистрации вашего ТС, получении страховки или когда требуются запасные части. В случае кражи вашего </w:t>
      </w:r>
      <w:proofErr w:type="spellStart"/>
      <w:r w:rsidRPr="00BD24B4">
        <w:rPr>
          <w:rFonts w:cs="Times New Roman"/>
          <w:lang w:val="ru-RU"/>
        </w:rPr>
        <w:t>квадрицикла</w:t>
      </w:r>
      <w:proofErr w:type="spellEnd"/>
      <w:r w:rsidRPr="00BD24B4">
        <w:rPr>
          <w:rFonts w:cs="Times New Roman"/>
          <w:lang w:val="ru-RU"/>
        </w:rPr>
        <w:t xml:space="preserve"> эти номера необходимы для его розыска и идентификации. </w:t>
      </w:r>
    </w:p>
    <w:p w14:paraId="4C578697" w14:textId="54D3294B" w:rsidR="001A7858" w:rsidRDefault="001A7858" w:rsidP="00216EDF">
      <w:pPr>
        <w:jc w:val="both"/>
        <w:rPr>
          <w:rFonts w:cs="Times New Roman"/>
          <w:lang w:val="ru-RU"/>
        </w:rPr>
      </w:pPr>
    </w:p>
    <w:p w14:paraId="43E4054D" w14:textId="1DAC39C2" w:rsidR="001A7858" w:rsidRDefault="001A7858" w:rsidP="00216EDF">
      <w:pPr>
        <w:jc w:val="both"/>
        <w:rPr>
          <w:rFonts w:cs="Times New Roman"/>
          <w:lang w:val="ru-RU"/>
        </w:rPr>
      </w:pPr>
    </w:p>
    <w:p w14:paraId="733098B2" w14:textId="2A5EE0F9" w:rsidR="001A7858" w:rsidRDefault="001A7858" w:rsidP="00216EDF">
      <w:pPr>
        <w:jc w:val="both"/>
        <w:rPr>
          <w:rFonts w:cs="Times New Roman"/>
          <w:lang w:val="ru-RU"/>
        </w:rPr>
      </w:pPr>
    </w:p>
    <w:p w14:paraId="14E97120" w14:textId="5AA582BC" w:rsidR="001A7858" w:rsidRDefault="001A7858" w:rsidP="00216EDF">
      <w:pPr>
        <w:jc w:val="both"/>
        <w:rPr>
          <w:rFonts w:cs="Times New Roman"/>
          <w:lang w:val="ru-RU"/>
        </w:rPr>
      </w:pPr>
    </w:p>
    <w:p w14:paraId="1A954349" w14:textId="77777777" w:rsidR="001A7858" w:rsidRPr="00BD24B4" w:rsidRDefault="001A7858" w:rsidP="00216EDF">
      <w:pPr>
        <w:jc w:val="both"/>
        <w:rPr>
          <w:rFonts w:cs="Times New Roman"/>
          <w:lang w:val="ru-RU"/>
        </w:rPr>
      </w:pPr>
    </w:p>
    <w:p w14:paraId="7822CB15" w14:textId="55442D21" w:rsidR="0056157D" w:rsidRPr="00BD24B4" w:rsidRDefault="0056157D" w:rsidP="00216EDF">
      <w:pPr>
        <w:rPr>
          <w:rFonts w:cs="Times New Roman"/>
          <w:lang w:val="ru-RU"/>
        </w:rPr>
      </w:pPr>
    </w:p>
    <w:p w14:paraId="2211A1CE" w14:textId="4193D04F" w:rsidR="0056157D" w:rsidRPr="00BD24B4" w:rsidRDefault="00813657" w:rsidP="00216EDF">
      <w:pPr>
        <w:pStyle w:val="1"/>
      </w:pPr>
      <w:bookmarkStart w:id="8" w:name="_Toc220542609"/>
      <w:r w:rsidRPr="00BD24B4">
        <w:lastRenderedPageBreak/>
        <w:t xml:space="preserve">7. </w:t>
      </w:r>
      <w:r w:rsidR="00216EDF" w:rsidRPr="00BD24B4">
        <w:tab/>
      </w:r>
      <w:r w:rsidRPr="00BD24B4">
        <w:t>ФУНКЦИИ ЭЛЕМЕНТОВ УПРАВЛЕНИЯ И ЧАСТЕЙ</w:t>
      </w:r>
      <w:bookmarkEnd w:id="8"/>
      <w:r w:rsidRPr="00BD24B4">
        <w:t xml:space="preserve"> </w:t>
      </w:r>
    </w:p>
    <w:p w14:paraId="57527EF2" w14:textId="77777777" w:rsidR="0056157D" w:rsidRPr="00BD24B4" w:rsidRDefault="00813657">
      <w:pPr>
        <w:rPr>
          <w:rFonts w:cs="Times New Roman"/>
          <w:lang w:val="ru-RU"/>
        </w:rPr>
      </w:pPr>
      <w:r w:rsidRPr="00BD24B4">
        <w:rPr>
          <w:rFonts w:cs="Times New Roman"/>
          <w:lang w:val="ru-RU"/>
        </w:rPr>
        <w:t xml:space="preserve"> </w:t>
      </w:r>
    </w:p>
    <w:p w14:paraId="3FA14EB5" w14:textId="0F227345" w:rsidR="0056157D" w:rsidRPr="00BD24B4" w:rsidRDefault="00216EDF" w:rsidP="00216EDF">
      <w:pPr>
        <w:jc w:val="center"/>
        <w:rPr>
          <w:rFonts w:cs="Times New Roman"/>
          <w:b/>
          <w:sz w:val="18"/>
          <w:lang w:val="ru-RU"/>
        </w:rPr>
      </w:pPr>
      <w:r w:rsidRPr="00BD24B4">
        <w:rPr>
          <w:rFonts w:cs="Times New Roman"/>
          <w:b/>
          <w:sz w:val="18"/>
          <w:lang w:val="ru-RU"/>
        </w:rPr>
        <w:t>Жидкокристаллический дисплей приборной панели</w:t>
      </w:r>
    </w:p>
    <w:p w14:paraId="25822FE7" w14:textId="77777777" w:rsidR="0056157D" w:rsidRPr="00BD24B4" w:rsidRDefault="00813657">
      <w:pPr>
        <w:rPr>
          <w:rFonts w:cs="Times New Roman"/>
          <w:lang w:val="ru-RU"/>
        </w:rPr>
      </w:pPr>
      <w:r w:rsidRPr="00BD24B4">
        <w:rPr>
          <w:rFonts w:cs="Times New Roman"/>
          <w:lang w:val="ru-RU"/>
        </w:rPr>
        <w:t xml:space="preserve"> </w:t>
      </w:r>
    </w:p>
    <w:p w14:paraId="2410D349" w14:textId="37ACD943" w:rsidR="0056157D" w:rsidRPr="00BD24B4" w:rsidRDefault="00216EDF" w:rsidP="00216EDF">
      <w:pPr>
        <w:jc w:val="center"/>
        <w:rPr>
          <w:rFonts w:cs="Times New Roman"/>
          <w:lang w:val="ru-RU"/>
        </w:rPr>
      </w:pPr>
      <w:r w:rsidRPr="00BD24B4">
        <w:rPr>
          <w:rFonts w:cs="Times New Roman"/>
          <w:noProof/>
          <w:lang w:val="ru-RU" w:eastAsia="ru-RU"/>
        </w:rPr>
        <w:drawing>
          <wp:inline distT="0" distB="0" distL="0" distR="0" wp14:anchorId="7F479E16" wp14:editId="01AA986B">
            <wp:extent cx="4183201" cy="3288146"/>
            <wp:effectExtent l="0" t="0" r="825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30_img_1.jpeg"/>
                    <pic:cNvPicPr/>
                  </pic:nvPicPr>
                  <pic:blipFill>
                    <a:blip r:embed="rId13"/>
                    <a:stretch>
                      <a:fillRect/>
                    </a:stretch>
                  </pic:blipFill>
                  <pic:spPr>
                    <a:xfrm>
                      <a:off x="0" y="0"/>
                      <a:ext cx="4187739" cy="3291713"/>
                    </a:xfrm>
                    <a:prstGeom prst="rect">
                      <a:avLst/>
                    </a:prstGeom>
                  </pic:spPr>
                </pic:pic>
              </a:graphicData>
            </a:graphic>
          </wp:inline>
        </w:drawing>
      </w:r>
    </w:p>
    <w:p w14:paraId="21B82AA0" w14:textId="77777777" w:rsidR="0056157D" w:rsidRPr="00BD24B4" w:rsidRDefault="00813657">
      <w:pPr>
        <w:rPr>
          <w:rFonts w:cs="Times New Roman"/>
          <w:lang w:val="ru-RU"/>
        </w:rPr>
      </w:pPr>
      <w:r w:rsidRPr="00BD24B4">
        <w:rPr>
          <w:rFonts w:cs="Times New Roman"/>
          <w:lang w:val="ru-RU"/>
        </w:rPr>
        <w:t xml:space="preserve"> </w:t>
      </w:r>
    </w:p>
    <w:tbl>
      <w:tblPr>
        <w:tblStyle w:val="aff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94"/>
        <w:gridCol w:w="1897"/>
        <w:gridCol w:w="372"/>
        <w:gridCol w:w="1812"/>
        <w:gridCol w:w="372"/>
        <w:gridCol w:w="1864"/>
      </w:tblGrid>
      <w:tr w:rsidR="00216EDF" w:rsidRPr="00BD24B4" w14:paraId="14AFB11A" w14:textId="77777777" w:rsidTr="00216EDF">
        <w:tc>
          <w:tcPr>
            <w:tcW w:w="183" w:type="pct"/>
          </w:tcPr>
          <w:p w14:paraId="6DBEA2C5" w14:textId="77777777" w:rsidR="00216EDF" w:rsidRPr="00BD24B4" w:rsidRDefault="00216EDF" w:rsidP="001A4CBB">
            <w:pPr>
              <w:rPr>
                <w:rFonts w:cs="Times New Roman"/>
                <w:lang w:val="ru-RU"/>
              </w:rPr>
            </w:pPr>
            <w:r w:rsidRPr="00BD24B4">
              <w:rPr>
                <w:rFonts w:cs="Times New Roman"/>
                <w:lang w:val="ru-RU"/>
              </w:rPr>
              <w:t xml:space="preserve">1 </w:t>
            </w:r>
          </w:p>
        </w:tc>
        <w:tc>
          <w:tcPr>
            <w:tcW w:w="1459" w:type="pct"/>
          </w:tcPr>
          <w:p w14:paraId="4577465E" w14:textId="77777777" w:rsidR="00216EDF" w:rsidRPr="00BD24B4" w:rsidRDefault="00216EDF" w:rsidP="001A4CBB">
            <w:pPr>
              <w:rPr>
                <w:rFonts w:cs="Times New Roman"/>
                <w:lang w:val="ru-RU"/>
              </w:rPr>
            </w:pPr>
            <w:r w:rsidRPr="00BD24B4">
              <w:rPr>
                <w:rFonts w:cs="Times New Roman"/>
                <w:lang w:val="ru-RU"/>
              </w:rPr>
              <w:t xml:space="preserve">Указатель поворота </w:t>
            </w:r>
          </w:p>
        </w:tc>
        <w:tc>
          <w:tcPr>
            <w:tcW w:w="265" w:type="pct"/>
          </w:tcPr>
          <w:p w14:paraId="0BD36615" w14:textId="77777777" w:rsidR="00216EDF" w:rsidRPr="00BD24B4" w:rsidRDefault="00216EDF" w:rsidP="001A4CBB">
            <w:pPr>
              <w:rPr>
                <w:rFonts w:cs="Times New Roman"/>
                <w:lang w:val="ru-RU"/>
              </w:rPr>
            </w:pPr>
            <w:r w:rsidRPr="00BD24B4">
              <w:rPr>
                <w:rFonts w:cs="Times New Roman"/>
                <w:lang w:val="ru-RU"/>
              </w:rPr>
              <w:t xml:space="preserve">6 </w:t>
            </w:r>
          </w:p>
        </w:tc>
        <w:tc>
          <w:tcPr>
            <w:tcW w:w="1394" w:type="pct"/>
          </w:tcPr>
          <w:p w14:paraId="47FFF69D" w14:textId="77777777" w:rsidR="00216EDF" w:rsidRPr="00BD24B4" w:rsidRDefault="00216EDF" w:rsidP="001A4CBB">
            <w:pPr>
              <w:rPr>
                <w:rFonts w:cs="Times New Roman"/>
                <w:lang w:val="ru-RU"/>
              </w:rPr>
            </w:pPr>
            <w:r w:rsidRPr="00BD24B4">
              <w:rPr>
                <w:rFonts w:cs="Times New Roman"/>
                <w:lang w:val="ru-RU"/>
              </w:rPr>
              <w:t xml:space="preserve">Общий одометр </w:t>
            </w:r>
          </w:p>
        </w:tc>
        <w:tc>
          <w:tcPr>
            <w:tcW w:w="265" w:type="pct"/>
          </w:tcPr>
          <w:p w14:paraId="41A4CDB6" w14:textId="77777777" w:rsidR="00216EDF" w:rsidRPr="00BD24B4" w:rsidRDefault="00216EDF" w:rsidP="001A4CBB">
            <w:pPr>
              <w:rPr>
                <w:rFonts w:cs="Times New Roman"/>
                <w:lang w:val="ru-RU"/>
              </w:rPr>
            </w:pPr>
            <w:r w:rsidRPr="00BD24B4">
              <w:rPr>
                <w:rFonts w:cs="Times New Roman"/>
                <w:lang w:val="ru-RU"/>
              </w:rPr>
              <w:t xml:space="preserve">11 </w:t>
            </w:r>
          </w:p>
        </w:tc>
        <w:tc>
          <w:tcPr>
            <w:tcW w:w="1433" w:type="pct"/>
          </w:tcPr>
          <w:p w14:paraId="6A748F70" w14:textId="77777777" w:rsidR="00216EDF" w:rsidRPr="00BD24B4" w:rsidRDefault="00216EDF" w:rsidP="001A4CBB">
            <w:pPr>
              <w:rPr>
                <w:rFonts w:cs="Times New Roman"/>
                <w:lang w:val="ru-RU"/>
              </w:rPr>
            </w:pPr>
            <w:r w:rsidRPr="00BD24B4">
              <w:rPr>
                <w:rFonts w:cs="Times New Roman"/>
                <w:lang w:val="ru-RU"/>
              </w:rPr>
              <w:t xml:space="preserve">Режим вождения </w:t>
            </w:r>
          </w:p>
        </w:tc>
      </w:tr>
      <w:tr w:rsidR="00216EDF" w:rsidRPr="00BD24B4" w14:paraId="0484AE43" w14:textId="77777777" w:rsidTr="00216EDF">
        <w:tc>
          <w:tcPr>
            <w:tcW w:w="183" w:type="pct"/>
          </w:tcPr>
          <w:p w14:paraId="3329FE20" w14:textId="77777777" w:rsidR="00216EDF" w:rsidRPr="00BD24B4" w:rsidRDefault="00216EDF" w:rsidP="001A4CBB">
            <w:pPr>
              <w:rPr>
                <w:rFonts w:cs="Times New Roman"/>
                <w:lang w:val="ru-RU"/>
              </w:rPr>
            </w:pPr>
            <w:r w:rsidRPr="00BD24B4">
              <w:rPr>
                <w:rFonts w:cs="Times New Roman"/>
                <w:lang w:val="ru-RU"/>
              </w:rPr>
              <w:t xml:space="preserve">2 </w:t>
            </w:r>
          </w:p>
        </w:tc>
        <w:tc>
          <w:tcPr>
            <w:tcW w:w="1459" w:type="pct"/>
          </w:tcPr>
          <w:p w14:paraId="6D06D6A2" w14:textId="77777777" w:rsidR="00216EDF" w:rsidRPr="00BD24B4" w:rsidRDefault="00216EDF" w:rsidP="001A4CBB">
            <w:pPr>
              <w:rPr>
                <w:rFonts w:cs="Times New Roman"/>
                <w:lang w:val="ru-RU"/>
              </w:rPr>
            </w:pPr>
            <w:r w:rsidRPr="00BD24B4">
              <w:rPr>
                <w:rFonts w:cs="Times New Roman"/>
                <w:lang w:val="ru-RU"/>
              </w:rPr>
              <w:t xml:space="preserve">Индикатор неисправности </w:t>
            </w:r>
            <w:r w:rsidRPr="00BD24B4">
              <w:rPr>
                <w:rFonts w:cs="Times New Roman"/>
              </w:rPr>
              <w:t>EFI</w:t>
            </w:r>
            <w:r w:rsidRPr="00BD24B4">
              <w:rPr>
                <w:rFonts w:cs="Times New Roman"/>
                <w:lang w:val="ru-RU"/>
              </w:rPr>
              <w:t xml:space="preserve"> </w:t>
            </w:r>
          </w:p>
        </w:tc>
        <w:tc>
          <w:tcPr>
            <w:tcW w:w="265" w:type="pct"/>
          </w:tcPr>
          <w:p w14:paraId="3A64E9DB" w14:textId="77777777" w:rsidR="00216EDF" w:rsidRPr="00BD24B4" w:rsidRDefault="00216EDF" w:rsidP="001A4CBB">
            <w:pPr>
              <w:rPr>
                <w:rFonts w:cs="Times New Roman"/>
                <w:lang w:val="ru-RU"/>
              </w:rPr>
            </w:pPr>
            <w:r w:rsidRPr="00BD24B4">
              <w:rPr>
                <w:rFonts w:cs="Times New Roman"/>
                <w:lang w:val="ru-RU"/>
              </w:rPr>
              <w:t xml:space="preserve">7 </w:t>
            </w:r>
          </w:p>
        </w:tc>
        <w:tc>
          <w:tcPr>
            <w:tcW w:w="1394" w:type="pct"/>
          </w:tcPr>
          <w:p w14:paraId="4C6C4AB4" w14:textId="77777777" w:rsidR="00216EDF" w:rsidRPr="00BD24B4" w:rsidRDefault="00216EDF" w:rsidP="001A4CBB">
            <w:pPr>
              <w:rPr>
                <w:rFonts w:cs="Times New Roman"/>
                <w:lang w:val="ru-RU"/>
              </w:rPr>
            </w:pPr>
            <w:r w:rsidRPr="00BD24B4">
              <w:rPr>
                <w:rFonts w:cs="Times New Roman"/>
                <w:lang w:val="ru-RU"/>
              </w:rPr>
              <w:t xml:space="preserve">Индикатор включения дальнего света </w:t>
            </w:r>
          </w:p>
        </w:tc>
        <w:tc>
          <w:tcPr>
            <w:tcW w:w="265" w:type="pct"/>
          </w:tcPr>
          <w:p w14:paraId="717AB48D" w14:textId="77777777" w:rsidR="00216EDF" w:rsidRPr="00BD24B4" w:rsidRDefault="00216EDF" w:rsidP="001A4CBB">
            <w:pPr>
              <w:rPr>
                <w:rFonts w:cs="Times New Roman"/>
                <w:lang w:val="ru-RU"/>
              </w:rPr>
            </w:pPr>
            <w:r w:rsidRPr="00BD24B4">
              <w:rPr>
                <w:rFonts w:cs="Times New Roman"/>
                <w:lang w:val="ru-RU"/>
              </w:rPr>
              <w:t xml:space="preserve">12 </w:t>
            </w:r>
          </w:p>
        </w:tc>
        <w:tc>
          <w:tcPr>
            <w:tcW w:w="1433" w:type="pct"/>
          </w:tcPr>
          <w:p w14:paraId="0B6D8B46" w14:textId="77777777" w:rsidR="00216EDF" w:rsidRPr="00BD24B4" w:rsidRDefault="00216EDF" w:rsidP="001A4CBB">
            <w:pPr>
              <w:rPr>
                <w:rFonts w:cs="Times New Roman"/>
                <w:lang w:val="ru-RU"/>
              </w:rPr>
            </w:pPr>
            <w:r w:rsidRPr="00BD24B4">
              <w:rPr>
                <w:rFonts w:cs="Times New Roman"/>
                <w:lang w:val="ru-RU"/>
              </w:rPr>
              <w:t xml:space="preserve">Частота вращения двигателя </w:t>
            </w:r>
          </w:p>
        </w:tc>
      </w:tr>
      <w:tr w:rsidR="00216EDF" w:rsidRPr="00BD24B4" w14:paraId="5A632E7F" w14:textId="77777777" w:rsidTr="00216EDF">
        <w:tc>
          <w:tcPr>
            <w:tcW w:w="183" w:type="pct"/>
          </w:tcPr>
          <w:p w14:paraId="711DEBCC" w14:textId="77777777" w:rsidR="00216EDF" w:rsidRPr="00BD24B4" w:rsidRDefault="00216EDF" w:rsidP="001A4CBB">
            <w:pPr>
              <w:rPr>
                <w:rFonts w:cs="Times New Roman"/>
                <w:lang w:val="ru-RU"/>
              </w:rPr>
            </w:pPr>
            <w:r w:rsidRPr="00BD24B4">
              <w:rPr>
                <w:rFonts w:cs="Times New Roman"/>
                <w:lang w:val="ru-RU"/>
              </w:rPr>
              <w:t xml:space="preserve">3 </w:t>
            </w:r>
          </w:p>
        </w:tc>
        <w:tc>
          <w:tcPr>
            <w:tcW w:w="1459" w:type="pct"/>
          </w:tcPr>
          <w:p w14:paraId="23EBD870" w14:textId="77777777" w:rsidR="00216EDF" w:rsidRPr="00BD24B4" w:rsidRDefault="00216EDF" w:rsidP="001A4CBB">
            <w:pPr>
              <w:rPr>
                <w:rFonts w:cs="Times New Roman"/>
                <w:lang w:val="ru-RU"/>
              </w:rPr>
            </w:pPr>
            <w:r w:rsidRPr="00BD24B4">
              <w:rPr>
                <w:rFonts w:cs="Times New Roman"/>
                <w:lang w:val="ru-RU"/>
              </w:rPr>
              <w:t xml:space="preserve">Часы </w:t>
            </w:r>
          </w:p>
        </w:tc>
        <w:tc>
          <w:tcPr>
            <w:tcW w:w="265" w:type="pct"/>
          </w:tcPr>
          <w:p w14:paraId="29DB06BF" w14:textId="77777777" w:rsidR="00216EDF" w:rsidRPr="00BD24B4" w:rsidRDefault="00216EDF" w:rsidP="001A4CBB">
            <w:pPr>
              <w:rPr>
                <w:rFonts w:cs="Times New Roman"/>
                <w:lang w:val="ru-RU"/>
              </w:rPr>
            </w:pPr>
            <w:r w:rsidRPr="00BD24B4">
              <w:rPr>
                <w:rFonts w:cs="Times New Roman"/>
                <w:lang w:val="ru-RU"/>
              </w:rPr>
              <w:t xml:space="preserve">8 </w:t>
            </w:r>
          </w:p>
        </w:tc>
        <w:tc>
          <w:tcPr>
            <w:tcW w:w="1394" w:type="pct"/>
          </w:tcPr>
          <w:p w14:paraId="529EA0DB" w14:textId="77777777" w:rsidR="00216EDF" w:rsidRPr="00BD24B4" w:rsidRDefault="00216EDF" w:rsidP="001A4CBB">
            <w:pPr>
              <w:rPr>
                <w:rFonts w:cs="Times New Roman"/>
                <w:lang w:val="ru-RU"/>
              </w:rPr>
            </w:pPr>
            <w:r w:rsidRPr="00BD24B4">
              <w:rPr>
                <w:rFonts w:cs="Times New Roman"/>
                <w:lang w:val="ru-RU"/>
              </w:rPr>
              <w:t xml:space="preserve">Индикатор положения передачи </w:t>
            </w:r>
          </w:p>
        </w:tc>
        <w:tc>
          <w:tcPr>
            <w:tcW w:w="265" w:type="pct"/>
          </w:tcPr>
          <w:p w14:paraId="2A8DD8BD" w14:textId="77777777" w:rsidR="00216EDF" w:rsidRPr="00BD24B4" w:rsidRDefault="00216EDF" w:rsidP="001A4CBB">
            <w:pPr>
              <w:rPr>
                <w:rFonts w:cs="Times New Roman"/>
                <w:lang w:val="ru-RU"/>
              </w:rPr>
            </w:pPr>
            <w:r w:rsidRPr="00BD24B4">
              <w:rPr>
                <w:rFonts w:cs="Times New Roman"/>
                <w:lang w:val="ru-RU"/>
              </w:rPr>
              <w:t xml:space="preserve">13 </w:t>
            </w:r>
          </w:p>
        </w:tc>
        <w:tc>
          <w:tcPr>
            <w:tcW w:w="1433" w:type="pct"/>
          </w:tcPr>
          <w:p w14:paraId="1EC082B5" w14:textId="77777777" w:rsidR="00216EDF" w:rsidRPr="00BD24B4" w:rsidRDefault="00216EDF" w:rsidP="001A4CBB">
            <w:pPr>
              <w:rPr>
                <w:rFonts w:cs="Times New Roman"/>
                <w:lang w:val="ru-RU"/>
              </w:rPr>
            </w:pPr>
            <w:r w:rsidRPr="00BD24B4">
              <w:rPr>
                <w:rFonts w:cs="Times New Roman"/>
                <w:lang w:val="ru-RU"/>
              </w:rPr>
              <w:t xml:space="preserve">Индикатор низкого уровня топлива </w:t>
            </w:r>
          </w:p>
        </w:tc>
      </w:tr>
      <w:tr w:rsidR="00216EDF" w:rsidRPr="00707D8A" w14:paraId="14D5621B" w14:textId="77777777" w:rsidTr="00216EDF">
        <w:tc>
          <w:tcPr>
            <w:tcW w:w="183" w:type="pct"/>
          </w:tcPr>
          <w:p w14:paraId="29FBA8B0" w14:textId="77777777" w:rsidR="00216EDF" w:rsidRPr="00BD24B4" w:rsidRDefault="00216EDF" w:rsidP="001A4CBB">
            <w:pPr>
              <w:rPr>
                <w:rFonts w:cs="Times New Roman"/>
                <w:lang w:val="ru-RU"/>
              </w:rPr>
            </w:pPr>
            <w:r w:rsidRPr="00BD24B4">
              <w:rPr>
                <w:rFonts w:cs="Times New Roman"/>
                <w:lang w:val="ru-RU"/>
              </w:rPr>
              <w:t xml:space="preserve">4 </w:t>
            </w:r>
          </w:p>
        </w:tc>
        <w:tc>
          <w:tcPr>
            <w:tcW w:w="1459" w:type="pct"/>
          </w:tcPr>
          <w:p w14:paraId="368326A7" w14:textId="77777777" w:rsidR="00216EDF" w:rsidRPr="00BD24B4" w:rsidRDefault="00216EDF" w:rsidP="001A4CBB">
            <w:pPr>
              <w:rPr>
                <w:rFonts w:cs="Times New Roman"/>
                <w:lang w:val="ru-RU"/>
              </w:rPr>
            </w:pPr>
            <w:r w:rsidRPr="00BD24B4">
              <w:rPr>
                <w:rFonts w:cs="Times New Roman"/>
                <w:lang w:val="ru-RU"/>
              </w:rPr>
              <w:t xml:space="preserve">Счетчик ежедневного пробега </w:t>
            </w:r>
          </w:p>
        </w:tc>
        <w:tc>
          <w:tcPr>
            <w:tcW w:w="265" w:type="pct"/>
          </w:tcPr>
          <w:p w14:paraId="606EAFC7" w14:textId="77777777" w:rsidR="00216EDF" w:rsidRPr="00BD24B4" w:rsidRDefault="00216EDF" w:rsidP="001A4CBB">
            <w:pPr>
              <w:rPr>
                <w:rFonts w:cs="Times New Roman"/>
                <w:lang w:val="ru-RU"/>
              </w:rPr>
            </w:pPr>
            <w:r w:rsidRPr="00BD24B4">
              <w:rPr>
                <w:rFonts w:cs="Times New Roman"/>
                <w:lang w:val="ru-RU"/>
              </w:rPr>
              <w:t xml:space="preserve">9 </w:t>
            </w:r>
          </w:p>
        </w:tc>
        <w:tc>
          <w:tcPr>
            <w:tcW w:w="1394" w:type="pct"/>
          </w:tcPr>
          <w:p w14:paraId="115A60B4" w14:textId="77777777" w:rsidR="00216EDF" w:rsidRPr="00BD24B4" w:rsidRDefault="00216EDF" w:rsidP="001A4CBB">
            <w:pPr>
              <w:rPr>
                <w:rFonts w:cs="Times New Roman"/>
                <w:lang w:val="ru-RU"/>
              </w:rPr>
            </w:pPr>
            <w:r w:rsidRPr="00BD24B4">
              <w:rPr>
                <w:rFonts w:cs="Times New Roman"/>
                <w:lang w:val="ru-RU"/>
              </w:rPr>
              <w:t xml:space="preserve">Индикатор уровня топлива </w:t>
            </w:r>
          </w:p>
        </w:tc>
        <w:tc>
          <w:tcPr>
            <w:tcW w:w="265" w:type="pct"/>
          </w:tcPr>
          <w:p w14:paraId="533C9316" w14:textId="77777777" w:rsidR="00216EDF" w:rsidRPr="00BD24B4" w:rsidRDefault="00216EDF" w:rsidP="001A4CBB">
            <w:pPr>
              <w:rPr>
                <w:rFonts w:cs="Times New Roman"/>
                <w:lang w:val="ru-RU"/>
              </w:rPr>
            </w:pPr>
            <w:r w:rsidRPr="00BD24B4">
              <w:rPr>
                <w:rFonts w:cs="Times New Roman"/>
                <w:lang w:val="ru-RU"/>
              </w:rPr>
              <w:t xml:space="preserve">14 </w:t>
            </w:r>
          </w:p>
        </w:tc>
        <w:tc>
          <w:tcPr>
            <w:tcW w:w="1433" w:type="pct"/>
          </w:tcPr>
          <w:p w14:paraId="55E38796" w14:textId="77777777" w:rsidR="00216EDF" w:rsidRPr="00BD24B4" w:rsidRDefault="00216EDF" w:rsidP="001A4CBB">
            <w:pPr>
              <w:rPr>
                <w:rFonts w:cs="Times New Roman"/>
                <w:lang w:val="ru-RU"/>
              </w:rPr>
            </w:pPr>
            <w:r w:rsidRPr="00BD24B4">
              <w:rPr>
                <w:rFonts w:cs="Times New Roman"/>
                <w:lang w:val="ru-RU"/>
              </w:rPr>
              <w:t xml:space="preserve">Предупреждающий индикатор температуры охлаждающей жидкости </w:t>
            </w:r>
          </w:p>
        </w:tc>
      </w:tr>
      <w:tr w:rsidR="00216EDF" w:rsidRPr="00BD24B4" w14:paraId="7A35D27F" w14:textId="77777777" w:rsidTr="00216EDF">
        <w:tc>
          <w:tcPr>
            <w:tcW w:w="183" w:type="pct"/>
          </w:tcPr>
          <w:p w14:paraId="59216CC4" w14:textId="77777777" w:rsidR="00216EDF" w:rsidRPr="00BD24B4" w:rsidRDefault="00216EDF" w:rsidP="001A4CBB">
            <w:pPr>
              <w:rPr>
                <w:rFonts w:cs="Times New Roman"/>
                <w:lang w:val="ru-RU"/>
              </w:rPr>
            </w:pPr>
            <w:r w:rsidRPr="00BD24B4">
              <w:rPr>
                <w:rFonts w:cs="Times New Roman"/>
                <w:lang w:val="ru-RU"/>
              </w:rPr>
              <w:t xml:space="preserve">5 </w:t>
            </w:r>
          </w:p>
        </w:tc>
        <w:tc>
          <w:tcPr>
            <w:tcW w:w="1459" w:type="pct"/>
          </w:tcPr>
          <w:p w14:paraId="72567590" w14:textId="77777777" w:rsidR="00216EDF" w:rsidRPr="00BD24B4" w:rsidRDefault="00216EDF" w:rsidP="001A4CBB">
            <w:pPr>
              <w:rPr>
                <w:rFonts w:cs="Times New Roman"/>
                <w:lang w:val="ru-RU"/>
              </w:rPr>
            </w:pPr>
            <w:r w:rsidRPr="00BD24B4">
              <w:rPr>
                <w:rFonts w:cs="Times New Roman"/>
                <w:lang w:val="ru-RU"/>
              </w:rPr>
              <w:t xml:space="preserve">Спидометр </w:t>
            </w:r>
          </w:p>
        </w:tc>
        <w:tc>
          <w:tcPr>
            <w:tcW w:w="265" w:type="pct"/>
          </w:tcPr>
          <w:p w14:paraId="79E917C2" w14:textId="77777777" w:rsidR="00216EDF" w:rsidRPr="00BD24B4" w:rsidRDefault="00216EDF" w:rsidP="001A4CBB">
            <w:pPr>
              <w:rPr>
                <w:rFonts w:cs="Times New Roman"/>
                <w:lang w:val="ru-RU"/>
              </w:rPr>
            </w:pPr>
            <w:r w:rsidRPr="00BD24B4">
              <w:rPr>
                <w:rFonts w:cs="Times New Roman"/>
                <w:lang w:val="ru-RU"/>
              </w:rPr>
              <w:t>10</w:t>
            </w:r>
          </w:p>
        </w:tc>
        <w:tc>
          <w:tcPr>
            <w:tcW w:w="1394" w:type="pct"/>
          </w:tcPr>
          <w:p w14:paraId="7E4176D1" w14:textId="77777777" w:rsidR="00216EDF" w:rsidRPr="00BD24B4" w:rsidRDefault="00216EDF" w:rsidP="001A4CBB">
            <w:pPr>
              <w:rPr>
                <w:rFonts w:cs="Times New Roman"/>
                <w:lang w:val="ru-RU"/>
              </w:rPr>
            </w:pPr>
            <w:r w:rsidRPr="00BD24B4">
              <w:rPr>
                <w:rFonts w:cs="Times New Roman"/>
                <w:lang w:val="ru-RU"/>
              </w:rPr>
              <w:t xml:space="preserve">Индикатор температуры охлаждающей жидкости </w:t>
            </w:r>
          </w:p>
        </w:tc>
        <w:tc>
          <w:tcPr>
            <w:tcW w:w="265" w:type="pct"/>
          </w:tcPr>
          <w:p w14:paraId="30782E2E" w14:textId="77777777" w:rsidR="00216EDF" w:rsidRPr="00BD24B4" w:rsidRDefault="00216EDF" w:rsidP="001A4CBB">
            <w:pPr>
              <w:rPr>
                <w:rFonts w:cs="Times New Roman"/>
                <w:lang w:val="ru-RU"/>
              </w:rPr>
            </w:pPr>
          </w:p>
        </w:tc>
        <w:tc>
          <w:tcPr>
            <w:tcW w:w="1433" w:type="pct"/>
          </w:tcPr>
          <w:p w14:paraId="0D90771A" w14:textId="77777777" w:rsidR="00216EDF" w:rsidRPr="00BD24B4" w:rsidRDefault="00216EDF" w:rsidP="001A4CBB">
            <w:pPr>
              <w:rPr>
                <w:rFonts w:cs="Times New Roman"/>
                <w:lang w:val="ru-RU"/>
              </w:rPr>
            </w:pPr>
          </w:p>
        </w:tc>
      </w:tr>
    </w:tbl>
    <w:p w14:paraId="463B9C41" w14:textId="17A2F1FB" w:rsidR="0056157D" w:rsidRPr="00BD24B4" w:rsidRDefault="0056157D" w:rsidP="003328AD">
      <w:pPr>
        <w:pStyle w:val="p"/>
      </w:pPr>
    </w:p>
    <w:p w14:paraId="5937B97B" w14:textId="77777777" w:rsidR="0056157D" w:rsidRPr="00BD24B4" w:rsidRDefault="00813657" w:rsidP="003328AD">
      <w:pPr>
        <w:pStyle w:val="bold12"/>
      </w:pPr>
      <w:r w:rsidRPr="00BD24B4">
        <w:t xml:space="preserve">Дроссельная заслонка </w:t>
      </w:r>
    </w:p>
    <w:tbl>
      <w:tblPr>
        <w:tblStyle w:val="350"/>
        <w:tblW w:w="5000" w:type="pct"/>
        <w:tblCellMar>
          <w:top w:w="85" w:type="dxa"/>
          <w:bottom w:w="85" w:type="dxa"/>
        </w:tblCellMar>
        <w:tblLook w:val="04A0" w:firstRow="1" w:lastRow="0" w:firstColumn="1" w:lastColumn="0" w:noHBand="0" w:noVBand="1"/>
      </w:tblPr>
      <w:tblGrid>
        <w:gridCol w:w="800"/>
        <w:gridCol w:w="5801"/>
      </w:tblGrid>
      <w:tr w:rsidR="00216EDF" w:rsidRPr="00BD24B4" w14:paraId="65DA2999" w14:textId="77777777" w:rsidTr="00622F4D">
        <w:tc>
          <w:tcPr>
            <w:tcW w:w="606" w:type="pct"/>
            <w:tcBorders>
              <w:top w:val="single" w:sz="4" w:space="0" w:color="auto"/>
              <w:left w:val="single" w:sz="4" w:space="0" w:color="auto"/>
              <w:bottom w:val="single" w:sz="4" w:space="0" w:color="auto"/>
              <w:right w:val="nil"/>
            </w:tcBorders>
            <w:shd w:val="clear" w:color="auto" w:fill="D9D9D9" w:themeFill="background1" w:themeFillShade="D9"/>
          </w:tcPr>
          <w:p w14:paraId="6AEC857A" w14:textId="77777777" w:rsidR="00216EDF" w:rsidRPr="00BD24B4" w:rsidRDefault="00216EDF" w:rsidP="00622F4D">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EC9915C" w14:textId="77777777" w:rsidR="00216EDF" w:rsidRPr="00BD24B4" w:rsidRDefault="00216EDF" w:rsidP="00622F4D">
            <w:pPr>
              <w:pStyle w:val="afff"/>
            </w:pPr>
            <w:r w:rsidRPr="00BD24B4">
              <w:t>ПРЕДУПРЕЖДЕНИЕ</w:t>
            </w:r>
          </w:p>
        </w:tc>
      </w:tr>
      <w:tr w:rsidR="00216EDF" w:rsidRPr="00707D8A" w14:paraId="0C1B0534" w14:textId="77777777" w:rsidTr="00622F4D">
        <w:tc>
          <w:tcPr>
            <w:tcW w:w="5000" w:type="pct"/>
            <w:gridSpan w:val="2"/>
            <w:tcBorders>
              <w:top w:val="single" w:sz="4" w:space="0" w:color="auto"/>
              <w:left w:val="nil"/>
              <w:right w:val="nil"/>
            </w:tcBorders>
          </w:tcPr>
          <w:p w14:paraId="0C6C47AA" w14:textId="77777777" w:rsidR="00216EDF" w:rsidRPr="00BD24B4" w:rsidRDefault="00216EDF" w:rsidP="00216EDF">
            <w:pPr>
              <w:widowControl w:val="0"/>
              <w:spacing w:line="276" w:lineRule="auto"/>
              <w:jc w:val="both"/>
              <w:rPr>
                <w:rFonts w:cs="Times New Roman"/>
                <w:szCs w:val="24"/>
                <w:lang w:val="ru"/>
              </w:rPr>
            </w:pPr>
            <w:r w:rsidRPr="00BD24B4">
              <w:rPr>
                <w:rFonts w:cs="Times New Roman"/>
                <w:szCs w:val="24"/>
                <w:lang w:val="ru"/>
              </w:rPr>
              <w:t xml:space="preserve">Не запускать </w:t>
            </w:r>
            <w:proofErr w:type="spellStart"/>
            <w:r w:rsidRPr="00BD24B4">
              <w:rPr>
                <w:rFonts w:cs="Times New Roman"/>
                <w:szCs w:val="24"/>
                <w:lang w:val="ru"/>
              </w:rPr>
              <w:t>квадрицикл</w:t>
            </w:r>
            <w:proofErr w:type="spellEnd"/>
            <w:r w:rsidRPr="00BD24B4">
              <w:rPr>
                <w:rFonts w:cs="Times New Roman"/>
                <w:szCs w:val="24"/>
                <w:lang w:val="ru"/>
              </w:rPr>
              <w:t xml:space="preserve"> и не управлять им, если у него заедает или неправильно работает механизм управления дроссельной заслонкой. Заедающая или неправильно работающая дроссельная заслонка может стать причиной аварии с серьезными травмами или смертельным исходом. </w:t>
            </w:r>
          </w:p>
          <w:p w14:paraId="3105F935" w14:textId="77777777" w:rsidR="00216EDF" w:rsidRPr="00BD24B4" w:rsidRDefault="00216EDF" w:rsidP="00216EDF">
            <w:pPr>
              <w:widowControl w:val="0"/>
              <w:spacing w:line="276" w:lineRule="auto"/>
              <w:jc w:val="both"/>
              <w:rPr>
                <w:rFonts w:cs="Times New Roman"/>
                <w:szCs w:val="24"/>
                <w:lang w:val="ru"/>
              </w:rPr>
            </w:pPr>
            <w:r w:rsidRPr="00BD24B4">
              <w:rPr>
                <w:rFonts w:cs="Times New Roman"/>
                <w:szCs w:val="24"/>
                <w:lang w:val="ru"/>
              </w:rPr>
              <w:t xml:space="preserve">При возникновении проблем с дроссельной заслонкой необходимо обратиться к своему дилеру </w:t>
            </w:r>
            <w:r w:rsidRPr="00BD24B4">
              <w:rPr>
                <w:rFonts w:cs="Times New Roman"/>
                <w:szCs w:val="24"/>
                <w:lang w:val="ru"/>
              </w:rPr>
              <w:lastRenderedPageBreak/>
              <w:t xml:space="preserve">для выполнения обслуживания и ремонта. </w:t>
            </w:r>
          </w:p>
          <w:p w14:paraId="4D3645C9" w14:textId="77777777" w:rsidR="00216EDF" w:rsidRPr="00BD24B4" w:rsidRDefault="00216EDF" w:rsidP="00216EDF">
            <w:pPr>
              <w:widowControl w:val="0"/>
              <w:spacing w:line="276" w:lineRule="auto"/>
              <w:jc w:val="both"/>
              <w:rPr>
                <w:rFonts w:cs="Times New Roman"/>
                <w:szCs w:val="24"/>
                <w:lang w:val="ru"/>
              </w:rPr>
            </w:pPr>
            <w:r w:rsidRPr="00BD24B4">
              <w:rPr>
                <w:rFonts w:cs="Times New Roman"/>
                <w:szCs w:val="24"/>
                <w:lang w:val="ru"/>
              </w:rPr>
              <w:t xml:space="preserve">Отсутствие проверок или технического обслуживания системы дроссельной заслонки может привести к заеданию рычага дроссельной заслонки во время езды и стать причиной аварии. </w:t>
            </w:r>
          </w:p>
          <w:p w14:paraId="338B8FDE" w14:textId="36202090" w:rsidR="00216EDF" w:rsidRPr="00BD24B4" w:rsidRDefault="00216EDF" w:rsidP="00216EDF">
            <w:pPr>
              <w:widowControl w:val="0"/>
              <w:spacing w:line="276" w:lineRule="auto"/>
              <w:jc w:val="both"/>
              <w:rPr>
                <w:rFonts w:cs="Times New Roman"/>
                <w:szCs w:val="24"/>
              </w:rPr>
            </w:pPr>
            <w:r w:rsidRPr="00BD24B4">
              <w:rPr>
                <w:rFonts w:cs="Times New Roman"/>
                <w:szCs w:val="24"/>
                <w:lang w:val="ru"/>
              </w:rPr>
              <w:t>Всегда следует проверять перед запуском двигателя и периодически во время езды, свободно ли перемещается рычаг.</w:t>
            </w:r>
          </w:p>
        </w:tc>
      </w:tr>
    </w:tbl>
    <w:p w14:paraId="03A34F4C" w14:textId="77777777" w:rsidR="00216EDF" w:rsidRPr="00BD24B4" w:rsidRDefault="00216EDF" w:rsidP="003328AD">
      <w:pPr>
        <w:pStyle w:val="p"/>
        <w:rPr>
          <w:lang w:eastAsia="ru-RU"/>
        </w:rPr>
      </w:pPr>
    </w:p>
    <w:p w14:paraId="1E33ED7A" w14:textId="48584BF5" w:rsidR="008230B8" w:rsidRPr="00BD24B4" w:rsidRDefault="00813657" w:rsidP="003328AD">
      <w:pPr>
        <w:pStyle w:val="bold12"/>
      </w:pPr>
      <w:r w:rsidRPr="00BD24B4">
        <w:t xml:space="preserve">Рычаг дроссельной заслонки </w:t>
      </w:r>
    </w:p>
    <w:p w14:paraId="35D89D35" w14:textId="77777777" w:rsidR="0056157D" w:rsidRPr="00BD24B4" w:rsidRDefault="00813657">
      <w:pPr>
        <w:rPr>
          <w:rFonts w:cs="Times New Roman"/>
          <w:lang w:val="ru-RU"/>
        </w:rPr>
      </w:pPr>
      <w:r w:rsidRPr="00BD24B4">
        <w:rPr>
          <w:rFonts w:cs="Times New Roman"/>
          <w:lang w:val="ru-RU"/>
        </w:rPr>
        <w:t xml:space="preserve">Частота вращения двигателя и </w:t>
      </w:r>
      <w:r w:rsidR="00C85A11" w:rsidRPr="00BD24B4">
        <w:rPr>
          <w:rFonts w:cs="Times New Roman"/>
          <w:lang w:val="ru-RU"/>
        </w:rPr>
        <w:t xml:space="preserve">скорость </w:t>
      </w:r>
      <w:r w:rsidRPr="00BD24B4">
        <w:rPr>
          <w:rFonts w:cs="Times New Roman"/>
          <w:lang w:val="ru-RU"/>
        </w:rPr>
        <w:t>движени</w:t>
      </w:r>
      <w:r w:rsidR="00C85A11" w:rsidRPr="00BD24B4">
        <w:rPr>
          <w:rFonts w:cs="Times New Roman"/>
          <w:lang w:val="ru-RU"/>
        </w:rPr>
        <w:t>я</w:t>
      </w:r>
      <w:r w:rsidRPr="00BD24B4">
        <w:rPr>
          <w:rFonts w:cs="Times New Roman"/>
          <w:lang w:val="ru-RU"/>
        </w:rPr>
        <w:t xml:space="preserve"> транспортного средства регулируются нажатием рычага дроссельной заслонки. Рычаг дроссельной заслонки (1) имеет </w:t>
      </w:r>
      <w:r w:rsidR="008230B8" w:rsidRPr="00BD24B4">
        <w:rPr>
          <w:rFonts w:cs="Times New Roman"/>
          <w:lang w:val="ru-RU"/>
        </w:rPr>
        <w:t>пружину,</w:t>
      </w:r>
      <w:r w:rsidR="00C85A11" w:rsidRPr="00BD24B4">
        <w:rPr>
          <w:rFonts w:cs="Times New Roman"/>
          <w:lang w:val="ru-RU"/>
        </w:rPr>
        <w:t xml:space="preserve"> которая</w:t>
      </w:r>
      <w:r w:rsidRPr="00BD24B4">
        <w:rPr>
          <w:rFonts w:cs="Times New Roman"/>
          <w:lang w:val="ru-RU"/>
        </w:rPr>
        <w:t xml:space="preserve"> при отпускании рычага </w:t>
      </w:r>
      <w:r w:rsidR="00C85A11" w:rsidRPr="00BD24B4">
        <w:rPr>
          <w:rFonts w:cs="Times New Roman"/>
          <w:lang w:val="ru-RU"/>
        </w:rPr>
        <w:t xml:space="preserve">возвращает заслонку в закрытое </w:t>
      </w:r>
      <w:r w:rsidR="008230B8" w:rsidRPr="00BD24B4">
        <w:rPr>
          <w:rFonts w:cs="Times New Roman"/>
          <w:lang w:val="ru-RU"/>
        </w:rPr>
        <w:t>положение,</w:t>
      </w:r>
      <w:r w:rsidR="00C85A11" w:rsidRPr="00BD24B4">
        <w:rPr>
          <w:rFonts w:cs="Times New Roman"/>
          <w:lang w:val="ru-RU"/>
        </w:rPr>
        <w:t xml:space="preserve"> а двигатель в режим холостого хода</w:t>
      </w:r>
      <w:r w:rsidRPr="00BD24B4">
        <w:rPr>
          <w:rFonts w:cs="Times New Roman"/>
          <w:lang w:val="ru-RU"/>
        </w:rPr>
        <w:t xml:space="preserve">. </w:t>
      </w:r>
    </w:p>
    <w:p w14:paraId="19D22D88" w14:textId="2F298C28" w:rsidR="00216EDF" w:rsidRPr="00BD24B4" w:rsidRDefault="00216EDF" w:rsidP="00216EDF">
      <w:pPr>
        <w:jc w:val="center"/>
        <w:rPr>
          <w:rFonts w:ascii="Segoe UI Symbol" w:hAnsi="Segoe UI Symbol" w:cs="Segoe UI Symbol"/>
        </w:rPr>
      </w:pPr>
      <w:r w:rsidRPr="00BD24B4">
        <w:rPr>
          <w:rFonts w:cs="Times New Roman"/>
          <w:noProof/>
          <w:lang w:val="ru-RU" w:eastAsia="ru-RU"/>
        </w:rPr>
        <w:drawing>
          <wp:inline distT="0" distB="0" distL="0" distR="0" wp14:anchorId="67F29486" wp14:editId="64383D57">
            <wp:extent cx="3040912" cy="1516401"/>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31_img_1.png"/>
                    <pic:cNvPicPr/>
                  </pic:nvPicPr>
                  <pic:blipFill>
                    <a:blip r:embed="rId14"/>
                    <a:stretch>
                      <a:fillRect/>
                    </a:stretch>
                  </pic:blipFill>
                  <pic:spPr>
                    <a:xfrm>
                      <a:off x="0" y="0"/>
                      <a:ext cx="3040912" cy="1516401"/>
                    </a:xfrm>
                    <a:prstGeom prst="rect">
                      <a:avLst/>
                    </a:prstGeom>
                  </pic:spPr>
                </pic:pic>
              </a:graphicData>
            </a:graphic>
          </wp:inline>
        </w:drawing>
      </w:r>
    </w:p>
    <w:p w14:paraId="5B528196" w14:textId="77777777" w:rsidR="00216EDF" w:rsidRPr="00BD24B4" w:rsidRDefault="00216EDF" w:rsidP="003328AD">
      <w:pPr>
        <w:pStyle w:val="p"/>
      </w:pPr>
    </w:p>
    <w:tbl>
      <w:tblPr>
        <w:tblStyle w:val="360"/>
        <w:tblW w:w="5000" w:type="pct"/>
        <w:tblCellMar>
          <w:top w:w="85" w:type="dxa"/>
          <w:bottom w:w="85" w:type="dxa"/>
        </w:tblCellMar>
        <w:tblLook w:val="04A0" w:firstRow="1" w:lastRow="0" w:firstColumn="1" w:lastColumn="0" w:noHBand="0" w:noVBand="1"/>
      </w:tblPr>
      <w:tblGrid>
        <w:gridCol w:w="800"/>
        <w:gridCol w:w="5801"/>
      </w:tblGrid>
      <w:tr w:rsidR="00216EDF" w:rsidRPr="00BD24B4" w14:paraId="15C7978B" w14:textId="77777777" w:rsidTr="00622F4D">
        <w:tc>
          <w:tcPr>
            <w:tcW w:w="606" w:type="pct"/>
            <w:tcBorders>
              <w:top w:val="single" w:sz="4" w:space="0" w:color="auto"/>
              <w:left w:val="single" w:sz="4" w:space="0" w:color="auto"/>
              <w:bottom w:val="single" w:sz="4" w:space="0" w:color="auto"/>
              <w:right w:val="nil"/>
            </w:tcBorders>
            <w:shd w:val="clear" w:color="auto" w:fill="D9D9D9" w:themeFill="background1" w:themeFillShade="D9"/>
          </w:tcPr>
          <w:p w14:paraId="02CE27A8" w14:textId="77777777" w:rsidR="00216EDF" w:rsidRPr="00BD24B4" w:rsidRDefault="00216EDF" w:rsidP="00622F4D">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9D404C4" w14:textId="77777777" w:rsidR="00216EDF" w:rsidRPr="00BD24B4" w:rsidRDefault="00216EDF" w:rsidP="00622F4D">
            <w:pPr>
              <w:pStyle w:val="afff"/>
            </w:pPr>
            <w:r w:rsidRPr="00BD24B4">
              <w:t>ПРЕДУПРЕЖДЕНИЕ</w:t>
            </w:r>
          </w:p>
        </w:tc>
      </w:tr>
      <w:tr w:rsidR="00216EDF" w:rsidRPr="00707D8A" w14:paraId="0F134B31" w14:textId="77777777" w:rsidTr="00622F4D">
        <w:tc>
          <w:tcPr>
            <w:tcW w:w="5000" w:type="pct"/>
            <w:gridSpan w:val="2"/>
            <w:tcBorders>
              <w:top w:val="single" w:sz="4" w:space="0" w:color="auto"/>
              <w:left w:val="nil"/>
              <w:right w:val="nil"/>
            </w:tcBorders>
          </w:tcPr>
          <w:p w14:paraId="250D6CCA" w14:textId="5887262E" w:rsidR="00216EDF" w:rsidRPr="00BD24B4" w:rsidRDefault="00216EDF" w:rsidP="00216EDF">
            <w:pPr>
              <w:widowControl w:val="0"/>
              <w:spacing w:line="276" w:lineRule="auto"/>
              <w:jc w:val="both"/>
              <w:rPr>
                <w:rFonts w:cs="Times New Roman"/>
                <w:b/>
                <w:bCs/>
                <w:szCs w:val="24"/>
              </w:rPr>
            </w:pPr>
            <w:r w:rsidRPr="00BD24B4">
              <w:rPr>
                <w:rFonts w:cs="Times New Roman"/>
                <w:b/>
                <w:bCs/>
                <w:szCs w:val="24"/>
                <w:lang w:val="ru"/>
              </w:rPr>
              <w:t xml:space="preserve">Мойка или эксплуатация ТС при отрицательных температурах может привести к попаданию и замерзанию воды в </w:t>
            </w:r>
            <w:proofErr w:type="spellStart"/>
            <w:r w:rsidRPr="00BD24B4">
              <w:rPr>
                <w:rFonts w:cs="Times New Roman"/>
                <w:b/>
                <w:bCs/>
                <w:szCs w:val="24"/>
                <w:lang w:val="ru"/>
              </w:rPr>
              <w:t>боуденовском</w:t>
            </w:r>
            <w:proofErr w:type="spellEnd"/>
            <w:r w:rsidRPr="00BD24B4">
              <w:rPr>
                <w:rFonts w:cs="Times New Roman"/>
                <w:b/>
                <w:bCs/>
                <w:szCs w:val="24"/>
                <w:lang w:val="ru"/>
              </w:rPr>
              <w:t xml:space="preserve"> тросе привода дроссельной заслонки и/или в самом механизме дроссельной заслонки.</w:t>
            </w:r>
          </w:p>
        </w:tc>
      </w:tr>
    </w:tbl>
    <w:p w14:paraId="07423DC6" w14:textId="77777777" w:rsidR="00216EDF" w:rsidRPr="00BD24B4" w:rsidRDefault="00216EDF" w:rsidP="003328AD">
      <w:pPr>
        <w:pStyle w:val="p"/>
      </w:pPr>
    </w:p>
    <w:p w14:paraId="586517C8" w14:textId="44D534F0" w:rsidR="003328AD" w:rsidRPr="001A7858" w:rsidRDefault="00813657" w:rsidP="001A7858">
      <w:pPr>
        <w:rPr>
          <w:rFonts w:cs="Times New Roman"/>
          <w:lang w:val="ru-RU"/>
        </w:rPr>
      </w:pPr>
      <w:r w:rsidRPr="00BD24B4">
        <w:rPr>
          <w:rFonts w:cs="Times New Roman"/>
          <w:lang w:val="ru-RU"/>
        </w:rPr>
        <w:t xml:space="preserve">В результате может произойти заедание дроссельной заслонки, что может привести к продолжению работы двигателя и потере управления. </w:t>
      </w:r>
    </w:p>
    <w:p w14:paraId="18454138" w14:textId="77777777" w:rsidR="003328AD" w:rsidRPr="00BD24B4" w:rsidRDefault="003328AD" w:rsidP="003328AD">
      <w:pPr>
        <w:widowControl w:val="0"/>
        <w:spacing w:line="276" w:lineRule="auto"/>
        <w:jc w:val="both"/>
        <w:rPr>
          <w:rFonts w:eastAsia="Times New Roman" w:cs="Times New Roman"/>
          <w:szCs w:val="24"/>
          <w:lang w:val="ru-RU" w:eastAsia="ru-RU"/>
        </w:rPr>
      </w:pPr>
    </w:p>
    <w:p w14:paraId="31F5ACE2" w14:textId="77777777" w:rsidR="0056157D" w:rsidRPr="00BD24B4" w:rsidRDefault="00813657" w:rsidP="003328AD">
      <w:pPr>
        <w:pStyle w:val="bold12"/>
      </w:pPr>
      <w:r w:rsidRPr="00BD24B4">
        <w:t xml:space="preserve">Передние и задние тормоза </w:t>
      </w:r>
    </w:p>
    <w:p w14:paraId="34492CCE" w14:textId="4E5F1D59" w:rsidR="0063313B" w:rsidRPr="00BD24B4" w:rsidRDefault="00114216">
      <w:pPr>
        <w:rPr>
          <w:rFonts w:cs="Times New Roman"/>
          <w:lang w:val="ru-RU"/>
        </w:rPr>
      </w:pPr>
      <w:r w:rsidRPr="00BD24B4">
        <w:rPr>
          <w:rFonts w:cs="Times New Roman"/>
          <w:lang w:val="ru-RU"/>
        </w:rPr>
        <w:t>Рычаг главного тормозного цилиндра,</w:t>
      </w:r>
      <w:r w:rsidR="0063313B" w:rsidRPr="00BD24B4">
        <w:rPr>
          <w:rFonts w:cs="Times New Roman"/>
          <w:lang w:val="ru-RU"/>
        </w:rPr>
        <w:t xml:space="preserve"> расположенный на левой стороне </w:t>
      </w:r>
      <w:r w:rsidRPr="00BD24B4">
        <w:rPr>
          <w:rFonts w:cs="Times New Roman"/>
          <w:lang w:val="ru-RU"/>
        </w:rPr>
        <w:t>руля,</w:t>
      </w:r>
      <w:r w:rsidR="0063313B" w:rsidRPr="00BD24B4">
        <w:rPr>
          <w:rFonts w:cs="Times New Roman"/>
          <w:lang w:val="ru-RU"/>
        </w:rPr>
        <w:t xml:space="preserve"> приводит в действие тормозные механизмы только передних колес.</w:t>
      </w:r>
    </w:p>
    <w:p w14:paraId="27195374" w14:textId="1F573EEB" w:rsidR="00114216" w:rsidRPr="00BD24B4" w:rsidRDefault="00114216">
      <w:pPr>
        <w:rPr>
          <w:rFonts w:cs="Times New Roman"/>
          <w:lang w:val="ru-RU"/>
        </w:rPr>
      </w:pPr>
      <w:r w:rsidRPr="00BD24B4">
        <w:rPr>
          <w:rFonts w:cs="Times New Roman"/>
          <w:lang w:val="ru-RU"/>
        </w:rPr>
        <w:t>Педаль ножного тормоза, расположенная на правой подножке, приводит в действие тормозные механизмы всех четырех колес (два передних и два задних)</w:t>
      </w:r>
      <w:r w:rsidR="00A2243B" w:rsidRPr="00BD24B4">
        <w:rPr>
          <w:rFonts w:cs="Times New Roman"/>
          <w:lang w:val="ru-RU"/>
        </w:rPr>
        <w:t>.</w:t>
      </w:r>
    </w:p>
    <w:p w14:paraId="63E7371A" w14:textId="77777777" w:rsidR="0056157D" w:rsidRPr="00BD24B4" w:rsidRDefault="00813657">
      <w:pPr>
        <w:rPr>
          <w:rFonts w:cs="Times New Roman"/>
          <w:lang w:val="ru-RU"/>
        </w:rPr>
      </w:pPr>
      <w:r w:rsidRPr="00BD24B4">
        <w:rPr>
          <w:rFonts w:cs="Times New Roman"/>
          <w:lang w:val="ru-RU"/>
        </w:rPr>
        <w:t xml:space="preserve">Следует всегда проверять работу тормозного рычага и </w:t>
      </w:r>
      <w:r w:rsidR="00114216" w:rsidRPr="00BD24B4">
        <w:rPr>
          <w:rFonts w:cs="Times New Roman"/>
          <w:lang w:val="ru-RU"/>
        </w:rPr>
        <w:t xml:space="preserve">педали, а также </w:t>
      </w:r>
      <w:r w:rsidRPr="00BD24B4">
        <w:rPr>
          <w:rFonts w:cs="Times New Roman"/>
          <w:lang w:val="ru-RU"/>
        </w:rPr>
        <w:t>уровень жидкости в бачк</w:t>
      </w:r>
      <w:r w:rsidR="00114216" w:rsidRPr="00BD24B4">
        <w:rPr>
          <w:rFonts w:cs="Times New Roman"/>
          <w:lang w:val="ru-RU"/>
        </w:rPr>
        <w:t>ах</w:t>
      </w:r>
      <w:r w:rsidRPr="00BD24B4">
        <w:rPr>
          <w:rFonts w:cs="Times New Roman"/>
          <w:lang w:val="ru-RU"/>
        </w:rPr>
        <w:t xml:space="preserve"> перед поездкой. При нажатии рычаг </w:t>
      </w:r>
      <w:r w:rsidR="00114216" w:rsidRPr="00BD24B4">
        <w:rPr>
          <w:rFonts w:cs="Times New Roman"/>
          <w:lang w:val="ru-RU"/>
        </w:rPr>
        <w:t xml:space="preserve">и педаль </w:t>
      </w:r>
      <w:r w:rsidRPr="00BD24B4">
        <w:rPr>
          <w:rFonts w:cs="Times New Roman"/>
          <w:lang w:val="ru-RU"/>
        </w:rPr>
        <w:t>долж</w:t>
      </w:r>
      <w:r w:rsidR="00114216" w:rsidRPr="00BD24B4">
        <w:rPr>
          <w:rFonts w:cs="Times New Roman"/>
          <w:lang w:val="ru-RU"/>
        </w:rPr>
        <w:t>ны</w:t>
      </w:r>
      <w:r w:rsidRPr="00BD24B4">
        <w:rPr>
          <w:rFonts w:cs="Times New Roman"/>
          <w:lang w:val="ru-RU"/>
        </w:rPr>
        <w:t xml:space="preserve"> быть жестким</w:t>
      </w:r>
      <w:r w:rsidR="00114216" w:rsidRPr="00BD24B4">
        <w:rPr>
          <w:rFonts w:cs="Times New Roman"/>
          <w:lang w:val="ru-RU"/>
        </w:rPr>
        <w:t>и</w:t>
      </w:r>
      <w:r w:rsidRPr="00BD24B4">
        <w:rPr>
          <w:rFonts w:cs="Times New Roman"/>
          <w:lang w:val="ru-RU"/>
        </w:rPr>
        <w:t>. Мягкость указывает на возможную утечку жидкости</w:t>
      </w:r>
      <w:r w:rsidR="00114216" w:rsidRPr="00BD24B4">
        <w:rPr>
          <w:rFonts w:cs="Times New Roman"/>
          <w:lang w:val="ru-RU"/>
        </w:rPr>
        <w:t xml:space="preserve"> или попадание воздуха в систему</w:t>
      </w:r>
      <w:r w:rsidRPr="00BD24B4">
        <w:rPr>
          <w:rFonts w:cs="Times New Roman"/>
          <w:lang w:val="ru-RU"/>
        </w:rPr>
        <w:t xml:space="preserve"> </w:t>
      </w:r>
      <w:r w:rsidR="00114216" w:rsidRPr="00BD24B4">
        <w:rPr>
          <w:rFonts w:cs="Times New Roman"/>
          <w:lang w:val="ru-RU"/>
        </w:rPr>
        <w:t>при</w:t>
      </w:r>
      <w:r w:rsidRPr="00BD24B4">
        <w:rPr>
          <w:rFonts w:cs="Times New Roman"/>
          <w:lang w:val="ru-RU"/>
        </w:rPr>
        <w:t xml:space="preserve"> низк</w:t>
      </w:r>
      <w:r w:rsidR="00114216" w:rsidRPr="00BD24B4">
        <w:rPr>
          <w:rFonts w:cs="Times New Roman"/>
          <w:lang w:val="ru-RU"/>
        </w:rPr>
        <w:t>ом</w:t>
      </w:r>
      <w:r w:rsidRPr="00BD24B4">
        <w:rPr>
          <w:rFonts w:cs="Times New Roman"/>
          <w:lang w:val="ru-RU"/>
        </w:rPr>
        <w:t xml:space="preserve"> уровн</w:t>
      </w:r>
      <w:r w:rsidR="00114216" w:rsidRPr="00BD24B4">
        <w:rPr>
          <w:rFonts w:cs="Times New Roman"/>
          <w:lang w:val="ru-RU"/>
        </w:rPr>
        <w:t>е</w:t>
      </w:r>
      <w:r w:rsidRPr="00BD24B4">
        <w:rPr>
          <w:rFonts w:cs="Times New Roman"/>
          <w:lang w:val="ru-RU"/>
        </w:rPr>
        <w:t xml:space="preserve"> жидкости в главн</w:t>
      </w:r>
      <w:r w:rsidR="00114216" w:rsidRPr="00BD24B4">
        <w:rPr>
          <w:rFonts w:cs="Times New Roman"/>
          <w:lang w:val="ru-RU"/>
        </w:rPr>
        <w:t>ых</w:t>
      </w:r>
      <w:r w:rsidRPr="00BD24B4">
        <w:rPr>
          <w:rFonts w:cs="Times New Roman"/>
          <w:lang w:val="ru-RU"/>
        </w:rPr>
        <w:t xml:space="preserve"> цилиндр</w:t>
      </w:r>
      <w:r w:rsidR="00114216" w:rsidRPr="00BD24B4">
        <w:rPr>
          <w:rFonts w:cs="Times New Roman"/>
          <w:lang w:val="ru-RU"/>
        </w:rPr>
        <w:t>ах</w:t>
      </w:r>
      <w:r w:rsidRPr="00BD24B4">
        <w:rPr>
          <w:rFonts w:cs="Times New Roman"/>
          <w:lang w:val="ru-RU"/>
        </w:rPr>
        <w:t xml:space="preserve">, что необходимо исправить перед поездкой. Необходимо связаться со своим дилером для проведения надлежащей диагностики и ремонта. </w:t>
      </w:r>
    </w:p>
    <w:p w14:paraId="702F42A9" w14:textId="77777777" w:rsidR="003328AD" w:rsidRPr="00BD24B4" w:rsidRDefault="003328AD" w:rsidP="003328AD">
      <w:pPr>
        <w:widowControl w:val="0"/>
        <w:spacing w:line="276" w:lineRule="auto"/>
        <w:jc w:val="both"/>
        <w:rPr>
          <w:rFonts w:eastAsia="Times New Roman" w:cs="Times New Roman"/>
          <w:szCs w:val="24"/>
          <w:lang w:val="ru-RU"/>
        </w:rPr>
      </w:pPr>
    </w:p>
    <w:tbl>
      <w:tblPr>
        <w:tblStyle w:val="39"/>
        <w:tblW w:w="5000" w:type="pct"/>
        <w:tblCellMar>
          <w:top w:w="85" w:type="dxa"/>
          <w:bottom w:w="85" w:type="dxa"/>
        </w:tblCellMar>
        <w:tblLook w:val="04A0" w:firstRow="1" w:lastRow="0" w:firstColumn="1" w:lastColumn="0" w:noHBand="0" w:noVBand="1"/>
      </w:tblPr>
      <w:tblGrid>
        <w:gridCol w:w="800"/>
        <w:gridCol w:w="5801"/>
      </w:tblGrid>
      <w:tr w:rsidR="003328AD" w:rsidRPr="00BD24B4" w14:paraId="7539EF84" w14:textId="77777777" w:rsidTr="00622F4D">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601D39F7" w14:textId="77777777" w:rsidR="003328AD" w:rsidRPr="00BD24B4" w:rsidRDefault="003328AD" w:rsidP="00622F4D">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C459A36" w14:textId="77777777" w:rsidR="003328AD" w:rsidRPr="00BD24B4" w:rsidRDefault="003328AD" w:rsidP="00622F4D">
            <w:pPr>
              <w:pStyle w:val="afff"/>
            </w:pPr>
            <w:r w:rsidRPr="00BD24B4">
              <w:t>ПРЕДУПРЕЖДЕНИЕ</w:t>
            </w:r>
          </w:p>
        </w:tc>
      </w:tr>
      <w:tr w:rsidR="003328AD" w:rsidRPr="00707D8A" w14:paraId="74C91D35" w14:textId="77777777" w:rsidTr="00622F4D">
        <w:tc>
          <w:tcPr>
            <w:tcW w:w="5000" w:type="pct"/>
            <w:gridSpan w:val="2"/>
            <w:tcBorders>
              <w:top w:val="single" w:sz="4" w:space="0" w:color="auto"/>
              <w:left w:val="nil"/>
              <w:right w:val="nil"/>
            </w:tcBorders>
          </w:tcPr>
          <w:p w14:paraId="4AA69C5B" w14:textId="00A77A0E" w:rsidR="003328AD" w:rsidRPr="00BD24B4" w:rsidRDefault="003328AD" w:rsidP="00622F4D">
            <w:r w:rsidRPr="00BD24B4">
              <w:rPr>
                <w:lang w:val="ru"/>
              </w:rPr>
              <w:t xml:space="preserve">Нельзя ездить на </w:t>
            </w:r>
            <w:proofErr w:type="spellStart"/>
            <w:r w:rsidRPr="00BD24B4">
              <w:rPr>
                <w:lang w:val="ru"/>
              </w:rPr>
              <w:t>квадрицикле</w:t>
            </w:r>
            <w:proofErr w:type="spellEnd"/>
            <w:r w:rsidRPr="00BD24B4">
              <w:rPr>
                <w:lang w:val="ru"/>
              </w:rPr>
              <w:t xml:space="preserve">, если педаль тормоза кажется мягкой при нажатии. Езда на </w:t>
            </w:r>
            <w:proofErr w:type="spellStart"/>
            <w:r w:rsidRPr="00BD24B4">
              <w:rPr>
                <w:lang w:val="ru"/>
              </w:rPr>
              <w:t>квадрицикле</w:t>
            </w:r>
            <w:proofErr w:type="spellEnd"/>
            <w:r w:rsidRPr="00BD24B4">
              <w:rPr>
                <w:lang w:val="ru"/>
              </w:rPr>
              <w:t xml:space="preserve"> с мягкой педалью тормоза может привести к снижению эффективности или полному отказу тормозов, что в свою очередь может привести к аварии.</w:t>
            </w:r>
          </w:p>
        </w:tc>
      </w:tr>
    </w:tbl>
    <w:p w14:paraId="46BBC612" w14:textId="77777777" w:rsidR="003328AD" w:rsidRPr="00BD24B4" w:rsidRDefault="003328AD" w:rsidP="003328AD">
      <w:pPr>
        <w:pStyle w:val="p"/>
        <w:rPr>
          <w:lang w:eastAsia="ru-RU"/>
        </w:rPr>
      </w:pPr>
    </w:p>
    <w:p w14:paraId="62726566" w14:textId="57D993CE" w:rsidR="003328AD" w:rsidRPr="00BD24B4" w:rsidRDefault="003328AD" w:rsidP="003328AD">
      <w:pPr>
        <w:widowControl w:val="0"/>
        <w:spacing w:line="276" w:lineRule="auto"/>
        <w:jc w:val="center"/>
        <w:rPr>
          <w:rFonts w:eastAsia="Times New Roman" w:cs="Times New Roman"/>
          <w:szCs w:val="24"/>
          <w:lang w:val="ru-RU" w:eastAsia="ru-RU"/>
        </w:rPr>
      </w:pPr>
      <w:r w:rsidRPr="00BD24B4">
        <w:rPr>
          <w:rFonts w:cs="Times New Roman"/>
          <w:noProof/>
          <w:lang w:val="ru-RU" w:eastAsia="ru-RU"/>
        </w:rPr>
        <w:lastRenderedPageBreak/>
        <w:drawing>
          <wp:inline distT="0" distB="0" distL="0" distR="0" wp14:anchorId="51082D03" wp14:editId="48491119">
            <wp:extent cx="1084217" cy="937508"/>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32_img_1.png"/>
                    <pic:cNvPicPr/>
                  </pic:nvPicPr>
                  <pic:blipFill>
                    <a:blip r:embed="rId15"/>
                    <a:stretch>
                      <a:fillRect/>
                    </a:stretch>
                  </pic:blipFill>
                  <pic:spPr>
                    <a:xfrm>
                      <a:off x="0" y="0"/>
                      <a:ext cx="1088202" cy="940954"/>
                    </a:xfrm>
                    <a:prstGeom prst="rect">
                      <a:avLst/>
                    </a:prstGeom>
                  </pic:spPr>
                </pic:pic>
              </a:graphicData>
            </a:graphic>
          </wp:inline>
        </w:drawing>
      </w:r>
    </w:p>
    <w:p w14:paraId="717C1157" w14:textId="77777777" w:rsidR="0014427F" w:rsidRPr="00BD24B4" w:rsidRDefault="0014427F" w:rsidP="003328AD">
      <w:pPr>
        <w:widowControl w:val="0"/>
        <w:spacing w:line="276" w:lineRule="auto"/>
        <w:jc w:val="center"/>
        <w:rPr>
          <w:rFonts w:eastAsia="Times New Roman" w:cs="Times New Roman"/>
          <w:szCs w:val="24"/>
          <w:lang w:val="ru-RU" w:eastAsia="ru-RU"/>
        </w:rPr>
      </w:pPr>
    </w:p>
    <w:p w14:paraId="1076BB0E" w14:textId="77777777" w:rsidR="0056157D" w:rsidRPr="00BD24B4" w:rsidRDefault="00813657" w:rsidP="003328AD">
      <w:pPr>
        <w:pStyle w:val="bold12"/>
      </w:pPr>
      <w:r w:rsidRPr="00BD24B4">
        <w:t xml:space="preserve">Установка на стояночный тормоз </w:t>
      </w:r>
    </w:p>
    <w:p w14:paraId="35EF6B13" w14:textId="196A1309" w:rsidR="0056157D" w:rsidRPr="00BD24B4" w:rsidRDefault="00813657" w:rsidP="00A97ACA">
      <w:pPr>
        <w:pStyle w:val="n"/>
        <w:numPr>
          <w:ilvl w:val="0"/>
          <w:numId w:val="20"/>
        </w:numPr>
      </w:pPr>
      <w:r w:rsidRPr="00BD24B4">
        <w:t xml:space="preserve">Нажать на </w:t>
      </w:r>
      <w:r w:rsidR="00DD6336" w:rsidRPr="00BD24B4">
        <w:t>рычаг ручного тормоза,</w:t>
      </w:r>
      <w:r w:rsidRPr="00BD24B4">
        <w:t xml:space="preserve"> </w:t>
      </w:r>
      <w:r w:rsidR="00114216" w:rsidRPr="00BD24B4">
        <w:t>находящийся на правой стороне руля</w:t>
      </w:r>
      <w:r w:rsidR="00DD6336" w:rsidRPr="00BD24B4">
        <w:t>, зафиксировать его собачкой храповика.</w:t>
      </w:r>
    </w:p>
    <w:p w14:paraId="24D4D983" w14:textId="3A1933D9" w:rsidR="00515DAF" w:rsidRPr="001A7858" w:rsidRDefault="00813657" w:rsidP="001A7858">
      <w:pPr>
        <w:pStyle w:val="n"/>
      </w:pPr>
      <w:r w:rsidRPr="00BD24B4">
        <w:t xml:space="preserve">Чтобы разблокировать </w:t>
      </w:r>
      <w:r w:rsidR="00DD6336" w:rsidRPr="00BD24B4">
        <w:t xml:space="preserve">стояночный тормоз надо при нажатии на рычаг разблокировать собачку храповика и </w:t>
      </w:r>
      <w:r w:rsidR="008230B8" w:rsidRPr="00BD24B4">
        <w:t>убедиться,</w:t>
      </w:r>
      <w:r w:rsidR="00DD6336" w:rsidRPr="00BD24B4">
        <w:t xml:space="preserve"> что рычаг возвратился в крайнее переднее положение</w:t>
      </w:r>
    </w:p>
    <w:p w14:paraId="27B7B6EF" w14:textId="77777777" w:rsidR="0056157D" w:rsidRPr="00BD24B4" w:rsidRDefault="00813657" w:rsidP="003328AD">
      <w:pPr>
        <w:pStyle w:val="bold12"/>
      </w:pPr>
      <w:r w:rsidRPr="00BD24B4">
        <w:t xml:space="preserve">Важные меры предосторожности </w:t>
      </w:r>
    </w:p>
    <w:p w14:paraId="4CB7F571" w14:textId="405B699B" w:rsidR="0056157D" w:rsidRPr="00BD24B4" w:rsidRDefault="00813657" w:rsidP="00E01FC8">
      <w:pPr>
        <w:pStyle w:val="b"/>
      </w:pPr>
      <w:r w:rsidRPr="00BD24B4">
        <w:t xml:space="preserve">При оставлении стояночного тормоза в активированном положении на длительное время он может ослабнуть. Это может привести к аварии. </w:t>
      </w:r>
    </w:p>
    <w:p w14:paraId="420CD5FE" w14:textId="77777777" w:rsidR="0056157D" w:rsidRPr="00BD24B4" w:rsidRDefault="00DD6336" w:rsidP="00E01FC8">
      <w:pPr>
        <w:pStyle w:val="b"/>
      </w:pPr>
      <w:r w:rsidRPr="00BD24B4">
        <w:t>При парковке на склоне холма заблокируйте движение, дополнительно подложив под колеса специальные противооткатные башмаки.</w:t>
      </w:r>
    </w:p>
    <w:p w14:paraId="18A6F30F" w14:textId="77777777" w:rsidR="003328AD" w:rsidRPr="00BD24B4" w:rsidRDefault="003328AD" w:rsidP="003328AD">
      <w:pPr>
        <w:rPr>
          <w:lang w:val="ru-RU"/>
        </w:rPr>
      </w:pPr>
    </w:p>
    <w:tbl>
      <w:tblPr>
        <w:tblStyle w:val="aff1"/>
        <w:tblW w:w="5000" w:type="pct"/>
        <w:tblCellMar>
          <w:top w:w="85" w:type="dxa"/>
          <w:bottom w:w="85" w:type="dxa"/>
        </w:tblCellMar>
        <w:tblLook w:val="04A0" w:firstRow="1" w:lastRow="0" w:firstColumn="1" w:lastColumn="0" w:noHBand="0" w:noVBand="1"/>
      </w:tblPr>
      <w:tblGrid>
        <w:gridCol w:w="800"/>
        <w:gridCol w:w="5801"/>
      </w:tblGrid>
      <w:tr w:rsidR="003328AD" w:rsidRPr="00BD24B4" w14:paraId="743BE3CB" w14:textId="77777777" w:rsidTr="00622F4D">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57C74F47" w14:textId="77777777" w:rsidR="003328AD" w:rsidRPr="00BD24B4" w:rsidRDefault="003328AD" w:rsidP="00622F4D">
            <w:pPr>
              <w:pStyle w:val="1b"/>
              <w:rPr>
                <w:rFonts w:cs="Times New Roman"/>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43945EA" w14:textId="77777777" w:rsidR="003328AD" w:rsidRPr="00BD24B4" w:rsidRDefault="003328AD" w:rsidP="00622F4D">
            <w:pPr>
              <w:pStyle w:val="afff"/>
              <w:rPr>
                <w:lang w:val="ru-RU"/>
              </w:rPr>
            </w:pPr>
            <w:r w:rsidRPr="00BD24B4">
              <w:t>ПРЕДУПРЕЖДЕНИЕ</w:t>
            </w:r>
          </w:p>
        </w:tc>
      </w:tr>
      <w:tr w:rsidR="003328AD" w:rsidRPr="00707D8A" w14:paraId="3F78B86D" w14:textId="77777777" w:rsidTr="00622F4D">
        <w:tc>
          <w:tcPr>
            <w:tcW w:w="5000" w:type="pct"/>
            <w:gridSpan w:val="2"/>
            <w:tcBorders>
              <w:top w:val="single" w:sz="4" w:space="0" w:color="auto"/>
              <w:left w:val="nil"/>
              <w:right w:val="nil"/>
            </w:tcBorders>
          </w:tcPr>
          <w:p w14:paraId="389ECF05" w14:textId="65950CA7" w:rsidR="003328AD" w:rsidRPr="00BD24B4" w:rsidRDefault="003328AD" w:rsidP="001A4CBB">
            <w:pPr>
              <w:spacing w:line="276" w:lineRule="auto"/>
              <w:jc w:val="both"/>
              <w:rPr>
                <w:rFonts w:cs="Times New Roman"/>
                <w:lang w:val="ru-RU" w:eastAsia="ru-RU"/>
              </w:rPr>
            </w:pPr>
            <w:r w:rsidRPr="00BD24B4">
              <w:rPr>
                <w:rFonts w:cs="Times New Roman"/>
                <w:lang w:val="ru"/>
              </w:rPr>
              <w:t xml:space="preserve">Перед началом езды следует всегда проверять, отключен ли стояночный тормоз. Вождение </w:t>
            </w:r>
            <w:proofErr w:type="spellStart"/>
            <w:r w:rsidRPr="00BD24B4">
              <w:rPr>
                <w:rFonts w:cs="Times New Roman"/>
                <w:lang w:val="ru"/>
              </w:rPr>
              <w:t>квадрицикла</w:t>
            </w:r>
            <w:proofErr w:type="spellEnd"/>
            <w:r w:rsidRPr="00BD24B4">
              <w:rPr>
                <w:rFonts w:cs="Times New Roman"/>
                <w:lang w:val="ru"/>
              </w:rPr>
              <w:t xml:space="preserve"> при включенном стояночном тормозе может привести к несчастному случаю с серьезными травмами и повреждению некоторых узлов и механизмов </w:t>
            </w:r>
            <w:proofErr w:type="spellStart"/>
            <w:r w:rsidRPr="00BD24B4">
              <w:rPr>
                <w:rFonts w:cs="Times New Roman"/>
                <w:lang w:val="ru"/>
              </w:rPr>
              <w:t>квадрицикла</w:t>
            </w:r>
            <w:proofErr w:type="spellEnd"/>
            <w:r w:rsidRPr="00BD24B4">
              <w:rPr>
                <w:rFonts w:cs="Times New Roman"/>
                <w:lang w:val="ru"/>
              </w:rPr>
              <w:t>.</w:t>
            </w:r>
          </w:p>
        </w:tc>
      </w:tr>
    </w:tbl>
    <w:p w14:paraId="3178D9FA" w14:textId="77777777" w:rsidR="003328AD" w:rsidRPr="00BD24B4" w:rsidRDefault="003328AD">
      <w:pPr>
        <w:rPr>
          <w:rFonts w:cs="Times New Roman"/>
          <w:lang w:val="ru-RU"/>
        </w:rPr>
      </w:pPr>
    </w:p>
    <w:p w14:paraId="03C02477" w14:textId="77777777" w:rsidR="00FA3B3A" w:rsidRPr="00BD24B4" w:rsidRDefault="00FA3B3A">
      <w:pPr>
        <w:rPr>
          <w:rFonts w:cs="Times New Roman"/>
          <w:lang w:val="ru-RU"/>
        </w:rPr>
      </w:pPr>
    </w:p>
    <w:p w14:paraId="768FC37C" w14:textId="77777777" w:rsidR="0056157D" w:rsidRPr="00BD24B4" w:rsidRDefault="00DD6336" w:rsidP="00FA3B3A">
      <w:pPr>
        <w:pStyle w:val="bold12"/>
      </w:pPr>
      <w:r w:rsidRPr="00BD24B4">
        <w:t>НОЖНОЙ ТОРМОЗ</w:t>
      </w:r>
    </w:p>
    <w:p w14:paraId="6DC0BEEA" w14:textId="77777777" w:rsidR="00FA3B3A" w:rsidRPr="00BD24B4" w:rsidRDefault="00FA3B3A" w:rsidP="00FA3B3A">
      <w:pPr>
        <w:pStyle w:val="p"/>
      </w:pPr>
    </w:p>
    <w:tbl>
      <w:tblPr>
        <w:tblStyle w:val="400"/>
        <w:tblW w:w="5000" w:type="pct"/>
        <w:tblCellMar>
          <w:top w:w="85" w:type="dxa"/>
          <w:bottom w:w="85" w:type="dxa"/>
        </w:tblCellMar>
        <w:tblLook w:val="04A0" w:firstRow="1" w:lastRow="0" w:firstColumn="1" w:lastColumn="0" w:noHBand="0" w:noVBand="1"/>
      </w:tblPr>
      <w:tblGrid>
        <w:gridCol w:w="800"/>
        <w:gridCol w:w="5801"/>
      </w:tblGrid>
      <w:tr w:rsidR="00FA3B3A" w:rsidRPr="00BD24B4" w14:paraId="0F147AD6" w14:textId="77777777" w:rsidTr="00622F4D">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1669181D" w14:textId="77777777" w:rsidR="00FA3B3A" w:rsidRPr="00BD24B4" w:rsidRDefault="00FA3B3A" w:rsidP="00622F4D">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8CEC2D0" w14:textId="77777777" w:rsidR="00FA3B3A" w:rsidRPr="00BD24B4" w:rsidRDefault="00FA3B3A" w:rsidP="00622F4D">
            <w:pPr>
              <w:pStyle w:val="afff"/>
            </w:pPr>
            <w:r w:rsidRPr="00BD24B4">
              <w:t>ПРЕДУПРЕЖДЕНИЕ</w:t>
            </w:r>
          </w:p>
        </w:tc>
      </w:tr>
      <w:tr w:rsidR="00FA3B3A" w:rsidRPr="00707D8A" w14:paraId="190D646B" w14:textId="77777777" w:rsidTr="00622F4D">
        <w:tc>
          <w:tcPr>
            <w:tcW w:w="5000" w:type="pct"/>
            <w:gridSpan w:val="2"/>
            <w:tcBorders>
              <w:top w:val="single" w:sz="4" w:space="0" w:color="auto"/>
              <w:left w:val="nil"/>
              <w:right w:val="nil"/>
            </w:tcBorders>
          </w:tcPr>
          <w:p w14:paraId="1FB90BFB" w14:textId="4832299A" w:rsidR="00FA3B3A" w:rsidRPr="00BD24B4" w:rsidRDefault="00FA3B3A" w:rsidP="00FA3B3A">
            <w:pPr>
              <w:widowControl w:val="0"/>
              <w:spacing w:line="276" w:lineRule="auto"/>
              <w:jc w:val="both"/>
              <w:rPr>
                <w:rFonts w:cs="Times New Roman"/>
                <w:szCs w:val="24"/>
              </w:rPr>
            </w:pPr>
            <w:r w:rsidRPr="00BD24B4">
              <w:rPr>
                <w:rFonts w:cs="Times New Roman"/>
                <w:szCs w:val="24"/>
                <w:lang w:val="ru"/>
              </w:rPr>
              <w:t>Соблюдать осторожность при нажатии на ножной тормоз. Не нажимать резко на ножной тормоз при движении в повороте, иначе задние колеса могут заблокироваться и проскользнуть вбок, что приведет к потере управления.</w:t>
            </w:r>
          </w:p>
        </w:tc>
      </w:tr>
    </w:tbl>
    <w:p w14:paraId="31D2143F" w14:textId="77777777" w:rsidR="00FA3B3A" w:rsidRPr="00BD24B4" w:rsidRDefault="00FA3B3A" w:rsidP="00FA3B3A">
      <w:pPr>
        <w:widowControl w:val="0"/>
        <w:spacing w:line="276" w:lineRule="auto"/>
        <w:jc w:val="both"/>
        <w:rPr>
          <w:rFonts w:eastAsia="Times New Roman" w:cs="Times New Roman"/>
          <w:szCs w:val="24"/>
          <w:lang w:val="ru-RU" w:eastAsia="ru-RU"/>
        </w:rPr>
      </w:pPr>
    </w:p>
    <w:tbl>
      <w:tblPr>
        <w:tblStyle w:val="400"/>
        <w:tblW w:w="5000" w:type="pct"/>
        <w:tblCellMar>
          <w:top w:w="85" w:type="dxa"/>
          <w:bottom w:w="85" w:type="dxa"/>
        </w:tblCellMar>
        <w:tblLook w:val="04A0" w:firstRow="1" w:lastRow="0" w:firstColumn="1" w:lastColumn="0" w:noHBand="0" w:noVBand="1"/>
      </w:tblPr>
      <w:tblGrid>
        <w:gridCol w:w="800"/>
        <w:gridCol w:w="5801"/>
      </w:tblGrid>
      <w:tr w:rsidR="00FA3B3A" w:rsidRPr="00BD24B4" w14:paraId="24A8D2B2" w14:textId="77777777" w:rsidTr="00622F4D">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458787C5" w14:textId="77777777" w:rsidR="00FA3B3A" w:rsidRPr="00BD24B4" w:rsidRDefault="00FA3B3A" w:rsidP="00622F4D">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B707797" w14:textId="77777777" w:rsidR="00FA3B3A" w:rsidRPr="00BD24B4" w:rsidRDefault="00FA3B3A" w:rsidP="00622F4D">
            <w:pPr>
              <w:pStyle w:val="afff"/>
            </w:pPr>
            <w:r w:rsidRPr="00BD24B4">
              <w:t>ПРЕДУПРЕЖДЕНИЕ</w:t>
            </w:r>
          </w:p>
        </w:tc>
      </w:tr>
      <w:tr w:rsidR="00FA3B3A" w:rsidRPr="00707D8A" w14:paraId="6AB5730F" w14:textId="77777777" w:rsidTr="00622F4D">
        <w:tc>
          <w:tcPr>
            <w:tcW w:w="5000" w:type="pct"/>
            <w:gridSpan w:val="2"/>
            <w:tcBorders>
              <w:top w:val="single" w:sz="4" w:space="0" w:color="auto"/>
              <w:left w:val="nil"/>
              <w:right w:val="nil"/>
            </w:tcBorders>
          </w:tcPr>
          <w:p w14:paraId="7BA7AD6F" w14:textId="0A9FD007" w:rsidR="00FA3B3A" w:rsidRPr="00BD24B4" w:rsidRDefault="00FA3B3A" w:rsidP="001A4CBB">
            <w:pPr>
              <w:widowControl w:val="0"/>
              <w:spacing w:line="276" w:lineRule="auto"/>
              <w:jc w:val="both"/>
              <w:rPr>
                <w:rFonts w:cs="Times New Roman"/>
                <w:szCs w:val="24"/>
              </w:rPr>
            </w:pPr>
            <w:r w:rsidRPr="00BD24B4">
              <w:rPr>
                <w:rFonts w:cs="Times New Roman"/>
                <w:szCs w:val="24"/>
                <w:lang w:val="ru"/>
              </w:rPr>
              <w:t>Резкое нажатие на ножной тормоз при спуске задним ходом со склона может привести к перевороту назад.</w:t>
            </w:r>
          </w:p>
        </w:tc>
      </w:tr>
    </w:tbl>
    <w:p w14:paraId="4E0BEA7A" w14:textId="77777777" w:rsidR="00FA3B3A" w:rsidRPr="00BD24B4" w:rsidRDefault="00FA3B3A" w:rsidP="00FA3B3A">
      <w:pPr>
        <w:widowControl w:val="0"/>
        <w:spacing w:line="276" w:lineRule="auto"/>
        <w:jc w:val="both"/>
        <w:rPr>
          <w:rFonts w:eastAsia="Times New Roman" w:cs="Times New Roman"/>
          <w:szCs w:val="24"/>
          <w:lang w:val="ru-RU" w:eastAsia="ru-RU"/>
        </w:rPr>
      </w:pPr>
    </w:p>
    <w:p w14:paraId="29EDB468" w14:textId="2FFC4F32" w:rsidR="00FA3B3A" w:rsidRPr="00BD24B4" w:rsidRDefault="00FA3B3A">
      <w:pPr>
        <w:spacing w:after="200" w:line="276" w:lineRule="auto"/>
        <w:rPr>
          <w:rFonts w:cs="Times New Roman"/>
          <w:lang w:val="ru-RU"/>
        </w:rPr>
      </w:pPr>
      <w:r w:rsidRPr="00BD24B4">
        <w:rPr>
          <w:rFonts w:cs="Times New Roman"/>
          <w:lang w:val="ru-RU"/>
        </w:rPr>
        <w:br w:type="page"/>
      </w:r>
    </w:p>
    <w:p w14:paraId="776755C0" w14:textId="77777777" w:rsidR="00FA3B3A" w:rsidRPr="00BD24B4" w:rsidRDefault="00FA3B3A">
      <w:pPr>
        <w:rPr>
          <w:rFonts w:cs="Times New Roman"/>
          <w:lang w:val="ru-RU"/>
        </w:rPr>
      </w:pPr>
    </w:p>
    <w:p w14:paraId="628788DA" w14:textId="5B4C1F3A" w:rsidR="008230B8" w:rsidRPr="00BD24B4" w:rsidRDefault="00813657" w:rsidP="00FA3B3A">
      <w:pPr>
        <w:pStyle w:val="bold12"/>
      </w:pPr>
      <w:r w:rsidRPr="00BD24B4">
        <w:t>Управление селектором переключения передач</w:t>
      </w:r>
      <w:r w:rsidR="00092F77" w:rsidRPr="00BD24B4">
        <w:t>.</w:t>
      </w:r>
    </w:p>
    <w:p w14:paraId="151D931B" w14:textId="77777777" w:rsidR="0056157D" w:rsidRPr="00BD24B4" w:rsidRDefault="00813657">
      <w:pPr>
        <w:rPr>
          <w:rFonts w:cs="Times New Roman"/>
          <w:lang w:val="ru-RU"/>
        </w:rPr>
      </w:pPr>
      <w:r w:rsidRPr="00BD24B4">
        <w:rPr>
          <w:rFonts w:cs="Times New Roman"/>
          <w:lang w:val="ru-RU"/>
        </w:rPr>
        <w:t xml:space="preserve">Селектор переключения передач располагается с правой стороны транспортного средства. </w:t>
      </w:r>
    </w:p>
    <w:p w14:paraId="4A7631E8" w14:textId="0A12DEF1" w:rsidR="003C3FAA" w:rsidRPr="00BD24B4" w:rsidRDefault="00813657">
      <w:pPr>
        <w:rPr>
          <w:rFonts w:cs="Times New Roman"/>
          <w:lang w:val="ru-RU"/>
        </w:rPr>
      </w:pPr>
      <w:r w:rsidRPr="00BD24B4">
        <w:rPr>
          <w:rFonts w:cs="Times New Roman"/>
          <w:lang w:val="ru-RU"/>
        </w:rPr>
        <w:t xml:space="preserve">Рычаг переключения передач имеет пять </w:t>
      </w:r>
      <w:r w:rsidR="00092F77" w:rsidRPr="00BD24B4">
        <w:rPr>
          <w:rFonts w:cs="Times New Roman"/>
          <w:lang w:val="ru-RU"/>
        </w:rPr>
        <w:t xml:space="preserve">положений: </w:t>
      </w:r>
    </w:p>
    <w:p w14:paraId="5621668B" w14:textId="6FFEFBC3" w:rsidR="003C3FAA" w:rsidRPr="00BD24B4" w:rsidRDefault="003C3FAA" w:rsidP="00A97ACA">
      <w:pPr>
        <w:pStyle w:val="n"/>
        <w:numPr>
          <w:ilvl w:val="0"/>
          <w:numId w:val="41"/>
        </w:numPr>
        <w:spacing w:after="0" w:line="240" w:lineRule="auto"/>
        <w:ind w:left="426"/>
      </w:pPr>
      <w:r w:rsidRPr="00BD24B4">
        <w:t>Н</w:t>
      </w:r>
      <w:r w:rsidR="00092F77" w:rsidRPr="00BD24B4">
        <w:t>изшая передача переднего хода (L</w:t>
      </w:r>
      <w:r w:rsidRPr="00BD24B4">
        <w:t>),</w:t>
      </w:r>
    </w:p>
    <w:p w14:paraId="59DED355" w14:textId="310E3343" w:rsidR="003C3FAA" w:rsidRPr="00BD24B4" w:rsidRDefault="003C3FAA" w:rsidP="00A97ACA">
      <w:pPr>
        <w:pStyle w:val="n"/>
        <w:spacing w:after="0" w:line="240" w:lineRule="auto"/>
        <w:ind w:left="426"/>
      </w:pPr>
      <w:r w:rsidRPr="00BD24B4">
        <w:t>В</w:t>
      </w:r>
      <w:r w:rsidR="00813657" w:rsidRPr="00BD24B4">
        <w:t>ысшая передача переднего хода (H),</w:t>
      </w:r>
    </w:p>
    <w:p w14:paraId="4285FE92" w14:textId="653A732F" w:rsidR="003C3FAA" w:rsidRPr="00BD24B4" w:rsidRDefault="003C3FAA" w:rsidP="00A97ACA">
      <w:pPr>
        <w:pStyle w:val="n"/>
        <w:spacing w:after="0" w:line="240" w:lineRule="auto"/>
        <w:ind w:left="426"/>
      </w:pPr>
      <w:r w:rsidRPr="00BD24B4">
        <w:t>Н</w:t>
      </w:r>
      <w:r w:rsidR="00813657" w:rsidRPr="00BD24B4">
        <w:t>ейтральная передача (N),</w:t>
      </w:r>
    </w:p>
    <w:p w14:paraId="4819E9CC" w14:textId="54FB96F2" w:rsidR="003C3FAA" w:rsidRPr="00BD24B4" w:rsidRDefault="003C3FAA" w:rsidP="00A97ACA">
      <w:pPr>
        <w:pStyle w:val="n"/>
        <w:spacing w:after="0" w:line="240" w:lineRule="auto"/>
        <w:ind w:left="426"/>
      </w:pPr>
      <w:r w:rsidRPr="00BD24B4">
        <w:t>З</w:t>
      </w:r>
      <w:r w:rsidR="00092F77" w:rsidRPr="00BD24B4">
        <w:t>адний ход (R)</w:t>
      </w:r>
      <w:r w:rsidRPr="00BD24B4">
        <w:t>,</w:t>
      </w:r>
      <w:r w:rsidR="00813657" w:rsidRPr="00BD24B4">
        <w:t xml:space="preserve"> </w:t>
      </w:r>
    </w:p>
    <w:p w14:paraId="72B9F076" w14:textId="28006800" w:rsidR="0056157D" w:rsidRPr="00BD24B4" w:rsidRDefault="003C3FAA" w:rsidP="00A97ACA">
      <w:pPr>
        <w:pStyle w:val="n"/>
        <w:spacing w:after="0" w:line="240" w:lineRule="auto"/>
        <w:ind w:left="426"/>
      </w:pPr>
      <w:r w:rsidRPr="00BD24B4">
        <w:t>С</w:t>
      </w:r>
      <w:r w:rsidR="00813657" w:rsidRPr="00BD24B4">
        <w:t>тоянка (P</w:t>
      </w:r>
      <w:bookmarkStart w:id="9" w:name="_Hlk210824310"/>
      <w:r w:rsidR="00813657" w:rsidRPr="00BD24B4">
        <w:t xml:space="preserve">). </w:t>
      </w:r>
      <w:bookmarkEnd w:id="9"/>
    </w:p>
    <w:p w14:paraId="0C238A1D" w14:textId="77777777" w:rsidR="003C3FAA" w:rsidRPr="00BD24B4" w:rsidRDefault="003C3FAA">
      <w:pPr>
        <w:rPr>
          <w:rFonts w:cs="Times New Roman"/>
          <w:lang w:val="ru-RU"/>
        </w:rPr>
      </w:pPr>
    </w:p>
    <w:p w14:paraId="6C513363" w14:textId="77777777" w:rsidR="0056157D" w:rsidRPr="00BD24B4" w:rsidRDefault="00813657">
      <w:pPr>
        <w:rPr>
          <w:rFonts w:cs="Times New Roman"/>
          <w:b/>
          <w:lang w:val="ru-RU"/>
        </w:rPr>
      </w:pPr>
      <w:r w:rsidRPr="00BD24B4">
        <w:rPr>
          <w:rFonts w:cs="Times New Roman"/>
          <w:b/>
          <w:lang w:val="ru-RU"/>
        </w:rPr>
        <w:t>ПРИМЕЧАНИЕ</w:t>
      </w:r>
      <w:r w:rsidR="00092F77" w:rsidRPr="00BD24B4">
        <w:rPr>
          <w:rFonts w:cs="Times New Roman"/>
          <w:b/>
          <w:lang w:val="ru-RU"/>
        </w:rPr>
        <w:t>: чтобы</w:t>
      </w:r>
      <w:r w:rsidRPr="00BD24B4">
        <w:rPr>
          <w:rFonts w:cs="Times New Roman"/>
          <w:b/>
          <w:lang w:val="ru-RU"/>
        </w:rPr>
        <w:t xml:space="preserve"> продлить срок службы ремня, следует использовать низшую передачу переднего хода при сильно</w:t>
      </w:r>
      <w:r w:rsidR="00092F77" w:rsidRPr="00BD24B4">
        <w:rPr>
          <w:rFonts w:cs="Times New Roman"/>
          <w:b/>
          <w:lang w:val="ru-RU"/>
        </w:rPr>
        <w:t>й нагрузке</w:t>
      </w:r>
      <w:r w:rsidRPr="00BD24B4">
        <w:rPr>
          <w:rFonts w:cs="Times New Roman"/>
          <w:b/>
          <w:lang w:val="ru-RU"/>
        </w:rPr>
        <w:t xml:space="preserve"> и в ситуациях, когда вы в течение длительного времени едете со скоростью менее 1</w:t>
      </w:r>
      <w:r w:rsidR="00A04944" w:rsidRPr="00BD24B4">
        <w:rPr>
          <w:rFonts w:cs="Times New Roman"/>
          <w:b/>
          <w:lang w:val="ru-RU"/>
        </w:rPr>
        <w:t>5</w:t>
      </w:r>
      <w:r w:rsidRPr="00BD24B4">
        <w:rPr>
          <w:rFonts w:cs="Times New Roman"/>
          <w:b/>
          <w:lang w:val="ru-RU"/>
        </w:rPr>
        <w:t xml:space="preserve">км/ч. </w:t>
      </w:r>
    </w:p>
    <w:p w14:paraId="331FF6DA" w14:textId="77777777" w:rsidR="008C1A7E" w:rsidRPr="00BD24B4" w:rsidRDefault="008C1A7E" w:rsidP="008C1A7E">
      <w:pPr>
        <w:pStyle w:val="p"/>
      </w:pPr>
    </w:p>
    <w:p w14:paraId="3D5EF084" w14:textId="7E3DD5AF" w:rsidR="008C1A7E" w:rsidRPr="00BD24B4" w:rsidRDefault="008C1A7E" w:rsidP="008C1A7E">
      <w:pPr>
        <w:jc w:val="center"/>
        <w:rPr>
          <w:rFonts w:cs="Times New Roman"/>
        </w:rPr>
      </w:pPr>
      <w:r w:rsidRPr="00BD24B4">
        <w:rPr>
          <w:rFonts w:cs="Times New Roman"/>
          <w:noProof/>
          <w:lang w:val="ru-RU" w:eastAsia="ru-RU"/>
        </w:rPr>
        <w:drawing>
          <wp:inline distT="0" distB="0" distL="0" distR="0" wp14:anchorId="253BA3B2" wp14:editId="3D6EB4F2">
            <wp:extent cx="987259" cy="1358537"/>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35_img_1.png"/>
                    <pic:cNvPicPr/>
                  </pic:nvPicPr>
                  <pic:blipFill>
                    <a:blip r:embed="rId16"/>
                    <a:stretch>
                      <a:fillRect/>
                    </a:stretch>
                  </pic:blipFill>
                  <pic:spPr>
                    <a:xfrm>
                      <a:off x="0" y="0"/>
                      <a:ext cx="993191" cy="1366700"/>
                    </a:xfrm>
                    <a:prstGeom prst="rect">
                      <a:avLst/>
                    </a:prstGeom>
                  </pic:spPr>
                </pic:pic>
              </a:graphicData>
            </a:graphic>
          </wp:inline>
        </w:drawing>
      </w:r>
    </w:p>
    <w:p w14:paraId="2C69AE4B" w14:textId="77777777" w:rsidR="008C1A7E" w:rsidRPr="00BD24B4" w:rsidRDefault="008C1A7E" w:rsidP="008C1A7E">
      <w:pPr>
        <w:widowControl w:val="0"/>
        <w:spacing w:line="276" w:lineRule="auto"/>
        <w:jc w:val="both"/>
        <w:rPr>
          <w:rFonts w:eastAsia="Times New Roman" w:cs="Times New Roman"/>
          <w:szCs w:val="24"/>
          <w:lang w:val="ru-RU"/>
        </w:rPr>
      </w:pPr>
    </w:p>
    <w:tbl>
      <w:tblPr>
        <w:tblStyle w:val="410"/>
        <w:tblW w:w="5000" w:type="pct"/>
        <w:tblCellMar>
          <w:top w:w="85" w:type="dxa"/>
          <w:bottom w:w="85" w:type="dxa"/>
        </w:tblCellMar>
        <w:tblLook w:val="04A0" w:firstRow="1" w:lastRow="0" w:firstColumn="1" w:lastColumn="0" w:noHBand="0" w:noVBand="1"/>
      </w:tblPr>
      <w:tblGrid>
        <w:gridCol w:w="800"/>
        <w:gridCol w:w="5801"/>
      </w:tblGrid>
      <w:tr w:rsidR="008C1A7E" w:rsidRPr="00BD24B4" w14:paraId="6E333A0B" w14:textId="77777777" w:rsidTr="00622F4D">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6D504717" w14:textId="77777777" w:rsidR="008C1A7E" w:rsidRPr="00BD24B4" w:rsidRDefault="008C1A7E" w:rsidP="00622F4D">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BC42103" w14:textId="77777777" w:rsidR="008C1A7E" w:rsidRPr="00BD24B4" w:rsidRDefault="008C1A7E" w:rsidP="00622F4D">
            <w:pPr>
              <w:pStyle w:val="afff"/>
            </w:pPr>
            <w:r w:rsidRPr="00BD24B4">
              <w:t>ВНИМАНИЕ</w:t>
            </w:r>
          </w:p>
        </w:tc>
      </w:tr>
      <w:tr w:rsidR="008C1A7E" w:rsidRPr="00707D8A" w14:paraId="35F09E12" w14:textId="77777777" w:rsidTr="00622F4D">
        <w:tc>
          <w:tcPr>
            <w:tcW w:w="5000" w:type="pct"/>
            <w:gridSpan w:val="2"/>
            <w:tcBorders>
              <w:top w:val="single" w:sz="4" w:space="0" w:color="auto"/>
              <w:left w:val="nil"/>
              <w:right w:val="nil"/>
            </w:tcBorders>
          </w:tcPr>
          <w:p w14:paraId="3E469C8D" w14:textId="65A76AFB" w:rsidR="008C1A7E" w:rsidRPr="00BD24B4" w:rsidRDefault="008C1A7E" w:rsidP="008C1A7E">
            <w:pPr>
              <w:widowControl w:val="0"/>
              <w:spacing w:line="276" w:lineRule="auto"/>
              <w:jc w:val="both"/>
              <w:rPr>
                <w:rFonts w:cs="Times New Roman"/>
                <w:szCs w:val="24"/>
                <w:lang w:eastAsia="ru-RU"/>
              </w:rPr>
            </w:pPr>
            <w:r w:rsidRPr="00BD24B4">
              <w:rPr>
                <w:rFonts w:cs="Times New Roman"/>
                <w:szCs w:val="24"/>
                <w:lang w:val="ru"/>
              </w:rPr>
              <w:t xml:space="preserve">Чтобы переключить передачу, требуется остановить </w:t>
            </w:r>
            <w:proofErr w:type="spellStart"/>
            <w:r w:rsidRPr="00BD24B4">
              <w:rPr>
                <w:rFonts w:cs="Times New Roman"/>
                <w:szCs w:val="24"/>
                <w:lang w:val="ru"/>
              </w:rPr>
              <w:t>квадрицикл</w:t>
            </w:r>
            <w:proofErr w:type="spellEnd"/>
            <w:r w:rsidRPr="00BD24B4">
              <w:rPr>
                <w:rFonts w:cs="Times New Roman"/>
                <w:szCs w:val="24"/>
                <w:lang w:val="ru"/>
              </w:rPr>
              <w:t xml:space="preserve"> и при работающем на холостом ходу двигателе переключиться на желаемую передачу с помощью рычага. Переключение передач на более высоких оборотах двигателя, чем холостой ход, или во время движения </w:t>
            </w:r>
            <w:proofErr w:type="spellStart"/>
            <w:r w:rsidRPr="00BD24B4">
              <w:rPr>
                <w:rFonts w:cs="Times New Roman"/>
                <w:szCs w:val="24"/>
                <w:lang w:val="ru"/>
              </w:rPr>
              <w:t>квадрицикла</w:t>
            </w:r>
            <w:proofErr w:type="spellEnd"/>
            <w:r w:rsidRPr="00BD24B4">
              <w:rPr>
                <w:rFonts w:cs="Times New Roman"/>
                <w:szCs w:val="24"/>
                <w:lang w:val="ru"/>
              </w:rPr>
              <w:t xml:space="preserve"> может привести к поломке коробки передач.</w:t>
            </w:r>
          </w:p>
        </w:tc>
      </w:tr>
    </w:tbl>
    <w:p w14:paraId="6AECF200" w14:textId="77777777" w:rsidR="008C1A7E" w:rsidRPr="00BD24B4" w:rsidRDefault="008C1A7E" w:rsidP="008C1A7E">
      <w:pPr>
        <w:widowControl w:val="0"/>
        <w:spacing w:line="276" w:lineRule="auto"/>
        <w:jc w:val="both"/>
        <w:rPr>
          <w:rFonts w:eastAsia="Times New Roman" w:cs="Times New Roman"/>
          <w:szCs w:val="24"/>
          <w:lang w:val="ru-RU" w:eastAsia="ru-RU"/>
        </w:rPr>
      </w:pPr>
    </w:p>
    <w:p w14:paraId="095F6513" w14:textId="77777777" w:rsidR="0056157D" w:rsidRPr="00BD24B4" w:rsidRDefault="00813657">
      <w:pPr>
        <w:rPr>
          <w:rFonts w:cs="Times New Roman"/>
          <w:lang w:val="ru-RU"/>
        </w:rPr>
      </w:pPr>
      <w:r w:rsidRPr="00BD24B4">
        <w:rPr>
          <w:rFonts w:cs="Times New Roman"/>
          <w:lang w:val="ru-RU"/>
        </w:rPr>
        <w:t xml:space="preserve">Всегда блокировать </w:t>
      </w:r>
      <w:r w:rsidR="00A04944" w:rsidRPr="00BD24B4">
        <w:rPr>
          <w:rFonts w:cs="Times New Roman"/>
          <w:lang w:val="ru-RU"/>
        </w:rPr>
        <w:t xml:space="preserve">возможное движение </w:t>
      </w:r>
      <w:proofErr w:type="spellStart"/>
      <w:r w:rsidR="008230B8" w:rsidRPr="00BD24B4">
        <w:rPr>
          <w:rFonts w:cs="Times New Roman"/>
          <w:lang w:val="ru-RU"/>
        </w:rPr>
        <w:t>квадрицикла</w:t>
      </w:r>
      <w:proofErr w:type="spellEnd"/>
      <w:r w:rsidR="008230B8" w:rsidRPr="00BD24B4">
        <w:rPr>
          <w:rFonts w:cs="Times New Roman"/>
          <w:lang w:val="ru-RU"/>
        </w:rPr>
        <w:t xml:space="preserve"> стояночным</w:t>
      </w:r>
      <w:r w:rsidRPr="00BD24B4">
        <w:rPr>
          <w:rFonts w:cs="Times New Roman"/>
          <w:lang w:val="ru-RU"/>
        </w:rPr>
        <w:t xml:space="preserve"> тормозом, оставляя </w:t>
      </w:r>
      <w:proofErr w:type="spellStart"/>
      <w:r w:rsidRPr="00BD24B4">
        <w:rPr>
          <w:rFonts w:cs="Times New Roman"/>
          <w:lang w:val="ru-RU"/>
        </w:rPr>
        <w:t>квадрицикл</w:t>
      </w:r>
      <w:proofErr w:type="spellEnd"/>
      <w:r w:rsidRPr="00BD24B4">
        <w:rPr>
          <w:rFonts w:cs="Times New Roman"/>
          <w:lang w:val="ru-RU"/>
        </w:rPr>
        <w:t xml:space="preserve"> без присмотра. </w:t>
      </w:r>
    </w:p>
    <w:p w14:paraId="61F52FF0" w14:textId="77777777" w:rsidR="0056157D" w:rsidRPr="00BD24B4" w:rsidRDefault="00813657">
      <w:pPr>
        <w:rPr>
          <w:rFonts w:cs="Times New Roman"/>
          <w:lang w:val="ru-RU"/>
        </w:rPr>
      </w:pPr>
      <w:r w:rsidRPr="00BD24B4">
        <w:rPr>
          <w:rFonts w:cs="Times New Roman"/>
          <w:lang w:val="ru-RU"/>
        </w:rPr>
        <w:t xml:space="preserve">Поддержание регулировки рычажного механизма переключения передач важно для обеспечения исправной работы коробки передач. В случае возникновения каких-либо проблем с переключением передач следует обратиться к своему дилеру. </w:t>
      </w:r>
    </w:p>
    <w:p w14:paraId="6F4FD7ED" w14:textId="77777777" w:rsidR="008C1A7E" w:rsidRPr="00BD24B4" w:rsidRDefault="008C1A7E" w:rsidP="008C1A7E">
      <w:pPr>
        <w:widowControl w:val="0"/>
        <w:spacing w:line="276" w:lineRule="auto"/>
        <w:jc w:val="both"/>
        <w:rPr>
          <w:rFonts w:eastAsia="Times New Roman" w:cs="Times New Roman"/>
          <w:szCs w:val="24"/>
          <w:lang w:val="ru-RU"/>
        </w:rPr>
      </w:pPr>
    </w:p>
    <w:tbl>
      <w:tblPr>
        <w:tblStyle w:val="42"/>
        <w:tblW w:w="5000" w:type="pct"/>
        <w:tblCellMar>
          <w:top w:w="85" w:type="dxa"/>
          <w:bottom w:w="85" w:type="dxa"/>
        </w:tblCellMar>
        <w:tblLook w:val="04A0" w:firstRow="1" w:lastRow="0" w:firstColumn="1" w:lastColumn="0" w:noHBand="0" w:noVBand="1"/>
      </w:tblPr>
      <w:tblGrid>
        <w:gridCol w:w="800"/>
        <w:gridCol w:w="5801"/>
      </w:tblGrid>
      <w:tr w:rsidR="008C1A7E" w:rsidRPr="00BD24B4" w14:paraId="1879F782" w14:textId="77777777" w:rsidTr="00622F4D">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651B9003" w14:textId="77777777" w:rsidR="008C1A7E" w:rsidRPr="00BD24B4" w:rsidRDefault="008C1A7E" w:rsidP="00622F4D">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D70B919" w14:textId="77777777" w:rsidR="008C1A7E" w:rsidRPr="00BD24B4" w:rsidRDefault="008C1A7E" w:rsidP="00622F4D">
            <w:pPr>
              <w:pStyle w:val="afff"/>
            </w:pPr>
            <w:r w:rsidRPr="00BD24B4">
              <w:t>ПРЕДУПРЕЖДЕНИЕ</w:t>
            </w:r>
          </w:p>
        </w:tc>
      </w:tr>
      <w:tr w:rsidR="008C1A7E" w:rsidRPr="00707D8A" w14:paraId="659F4A65" w14:textId="77777777" w:rsidTr="00622F4D">
        <w:tc>
          <w:tcPr>
            <w:tcW w:w="5000" w:type="pct"/>
            <w:gridSpan w:val="2"/>
            <w:tcBorders>
              <w:top w:val="single" w:sz="4" w:space="0" w:color="auto"/>
              <w:left w:val="nil"/>
              <w:right w:val="nil"/>
            </w:tcBorders>
          </w:tcPr>
          <w:p w14:paraId="1B68F82E" w14:textId="77777777" w:rsidR="008C1A7E" w:rsidRPr="00BD24B4" w:rsidRDefault="008C1A7E" w:rsidP="008C1A7E">
            <w:pPr>
              <w:rPr>
                <w:rFonts w:cs="Times New Roman"/>
                <w:b/>
              </w:rPr>
            </w:pPr>
            <w:r w:rsidRPr="00BD24B4">
              <w:rPr>
                <w:rFonts w:cs="Times New Roman"/>
                <w:b/>
              </w:rPr>
              <w:t xml:space="preserve">ПОТЕНЦИАЛЬНАЯ ОПАСНОСТЬ </w:t>
            </w:r>
          </w:p>
          <w:p w14:paraId="2505C3AC" w14:textId="77777777" w:rsidR="008C1A7E" w:rsidRPr="00BD24B4" w:rsidRDefault="008C1A7E" w:rsidP="008C1A7E">
            <w:pPr>
              <w:rPr>
                <w:rFonts w:cs="Times New Roman"/>
              </w:rPr>
            </w:pPr>
            <w:r w:rsidRPr="00BD24B4">
              <w:rPr>
                <w:rFonts w:cs="Times New Roman"/>
              </w:rPr>
              <w:t xml:space="preserve">Переключение передачи при очень высоких оборотах двигателя. </w:t>
            </w:r>
          </w:p>
          <w:p w14:paraId="6930517C" w14:textId="77777777" w:rsidR="008C1A7E" w:rsidRPr="00BD24B4" w:rsidRDefault="008C1A7E" w:rsidP="008C1A7E">
            <w:pPr>
              <w:rPr>
                <w:rFonts w:cs="Times New Roman"/>
                <w:b/>
              </w:rPr>
            </w:pPr>
            <w:r w:rsidRPr="00BD24B4">
              <w:rPr>
                <w:rFonts w:cs="Times New Roman"/>
                <w:b/>
              </w:rPr>
              <w:t xml:space="preserve">ЧТО МОЖЕТ СЛУЧИТЬСЯ </w:t>
            </w:r>
          </w:p>
          <w:p w14:paraId="7DB2DE21" w14:textId="77777777" w:rsidR="008C1A7E" w:rsidRPr="00BD24B4" w:rsidRDefault="008C1A7E" w:rsidP="008C1A7E">
            <w:pPr>
              <w:rPr>
                <w:rFonts w:cs="Times New Roman"/>
              </w:rPr>
            </w:pPr>
            <w:r w:rsidRPr="00BD24B4">
              <w:rPr>
                <w:rFonts w:cs="Times New Roman"/>
              </w:rPr>
              <w:t xml:space="preserve">Это может привести к повреждению двигателя или коробки передач. </w:t>
            </w:r>
          </w:p>
          <w:p w14:paraId="5200A142" w14:textId="77777777" w:rsidR="008C1A7E" w:rsidRPr="00BD24B4" w:rsidRDefault="008C1A7E" w:rsidP="008C1A7E">
            <w:pPr>
              <w:rPr>
                <w:rFonts w:cs="Times New Roman"/>
                <w:b/>
              </w:rPr>
            </w:pPr>
            <w:r w:rsidRPr="00BD24B4">
              <w:rPr>
                <w:rFonts w:cs="Times New Roman"/>
                <w:b/>
              </w:rPr>
              <w:t xml:space="preserve">КАК ИЗБЕЖАТЬ ОПАСНОСТИ </w:t>
            </w:r>
          </w:p>
          <w:p w14:paraId="7D3731D2" w14:textId="77777777" w:rsidR="008C1A7E" w:rsidRPr="00BD24B4" w:rsidRDefault="008C1A7E" w:rsidP="008C1A7E">
            <w:pPr>
              <w:rPr>
                <w:rFonts w:cs="Times New Roman"/>
              </w:rPr>
            </w:pPr>
            <w:r w:rsidRPr="00BD24B4">
              <w:rPr>
                <w:rFonts w:cs="Times New Roman"/>
              </w:rPr>
              <w:t xml:space="preserve">Прежде чем переключать передачи, убедиться, что частота вращения двигателя </w:t>
            </w:r>
          </w:p>
          <w:p w14:paraId="796CFFD3" w14:textId="328B653E" w:rsidR="008C1A7E" w:rsidRPr="00BD24B4" w:rsidRDefault="008C1A7E" w:rsidP="008C1A7E">
            <w:pPr>
              <w:rPr>
                <w:rFonts w:cs="Times New Roman"/>
              </w:rPr>
            </w:pPr>
            <w:r w:rsidRPr="00BD24B4">
              <w:rPr>
                <w:rFonts w:cs="Times New Roman"/>
              </w:rPr>
              <w:t xml:space="preserve">достаточно снизилась и колеса </w:t>
            </w:r>
            <w:proofErr w:type="spellStart"/>
            <w:r w:rsidRPr="00BD24B4">
              <w:rPr>
                <w:rFonts w:cs="Times New Roman"/>
              </w:rPr>
              <w:t>квадрицикла</w:t>
            </w:r>
            <w:proofErr w:type="spellEnd"/>
            <w:r w:rsidRPr="00BD24B4">
              <w:rPr>
                <w:rFonts w:cs="Times New Roman"/>
              </w:rPr>
              <w:t xml:space="preserve"> полностью остановлены. </w:t>
            </w:r>
          </w:p>
        </w:tc>
      </w:tr>
    </w:tbl>
    <w:p w14:paraId="2EDD49D4" w14:textId="77777777" w:rsidR="008C1A7E" w:rsidRPr="00BD24B4" w:rsidRDefault="008C1A7E">
      <w:pPr>
        <w:spacing w:after="200" w:line="276" w:lineRule="auto"/>
        <w:rPr>
          <w:rFonts w:cs="Times New Roman"/>
          <w:lang w:val="ru-RU"/>
        </w:rPr>
      </w:pPr>
      <w:r w:rsidRPr="00BD24B4">
        <w:rPr>
          <w:rFonts w:cs="Times New Roman"/>
          <w:lang w:val="ru-RU"/>
        </w:rPr>
        <w:br w:type="page"/>
      </w:r>
    </w:p>
    <w:p w14:paraId="7900B581" w14:textId="6D91F6AA" w:rsidR="0056157D" w:rsidRPr="00BD24B4" w:rsidRDefault="0056157D">
      <w:pPr>
        <w:rPr>
          <w:rFonts w:cs="Times New Roman"/>
          <w:lang w:val="ru-RU"/>
        </w:rPr>
      </w:pPr>
    </w:p>
    <w:p w14:paraId="70E506C9" w14:textId="77777777" w:rsidR="0056157D" w:rsidRPr="00BD24B4" w:rsidRDefault="00813657" w:rsidP="008C1A7E">
      <w:pPr>
        <w:pStyle w:val="bold12"/>
        <w:rPr>
          <w:sz w:val="20"/>
        </w:rPr>
      </w:pPr>
      <w:r w:rsidRPr="00BD24B4">
        <w:rPr>
          <w:sz w:val="20"/>
        </w:rPr>
        <w:t xml:space="preserve">Система охлаждения двигателя </w:t>
      </w:r>
    </w:p>
    <w:p w14:paraId="0FCDC12B" w14:textId="77777777" w:rsidR="0056157D" w:rsidRPr="00BD24B4" w:rsidRDefault="00813657">
      <w:pPr>
        <w:rPr>
          <w:rFonts w:cs="Times New Roman"/>
          <w:lang w:val="ru-RU"/>
        </w:rPr>
      </w:pPr>
      <w:r w:rsidRPr="00BD24B4">
        <w:rPr>
          <w:rFonts w:cs="Times New Roman"/>
          <w:lang w:val="ru-RU"/>
        </w:rPr>
        <w:t xml:space="preserve"> </w:t>
      </w:r>
    </w:p>
    <w:p w14:paraId="1A4CCB12" w14:textId="0890BB76" w:rsidR="0056157D" w:rsidRPr="00BD24B4" w:rsidRDefault="006678A8" w:rsidP="008C1A7E">
      <w:pPr>
        <w:pStyle w:val="bold12"/>
      </w:pPr>
      <w:r>
        <w:rPr>
          <w:noProof/>
        </w:rPr>
        <mc:AlternateContent>
          <mc:Choice Requires="wpg">
            <w:drawing>
              <wp:anchor distT="0" distB="0" distL="0" distR="0" simplePos="0" relativeHeight="251660288" behindDoc="0" locked="0" layoutInCell="1" allowOverlap="1" wp14:anchorId="0FF80AD1" wp14:editId="4D5080DD">
                <wp:simplePos x="0" y="0"/>
                <wp:positionH relativeFrom="page">
                  <wp:posOffset>460858</wp:posOffset>
                </wp:positionH>
                <wp:positionV relativeFrom="page">
                  <wp:posOffset>943661</wp:posOffset>
                </wp:positionV>
                <wp:extent cx="2523744" cy="1470355"/>
                <wp:effectExtent l="0" t="0" r="10160" b="15875"/>
                <wp:wrapTopAndBottom/>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3744" cy="1470355"/>
                          <a:chOff x="0" y="0"/>
                          <a:chExt cx="2536825" cy="1460500"/>
                        </a:xfrm>
                      </wpg:grpSpPr>
                      <pic:pic xmlns:pic="http://schemas.openxmlformats.org/drawingml/2006/picture">
                        <pic:nvPicPr>
                          <pic:cNvPr id="371" name="Image 371"/>
                          <pic:cNvPicPr/>
                        </pic:nvPicPr>
                        <pic:blipFill>
                          <a:blip r:embed="rId17" cstate="print"/>
                          <a:stretch>
                            <a:fillRect/>
                          </a:stretch>
                        </pic:blipFill>
                        <pic:spPr>
                          <a:xfrm>
                            <a:off x="37898" y="37922"/>
                            <a:ext cx="2429102" cy="1416227"/>
                          </a:xfrm>
                          <a:prstGeom prst="rect">
                            <a:avLst/>
                          </a:prstGeom>
                        </pic:spPr>
                      </pic:pic>
                      <wps:wsp>
                        <wps:cNvPr id="372" name="Graphic 372"/>
                        <wps:cNvSpPr/>
                        <wps:spPr>
                          <a:xfrm>
                            <a:off x="6347" y="6353"/>
                            <a:ext cx="2524125" cy="1447800"/>
                          </a:xfrm>
                          <a:custGeom>
                            <a:avLst/>
                            <a:gdLst/>
                            <a:ahLst/>
                            <a:cxnLst/>
                            <a:rect l="l" t="t" r="r" b="b"/>
                            <a:pathLst>
                              <a:path w="2524125" h="1447800">
                                <a:moveTo>
                                  <a:pt x="0" y="0"/>
                                </a:moveTo>
                                <a:lnTo>
                                  <a:pt x="0" y="1447787"/>
                                </a:lnTo>
                                <a:lnTo>
                                  <a:pt x="2523744" y="1447787"/>
                                </a:lnTo>
                                <a:lnTo>
                                  <a:pt x="0" y="1447787"/>
                                </a:lnTo>
                                <a:lnTo>
                                  <a:pt x="0" y="0"/>
                                </a:lnTo>
                                <a:close/>
                              </a:path>
                            </a:pathLst>
                          </a:custGeom>
                          <a:solidFill>
                            <a:srgbClr val="000000"/>
                          </a:solidFill>
                        </wps:spPr>
                        <wps:bodyPr wrap="square" lIns="0" tIns="0" rIns="0" bIns="0" rtlCol="0">
                          <a:prstTxWarp prst="textNoShape">
                            <a:avLst/>
                          </a:prstTxWarp>
                          <a:noAutofit/>
                        </wps:bodyPr>
                      </wps:wsp>
                      <wps:wsp>
                        <wps:cNvPr id="373" name="Graphic 373"/>
                        <wps:cNvSpPr/>
                        <wps:spPr>
                          <a:xfrm>
                            <a:off x="6350" y="6350"/>
                            <a:ext cx="2524125" cy="1447800"/>
                          </a:xfrm>
                          <a:custGeom>
                            <a:avLst/>
                            <a:gdLst/>
                            <a:ahLst/>
                            <a:cxnLst/>
                            <a:rect l="l" t="t" r="r" b="b"/>
                            <a:pathLst>
                              <a:path w="2524125" h="1447800">
                                <a:moveTo>
                                  <a:pt x="0" y="1447800"/>
                                </a:moveTo>
                                <a:lnTo>
                                  <a:pt x="2523743" y="1447800"/>
                                </a:lnTo>
                                <a:lnTo>
                                  <a:pt x="2523743" y="0"/>
                                </a:lnTo>
                                <a:lnTo>
                                  <a:pt x="0" y="0"/>
                                </a:lnTo>
                                <a:lnTo>
                                  <a:pt x="0" y="1447800"/>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9125C0" id="Group 370" o:spid="_x0000_s1026" style="position:absolute;margin-left:36.3pt;margin-top:74.3pt;width:198.7pt;height:115.8pt;z-index:251660288;mso-wrap-distance-left:0;mso-wrap-distance-right:0;mso-position-horizontal-relative:page;mso-position-vertical-relative:page;mso-width-relative:margin;mso-height-relative:margin" coordsize="25368,14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1" o:spid="_x0000_s1027" type="#_x0000_t75" style="position:absolute;left:378;top:379;width:24292;height:1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">
                  <v:imagedata r:id="rId18" o:title=""/>
                </v:shape>
                <v:shape id="Graphic 372" o:spid="_x0000_s1028" style="position:absolute;left:63;top:63;width:25241;height:14478;visibility:visible;mso-wrap-style:square;v-text-anchor:top" coordsize="2524125,14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" path="m,l,1447787r2523744,l,1447787,,xe" fillcolor="black" stroked="f">
                  <v:path arrowok="t"/>
                </v:shape>
                <v:shape id="Graphic 373" o:spid="_x0000_s1029" style="position:absolute;left:63;top:63;width:25241;height:14478;visibility:visible;mso-wrap-style:square;v-text-anchor:top" coordsize="2524125,14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" path="m,1447800r2523743,l2523743,,,,,1447800xe" filled="f" strokecolor="#231f20" strokeweight="1pt">
                  <v:path arrowok="t"/>
                </v:shape>
                <w10:wrap type="topAndBottom" anchorx="page" anchory="page"/>
              </v:group>
            </w:pict>
          </mc:Fallback>
        </mc:AlternateContent>
      </w:r>
      <w:r w:rsidR="00813657" w:rsidRPr="00BD24B4">
        <w:t xml:space="preserve">Уровень охлаждающей жидкости </w:t>
      </w:r>
    </w:p>
    <w:p w14:paraId="09CDCFC5" w14:textId="111C5FB7" w:rsidR="0056157D" w:rsidRPr="00BD24B4" w:rsidRDefault="0056157D" w:rsidP="008C1A7E">
      <w:pPr>
        <w:jc w:val="center"/>
        <w:rPr>
          <w:rFonts w:cs="Times New Roman"/>
          <w:lang w:val="ru-RU"/>
        </w:rPr>
      </w:pPr>
    </w:p>
    <w:p w14:paraId="02B3CE9F" w14:textId="71C71BE4" w:rsidR="0056157D" w:rsidRPr="00CF72AE" w:rsidRDefault="0056157D">
      <w:pPr>
        <w:rPr>
          <w:rFonts w:cs="Times New Roman"/>
          <w:lang w:val="ru-RU"/>
        </w:rPr>
      </w:pPr>
    </w:p>
    <w:p w14:paraId="7343235C" w14:textId="251879D4" w:rsidR="0056157D" w:rsidRPr="00BD24B4" w:rsidRDefault="00813657">
      <w:pPr>
        <w:rPr>
          <w:rFonts w:cs="Times New Roman"/>
          <w:lang w:val="ru-RU"/>
        </w:rPr>
      </w:pPr>
      <w:r w:rsidRPr="00BD24B4">
        <w:rPr>
          <w:rFonts w:cs="Times New Roman"/>
          <w:lang w:val="ru-RU"/>
        </w:rPr>
        <w:t>Уровень охлаждающей жидкости необходимо поддерживать между минимальным и максимальным отметками</w:t>
      </w:r>
      <w:r w:rsidR="00CF72AE" w:rsidRPr="00CF72AE">
        <w:rPr>
          <w:rFonts w:cs="Times New Roman"/>
          <w:lang w:val="ru-RU"/>
        </w:rPr>
        <w:t xml:space="preserve"> (</w:t>
      </w:r>
      <w:r w:rsidR="00CF72AE">
        <w:rPr>
          <w:rFonts w:cs="Times New Roman"/>
        </w:rPr>
        <w:t>a</w:t>
      </w:r>
      <w:r w:rsidR="00CF72AE" w:rsidRPr="00CF72AE">
        <w:rPr>
          <w:rFonts w:cs="Times New Roman"/>
          <w:lang w:val="ru-RU"/>
        </w:rPr>
        <w:t xml:space="preserve">) </w:t>
      </w:r>
      <w:r w:rsidR="00CF72AE">
        <w:rPr>
          <w:rFonts w:cs="Times New Roman"/>
          <w:lang w:val="ru-RU"/>
        </w:rPr>
        <w:t xml:space="preserve">и </w:t>
      </w:r>
      <w:r w:rsidR="00CF72AE" w:rsidRPr="00CF72AE">
        <w:rPr>
          <w:rFonts w:cs="Times New Roman"/>
          <w:lang w:val="ru-RU"/>
        </w:rPr>
        <w:t>(</w:t>
      </w:r>
      <w:r w:rsidR="00CF72AE">
        <w:rPr>
          <w:rFonts w:cs="Times New Roman"/>
        </w:rPr>
        <w:t>b</w:t>
      </w:r>
      <w:r w:rsidR="00CF72AE" w:rsidRPr="00CF72AE">
        <w:rPr>
          <w:rFonts w:cs="Times New Roman"/>
          <w:lang w:val="ru-RU"/>
        </w:rPr>
        <w:t>)</w:t>
      </w:r>
      <w:r w:rsidRPr="00BD24B4">
        <w:rPr>
          <w:rFonts w:cs="Times New Roman"/>
          <w:lang w:val="ru-RU"/>
        </w:rPr>
        <w:t xml:space="preserve"> на расширительном баке. </w:t>
      </w:r>
    </w:p>
    <w:p w14:paraId="17833712" w14:textId="77777777" w:rsidR="0056157D" w:rsidRPr="00BD24B4" w:rsidRDefault="00813657">
      <w:pPr>
        <w:rPr>
          <w:rFonts w:cs="Times New Roman"/>
          <w:lang w:val="ru-RU"/>
        </w:rPr>
      </w:pPr>
      <w:r w:rsidRPr="00BD24B4">
        <w:rPr>
          <w:rFonts w:cs="Times New Roman"/>
          <w:lang w:val="ru-RU"/>
        </w:rPr>
        <w:t xml:space="preserve">Уровень охлаждающей </w:t>
      </w:r>
      <w:r w:rsidR="00AF57D6" w:rsidRPr="00BD24B4">
        <w:rPr>
          <w:rFonts w:cs="Times New Roman"/>
          <w:lang w:val="ru-RU"/>
        </w:rPr>
        <w:t>жидкости поддерживается</w:t>
      </w:r>
      <w:r w:rsidRPr="00BD24B4">
        <w:rPr>
          <w:rFonts w:cs="Times New Roman"/>
          <w:lang w:val="ru-RU"/>
        </w:rPr>
        <w:t xml:space="preserve"> системой рекуперации. Компонентами системы рекуперации являются расширительный бак для охлаждающей жидкости, заливная горловина </w:t>
      </w:r>
      <w:r w:rsidR="00AF57D6" w:rsidRPr="00BD24B4">
        <w:rPr>
          <w:rFonts w:cs="Times New Roman"/>
          <w:lang w:val="ru-RU"/>
        </w:rPr>
        <w:t>радиатора, крышка</w:t>
      </w:r>
      <w:r w:rsidRPr="00BD24B4">
        <w:rPr>
          <w:rFonts w:cs="Times New Roman"/>
          <w:lang w:val="ru-RU"/>
        </w:rPr>
        <w:t xml:space="preserve"> радиатора и соединительный шланг. </w:t>
      </w:r>
    </w:p>
    <w:p w14:paraId="17B564C4" w14:textId="77777777" w:rsidR="0056157D" w:rsidRPr="00BD24B4" w:rsidRDefault="00813657">
      <w:pPr>
        <w:rPr>
          <w:rFonts w:cs="Times New Roman"/>
          <w:lang w:val="ru-RU"/>
        </w:rPr>
      </w:pPr>
      <w:r w:rsidRPr="00BD24B4">
        <w:rPr>
          <w:rFonts w:cs="Times New Roman"/>
          <w:lang w:val="ru-RU"/>
        </w:rPr>
        <w:t xml:space="preserve">При повышении рабочей температуры охлаждающей жидкости </w:t>
      </w:r>
      <w:r w:rsidR="00AF57D6" w:rsidRPr="00BD24B4">
        <w:rPr>
          <w:rFonts w:cs="Times New Roman"/>
          <w:lang w:val="ru-RU"/>
        </w:rPr>
        <w:t xml:space="preserve">и ее теплового расширения </w:t>
      </w:r>
      <w:r w:rsidRPr="00BD24B4">
        <w:rPr>
          <w:rFonts w:cs="Times New Roman"/>
          <w:lang w:val="ru-RU"/>
        </w:rPr>
        <w:t xml:space="preserve">избыток охлаждающей жидкости вытесняется из радиатора через </w:t>
      </w:r>
      <w:r w:rsidR="00AF57D6" w:rsidRPr="00BD24B4">
        <w:rPr>
          <w:rFonts w:cs="Times New Roman"/>
          <w:lang w:val="ru-RU"/>
        </w:rPr>
        <w:t>клапан</w:t>
      </w:r>
      <w:r w:rsidRPr="00BD24B4">
        <w:rPr>
          <w:rFonts w:cs="Times New Roman"/>
          <w:lang w:val="ru-RU"/>
        </w:rPr>
        <w:t xml:space="preserve"> крышк</w:t>
      </w:r>
      <w:r w:rsidR="00AF57D6" w:rsidRPr="00BD24B4">
        <w:rPr>
          <w:rFonts w:cs="Times New Roman"/>
          <w:lang w:val="ru-RU"/>
        </w:rPr>
        <w:t xml:space="preserve">и радиатора </w:t>
      </w:r>
      <w:r w:rsidRPr="00BD24B4">
        <w:rPr>
          <w:rFonts w:cs="Times New Roman"/>
          <w:lang w:val="ru-RU"/>
        </w:rPr>
        <w:t xml:space="preserve">в расширительный бак. </w:t>
      </w:r>
    </w:p>
    <w:p w14:paraId="6A238146" w14:textId="6099490A" w:rsidR="0056157D" w:rsidRPr="00BD24B4" w:rsidRDefault="00813657">
      <w:pPr>
        <w:rPr>
          <w:rFonts w:cs="Times New Roman"/>
          <w:lang w:val="ru-RU"/>
        </w:rPr>
      </w:pPr>
      <w:r w:rsidRPr="00BD24B4">
        <w:rPr>
          <w:rFonts w:cs="Times New Roman"/>
          <w:lang w:val="ru-RU"/>
        </w:rPr>
        <w:t xml:space="preserve">По мере снижения температуры охлаждающей жидкости </w:t>
      </w:r>
      <w:r w:rsidR="00AF57D6" w:rsidRPr="00BD24B4">
        <w:rPr>
          <w:rFonts w:cs="Times New Roman"/>
          <w:lang w:val="ru-RU"/>
        </w:rPr>
        <w:t>уменьшающаяся</w:t>
      </w:r>
      <w:r w:rsidRPr="00BD24B4">
        <w:rPr>
          <w:rFonts w:cs="Times New Roman"/>
          <w:lang w:val="ru-RU"/>
        </w:rPr>
        <w:t xml:space="preserve"> </w:t>
      </w:r>
      <w:r w:rsidR="00AF57D6" w:rsidRPr="00BD24B4">
        <w:rPr>
          <w:rFonts w:cs="Times New Roman"/>
          <w:lang w:val="ru-RU"/>
        </w:rPr>
        <w:t>в объеме</w:t>
      </w:r>
      <w:r w:rsidR="003C3FAA" w:rsidRPr="00BD24B4">
        <w:rPr>
          <w:rFonts w:cs="Times New Roman"/>
          <w:lang w:val="ru-RU"/>
        </w:rPr>
        <w:t xml:space="preserve"> </w:t>
      </w:r>
      <w:r w:rsidRPr="00BD24B4">
        <w:rPr>
          <w:rFonts w:cs="Times New Roman"/>
          <w:lang w:val="ru-RU"/>
        </w:rPr>
        <w:t xml:space="preserve">охлаждающая жидкость всасывается обратно из бака через </w:t>
      </w:r>
      <w:r w:rsidR="00AF57D6" w:rsidRPr="00BD24B4">
        <w:rPr>
          <w:rFonts w:cs="Times New Roman"/>
          <w:lang w:val="ru-RU"/>
        </w:rPr>
        <w:t>клапан</w:t>
      </w:r>
      <w:r w:rsidRPr="00BD24B4">
        <w:rPr>
          <w:rFonts w:cs="Times New Roman"/>
          <w:lang w:val="ru-RU"/>
        </w:rPr>
        <w:t xml:space="preserve"> крышк</w:t>
      </w:r>
      <w:r w:rsidR="00AF57D6" w:rsidRPr="00BD24B4">
        <w:rPr>
          <w:rFonts w:cs="Times New Roman"/>
          <w:lang w:val="ru-RU"/>
        </w:rPr>
        <w:t>и обратно в</w:t>
      </w:r>
      <w:r w:rsidRPr="00BD24B4">
        <w:rPr>
          <w:rFonts w:cs="Times New Roman"/>
          <w:lang w:val="ru-RU"/>
        </w:rPr>
        <w:t xml:space="preserve"> радиатор. </w:t>
      </w:r>
    </w:p>
    <w:p w14:paraId="2B88EB85" w14:textId="77777777" w:rsidR="003C3FAA" w:rsidRPr="00BD24B4" w:rsidRDefault="003C3FAA">
      <w:pPr>
        <w:rPr>
          <w:rFonts w:cs="Times New Roman"/>
          <w:lang w:val="ru-RU"/>
        </w:rPr>
      </w:pPr>
    </w:p>
    <w:p w14:paraId="3733EEBC" w14:textId="77777777" w:rsidR="0056157D" w:rsidRPr="00BD24B4" w:rsidRDefault="00813657">
      <w:pPr>
        <w:rPr>
          <w:rFonts w:cs="Times New Roman"/>
          <w:lang w:val="ru-RU"/>
        </w:rPr>
      </w:pPr>
      <w:r w:rsidRPr="00BD24B4">
        <w:rPr>
          <w:rFonts w:cs="Times New Roman"/>
          <w:b/>
          <w:lang w:val="ru-RU"/>
        </w:rPr>
        <w:t>ПРИМЕЧАНИЕ:</w:t>
      </w:r>
      <w:r w:rsidRPr="00BD24B4">
        <w:rPr>
          <w:rFonts w:cs="Times New Roman"/>
          <w:lang w:val="ru-RU"/>
        </w:rPr>
        <w:t xml:space="preserve"> Некоторое снижение уровня охлаждающей жидкости при эксплуатации новых транспортных средств является нормальным, поскольку система о</w:t>
      </w:r>
      <w:r w:rsidR="00AF57D6" w:rsidRPr="00BD24B4">
        <w:rPr>
          <w:rFonts w:cs="Times New Roman"/>
          <w:lang w:val="ru-RU"/>
        </w:rPr>
        <w:t>свобождается</w:t>
      </w:r>
      <w:r w:rsidRPr="00BD24B4">
        <w:rPr>
          <w:rFonts w:cs="Times New Roman"/>
          <w:lang w:val="ru-RU"/>
        </w:rPr>
        <w:t xml:space="preserve"> от захваченного </w:t>
      </w:r>
    </w:p>
    <w:p w14:paraId="4A814795" w14:textId="69A89DDC" w:rsidR="0056157D" w:rsidRPr="00BD24B4" w:rsidRDefault="00813657">
      <w:pPr>
        <w:rPr>
          <w:rFonts w:cs="Times New Roman"/>
          <w:lang w:val="ru-RU"/>
        </w:rPr>
      </w:pPr>
      <w:r w:rsidRPr="00BD24B4">
        <w:rPr>
          <w:rFonts w:cs="Times New Roman"/>
          <w:lang w:val="ru-RU"/>
        </w:rPr>
        <w:t xml:space="preserve">воздуха. Необходимо следить за уровнем охлаждающей жидкости и поддерживать его в соответствии с рекомендациями, доливая охлаждающую жидкость в расширительный бак. Мы рекомендуем использовать </w:t>
      </w:r>
      <w:r w:rsidR="00AF57D6" w:rsidRPr="00BD24B4">
        <w:rPr>
          <w:rFonts w:cs="Times New Roman"/>
          <w:lang w:val="ru-RU"/>
        </w:rPr>
        <w:t xml:space="preserve">антифриз класса </w:t>
      </w:r>
      <w:r w:rsidR="00AF57D6" w:rsidRPr="00BD24B4">
        <w:rPr>
          <w:rFonts w:cs="Times New Roman"/>
        </w:rPr>
        <w:t>G</w:t>
      </w:r>
      <w:r w:rsidR="00AF57D6" w:rsidRPr="00BD24B4">
        <w:rPr>
          <w:rFonts w:cs="Times New Roman"/>
          <w:lang w:val="ru-RU"/>
        </w:rPr>
        <w:t>11 с рабочей температурой не ниже -40 градусов цельсия.</w:t>
      </w:r>
      <w:r w:rsidR="008E1525" w:rsidRPr="00BD24B4">
        <w:rPr>
          <w:rFonts w:cs="Times New Roman"/>
          <w:lang w:val="ru-RU"/>
        </w:rPr>
        <w:t xml:space="preserve"> Использовать в системе охлаждения неразбавленный концентрат антифриза запрещено!</w:t>
      </w:r>
    </w:p>
    <w:p w14:paraId="3EC01313" w14:textId="77777777" w:rsidR="003C3FAA" w:rsidRPr="00BD24B4" w:rsidRDefault="003C3FAA">
      <w:pPr>
        <w:rPr>
          <w:rFonts w:cs="Times New Roman"/>
          <w:b/>
          <w:lang w:val="ru-RU"/>
        </w:rPr>
      </w:pPr>
    </w:p>
    <w:p w14:paraId="1B75FE0B" w14:textId="77777777" w:rsidR="0056157D" w:rsidRPr="00BD24B4" w:rsidRDefault="00813657">
      <w:pPr>
        <w:rPr>
          <w:rFonts w:cs="Times New Roman"/>
          <w:lang w:val="ru-RU"/>
        </w:rPr>
      </w:pPr>
      <w:r w:rsidRPr="00BD24B4">
        <w:rPr>
          <w:rFonts w:cs="Times New Roman"/>
          <w:b/>
          <w:lang w:val="ru-RU"/>
        </w:rPr>
        <w:t>ПРИМЕЧАНИЕ</w:t>
      </w:r>
      <w:r w:rsidR="008230B8" w:rsidRPr="00BD24B4">
        <w:rPr>
          <w:rFonts w:cs="Times New Roman"/>
          <w:b/>
          <w:lang w:val="ru-RU"/>
        </w:rPr>
        <w:t>:</w:t>
      </w:r>
      <w:r w:rsidR="008230B8" w:rsidRPr="00BD24B4">
        <w:rPr>
          <w:rFonts w:cs="Times New Roman"/>
          <w:lang w:val="ru-RU"/>
        </w:rPr>
        <w:t xml:space="preserve"> необходимо</w:t>
      </w:r>
      <w:r w:rsidRPr="00BD24B4">
        <w:rPr>
          <w:rFonts w:cs="Times New Roman"/>
          <w:lang w:val="ru-RU"/>
        </w:rPr>
        <w:t xml:space="preserve"> всегда выполнять рекомендации производителя </w:t>
      </w:r>
      <w:r w:rsidR="008230B8" w:rsidRPr="00BD24B4">
        <w:rPr>
          <w:rFonts w:cs="Times New Roman"/>
          <w:lang w:val="ru-RU"/>
        </w:rPr>
        <w:t xml:space="preserve">антифриза </w:t>
      </w:r>
      <w:r w:rsidRPr="00BD24B4">
        <w:rPr>
          <w:rFonts w:cs="Times New Roman"/>
          <w:lang w:val="ru-RU"/>
        </w:rPr>
        <w:t xml:space="preserve">по смешиванию для защиты от замерзания, соответствующие вашему региону. </w:t>
      </w:r>
    </w:p>
    <w:p w14:paraId="28420F12" w14:textId="77777777" w:rsidR="008C1A7E" w:rsidRPr="00BD24B4" w:rsidRDefault="008C1A7E" w:rsidP="00A97ACA">
      <w:pPr>
        <w:rPr>
          <w:lang w:val="ru-RU"/>
        </w:rPr>
      </w:pPr>
    </w:p>
    <w:p w14:paraId="72ECC25E" w14:textId="77777777" w:rsidR="006678A8" w:rsidRDefault="006678A8" w:rsidP="008C1A7E">
      <w:pPr>
        <w:pStyle w:val="bold12"/>
      </w:pPr>
    </w:p>
    <w:p w14:paraId="3BA77D39" w14:textId="77777777" w:rsidR="006678A8" w:rsidRDefault="006678A8" w:rsidP="008C1A7E">
      <w:pPr>
        <w:pStyle w:val="bold12"/>
      </w:pPr>
    </w:p>
    <w:p w14:paraId="5E0816DC" w14:textId="77777777" w:rsidR="006678A8" w:rsidRDefault="006678A8" w:rsidP="008C1A7E">
      <w:pPr>
        <w:pStyle w:val="bold12"/>
      </w:pPr>
    </w:p>
    <w:p w14:paraId="009FA42B" w14:textId="77777777" w:rsidR="006678A8" w:rsidRDefault="006678A8" w:rsidP="008C1A7E">
      <w:pPr>
        <w:pStyle w:val="bold12"/>
      </w:pPr>
    </w:p>
    <w:p w14:paraId="7D92C9E4" w14:textId="77777777" w:rsidR="006678A8" w:rsidRDefault="006678A8" w:rsidP="008C1A7E">
      <w:pPr>
        <w:pStyle w:val="bold12"/>
      </w:pPr>
    </w:p>
    <w:p w14:paraId="67A396DC" w14:textId="77777777" w:rsidR="006678A8" w:rsidRDefault="006678A8" w:rsidP="008C1A7E">
      <w:pPr>
        <w:pStyle w:val="bold12"/>
      </w:pPr>
    </w:p>
    <w:p w14:paraId="590C061A" w14:textId="77777777" w:rsidR="006678A8" w:rsidRDefault="006678A8" w:rsidP="008C1A7E">
      <w:pPr>
        <w:pStyle w:val="bold12"/>
      </w:pPr>
    </w:p>
    <w:p w14:paraId="3487D71C" w14:textId="77777777" w:rsidR="006678A8" w:rsidRDefault="006678A8" w:rsidP="008C1A7E">
      <w:pPr>
        <w:pStyle w:val="bold12"/>
      </w:pPr>
    </w:p>
    <w:p w14:paraId="69834E98" w14:textId="77777777" w:rsidR="006678A8" w:rsidRDefault="006678A8" w:rsidP="008C1A7E">
      <w:pPr>
        <w:pStyle w:val="bold12"/>
      </w:pPr>
    </w:p>
    <w:p w14:paraId="4174287C" w14:textId="77777777" w:rsidR="006678A8" w:rsidRDefault="006678A8" w:rsidP="008C1A7E">
      <w:pPr>
        <w:pStyle w:val="bold12"/>
      </w:pPr>
    </w:p>
    <w:p w14:paraId="1C8F80D0" w14:textId="77777777" w:rsidR="006678A8" w:rsidRDefault="006678A8" w:rsidP="008C1A7E">
      <w:pPr>
        <w:pStyle w:val="bold12"/>
      </w:pPr>
    </w:p>
    <w:p w14:paraId="5E3AB229" w14:textId="77777777" w:rsidR="006678A8" w:rsidRDefault="006678A8" w:rsidP="008C1A7E">
      <w:pPr>
        <w:pStyle w:val="bold12"/>
      </w:pPr>
    </w:p>
    <w:p w14:paraId="5B22EA64" w14:textId="484D72D2" w:rsidR="0056157D" w:rsidRPr="00BD24B4" w:rsidRDefault="00813657" w:rsidP="008C1A7E">
      <w:pPr>
        <w:pStyle w:val="bold12"/>
      </w:pPr>
      <w:r w:rsidRPr="00BD24B4">
        <w:lastRenderedPageBreak/>
        <w:t xml:space="preserve">Система охлаждения </w:t>
      </w:r>
    </w:p>
    <w:p w14:paraId="47D0ACFB" w14:textId="77777777" w:rsidR="003C3FAA" w:rsidRPr="00BD24B4" w:rsidRDefault="003C3FAA" w:rsidP="003C3FAA">
      <w:pPr>
        <w:pStyle w:val="p"/>
      </w:pPr>
    </w:p>
    <w:tbl>
      <w:tblPr>
        <w:tblStyle w:val="43"/>
        <w:tblW w:w="5000" w:type="pct"/>
        <w:tblCellMar>
          <w:top w:w="85" w:type="dxa"/>
          <w:bottom w:w="85" w:type="dxa"/>
        </w:tblCellMar>
        <w:tblLook w:val="04A0" w:firstRow="1" w:lastRow="0" w:firstColumn="1" w:lastColumn="0" w:noHBand="0" w:noVBand="1"/>
      </w:tblPr>
      <w:tblGrid>
        <w:gridCol w:w="800"/>
        <w:gridCol w:w="5801"/>
      </w:tblGrid>
      <w:tr w:rsidR="008C1A7E" w:rsidRPr="00BD24B4" w14:paraId="5E44B84D" w14:textId="77777777" w:rsidTr="00A97ACA">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6A9ABA51" w14:textId="77777777" w:rsidR="008C1A7E" w:rsidRPr="00BD24B4" w:rsidRDefault="008C1A7E" w:rsidP="00A97ACA">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CEA9436" w14:textId="77777777" w:rsidR="008C1A7E" w:rsidRPr="00BD24B4" w:rsidRDefault="008C1A7E" w:rsidP="00A97ACA">
            <w:pPr>
              <w:pStyle w:val="afff"/>
            </w:pPr>
            <w:r w:rsidRPr="00BD24B4">
              <w:t>ПРЕДУПРЕЖДЕНИЕ</w:t>
            </w:r>
          </w:p>
        </w:tc>
      </w:tr>
      <w:tr w:rsidR="008C1A7E" w:rsidRPr="00707D8A" w14:paraId="1D7D1E96" w14:textId="77777777" w:rsidTr="00A97ACA">
        <w:tc>
          <w:tcPr>
            <w:tcW w:w="5000" w:type="pct"/>
            <w:gridSpan w:val="2"/>
            <w:tcBorders>
              <w:top w:val="single" w:sz="4" w:space="0" w:color="auto"/>
              <w:left w:val="nil"/>
              <w:right w:val="nil"/>
            </w:tcBorders>
          </w:tcPr>
          <w:p w14:paraId="0D5F5644" w14:textId="79349494" w:rsidR="008C1A7E" w:rsidRPr="00BD24B4" w:rsidRDefault="008C1A7E" w:rsidP="008C1A7E">
            <w:pPr>
              <w:widowControl w:val="0"/>
              <w:spacing w:line="276" w:lineRule="auto"/>
              <w:jc w:val="both"/>
              <w:rPr>
                <w:rFonts w:cs="Times New Roman"/>
                <w:szCs w:val="24"/>
              </w:rPr>
            </w:pPr>
            <w:r w:rsidRPr="00BD24B4">
              <w:rPr>
                <w:rFonts w:cs="Times New Roman"/>
                <w:szCs w:val="24"/>
                <w:lang w:val="ru"/>
              </w:rPr>
              <w:t>Ни в коем случае не снимать герметичную крышку при нагретом или горячем двигателе. Выходящий пар может вызвать серьезные ожоги. Перед снятием герметичной крышки двигатель должен остыть.</w:t>
            </w:r>
          </w:p>
        </w:tc>
      </w:tr>
    </w:tbl>
    <w:p w14:paraId="677D92F8" w14:textId="7134FC9B" w:rsidR="0056157D" w:rsidRPr="00BD24B4" w:rsidRDefault="0056157D">
      <w:pPr>
        <w:rPr>
          <w:rFonts w:cs="Times New Roman"/>
          <w:lang w:val="ru-RU"/>
        </w:rPr>
      </w:pPr>
    </w:p>
    <w:p w14:paraId="4D7FD7E0" w14:textId="0104586F" w:rsidR="0056157D" w:rsidRDefault="00813657" w:rsidP="008C1A7E">
      <w:pPr>
        <w:pStyle w:val="bold12"/>
      </w:pPr>
      <w:r w:rsidRPr="00BD24B4">
        <w:t xml:space="preserve">Проверка уровня охлаждающей жидкости в радиаторе </w:t>
      </w:r>
    </w:p>
    <w:p w14:paraId="1EC13839" w14:textId="3250A864" w:rsidR="006678A8" w:rsidRDefault="006678A8" w:rsidP="008C1A7E">
      <w:pPr>
        <w:pStyle w:val="bold12"/>
      </w:pPr>
      <w:r>
        <w:rPr>
          <w:noProof/>
        </w:rPr>
        <mc:AlternateContent>
          <mc:Choice Requires="wpg">
            <w:drawing>
              <wp:anchor distT="0" distB="0" distL="0" distR="0" simplePos="0" relativeHeight="251655168" behindDoc="0" locked="0" layoutInCell="1" allowOverlap="1" wp14:anchorId="065E4DB6" wp14:editId="07DA33D5">
                <wp:simplePos x="0" y="0"/>
                <wp:positionH relativeFrom="page">
                  <wp:posOffset>534010</wp:posOffset>
                </wp:positionH>
                <wp:positionV relativeFrom="paragraph">
                  <wp:posOffset>7798</wp:posOffset>
                </wp:positionV>
                <wp:extent cx="1391943" cy="775411"/>
                <wp:effectExtent l="0" t="0" r="0" b="5715"/>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1943" cy="775411"/>
                          <a:chOff x="0" y="0"/>
                          <a:chExt cx="1614805" cy="826769"/>
                        </a:xfrm>
                      </wpg:grpSpPr>
                      <pic:pic xmlns:pic="http://schemas.openxmlformats.org/drawingml/2006/picture">
                        <pic:nvPicPr>
                          <pic:cNvPr id="393" name="Image 393"/>
                          <pic:cNvPicPr/>
                        </pic:nvPicPr>
                        <pic:blipFill>
                          <a:blip r:embed="rId19" cstate="print"/>
                          <a:stretch>
                            <a:fillRect/>
                          </a:stretch>
                        </pic:blipFill>
                        <pic:spPr>
                          <a:xfrm>
                            <a:off x="201962" y="52048"/>
                            <a:ext cx="1304297" cy="701430"/>
                          </a:xfrm>
                          <a:prstGeom prst="rect">
                            <a:avLst/>
                          </a:prstGeom>
                        </pic:spPr>
                      </pic:pic>
                      <wps:wsp>
                        <wps:cNvPr id="394" name="Graphic 394"/>
                        <wps:cNvSpPr/>
                        <wps:spPr>
                          <a:xfrm>
                            <a:off x="0" y="0"/>
                            <a:ext cx="1614805" cy="826769"/>
                          </a:xfrm>
                          <a:custGeom>
                            <a:avLst/>
                            <a:gdLst/>
                            <a:ahLst/>
                            <a:cxnLst/>
                            <a:rect l="l" t="t" r="r" b="b"/>
                            <a:pathLst>
                              <a:path w="1614805" h="826769">
                                <a:moveTo>
                                  <a:pt x="1614677" y="0"/>
                                </a:moveTo>
                                <a:lnTo>
                                  <a:pt x="0" y="0"/>
                                </a:lnTo>
                                <a:lnTo>
                                  <a:pt x="0" y="826769"/>
                                </a:lnTo>
                                <a:lnTo>
                                  <a:pt x="1614677" y="826769"/>
                                </a:lnTo>
                                <a:lnTo>
                                  <a:pt x="1614677" y="822007"/>
                                </a:lnTo>
                                <a:lnTo>
                                  <a:pt x="9524" y="822007"/>
                                </a:lnTo>
                                <a:lnTo>
                                  <a:pt x="4762" y="817244"/>
                                </a:lnTo>
                                <a:lnTo>
                                  <a:pt x="9524" y="817244"/>
                                </a:lnTo>
                                <a:lnTo>
                                  <a:pt x="9524" y="9524"/>
                                </a:lnTo>
                                <a:lnTo>
                                  <a:pt x="4762" y="9524"/>
                                </a:lnTo>
                                <a:lnTo>
                                  <a:pt x="9524" y="4762"/>
                                </a:lnTo>
                                <a:lnTo>
                                  <a:pt x="1614677" y="4762"/>
                                </a:lnTo>
                                <a:lnTo>
                                  <a:pt x="1614677" y="0"/>
                                </a:lnTo>
                                <a:close/>
                              </a:path>
                              <a:path w="1614805" h="826769">
                                <a:moveTo>
                                  <a:pt x="9524" y="817244"/>
                                </a:moveTo>
                                <a:lnTo>
                                  <a:pt x="4762" y="817244"/>
                                </a:lnTo>
                                <a:lnTo>
                                  <a:pt x="9524" y="822007"/>
                                </a:lnTo>
                                <a:lnTo>
                                  <a:pt x="9524" y="817244"/>
                                </a:lnTo>
                                <a:close/>
                              </a:path>
                              <a:path w="1614805" h="826769">
                                <a:moveTo>
                                  <a:pt x="1605152" y="817244"/>
                                </a:moveTo>
                                <a:lnTo>
                                  <a:pt x="9524" y="817244"/>
                                </a:lnTo>
                                <a:lnTo>
                                  <a:pt x="9524" y="822007"/>
                                </a:lnTo>
                                <a:lnTo>
                                  <a:pt x="1605152" y="822007"/>
                                </a:lnTo>
                                <a:lnTo>
                                  <a:pt x="1605152" y="817244"/>
                                </a:lnTo>
                                <a:close/>
                              </a:path>
                              <a:path w="1614805" h="826769">
                                <a:moveTo>
                                  <a:pt x="1605152" y="4762"/>
                                </a:moveTo>
                                <a:lnTo>
                                  <a:pt x="1605152" y="822007"/>
                                </a:lnTo>
                                <a:lnTo>
                                  <a:pt x="1609915" y="817244"/>
                                </a:lnTo>
                                <a:lnTo>
                                  <a:pt x="1614677" y="817244"/>
                                </a:lnTo>
                                <a:lnTo>
                                  <a:pt x="1614677" y="9524"/>
                                </a:lnTo>
                                <a:lnTo>
                                  <a:pt x="1609915" y="9524"/>
                                </a:lnTo>
                                <a:lnTo>
                                  <a:pt x="1605152" y="4762"/>
                                </a:lnTo>
                                <a:close/>
                              </a:path>
                              <a:path w="1614805" h="826769">
                                <a:moveTo>
                                  <a:pt x="1614677" y="817244"/>
                                </a:moveTo>
                                <a:lnTo>
                                  <a:pt x="1609915" y="817244"/>
                                </a:lnTo>
                                <a:lnTo>
                                  <a:pt x="1605152" y="822007"/>
                                </a:lnTo>
                                <a:lnTo>
                                  <a:pt x="1614677" y="822007"/>
                                </a:lnTo>
                                <a:lnTo>
                                  <a:pt x="1614677" y="817244"/>
                                </a:lnTo>
                                <a:close/>
                              </a:path>
                              <a:path w="1614805" h="826769">
                                <a:moveTo>
                                  <a:pt x="9524" y="4762"/>
                                </a:moveTo>
                                <a:lnTo>
                                  <a:pt x="4762" y="9524"/>
                                </a:lnTo>
                                <a:lnTo>
                                  <a:pt x="9524" y="9524"/>
                                </a:lnTo>
                                <a:lnTo>
                                  <a:pt x="9524" y="4762"/>
                                </a:lnTo>
                                <a:close/>
                              </a:path>
                              <a:path w="1614805" h="826769">
                                <a:moveTo>
                                  <a:pt x="1605152" y="4762"/>
                                </a:moveTo>
                                <a:lnTo>
                                  <a:pt x="9524" y="4762"/>
                                </a:lnTo>
                                <a:lnTo>
                                  <a:pt x="9524" y="9524"/>
                                </a:lnTo>
                                <a:lnTo>
                                  <a:pt x="1605152" y="9524"/>
                                </a:lnTo>
                                <a:lnTo>
                                  <a:pt x="1605152" y="4762"/>
                                </a:lnTo>
                                <a:close/>
                              </a:path>
                              <a:path w="1614805" h="826769">
                                <a:moveTo>
                                  <a:pt x="1614677" y="4762"/>
                                </a:moveTo>
                                <a:lnTo>
                                  <a:pt x="1605152" y="4762"/>
                                </a:lnTo>
                                <a:lnTo>
                                  <a:pt x="1609915" y="9524"/>
                                </a:lnTo>
                                <a:lnTo>
                                  <a:pt x="1614677" y="9524"/>
                                </a:lnTo>
                                <a:lnTo>
                                  <a:pt x="1614677" y="4762"/>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E5470B" id="Group 392" o:spid="_x0000_s1026" style="position:absolute;margin-left:42.05pt;margin-top:.6pt;width:109.6pt;height:61.05pt;z-index:251655168;mso-wrap-distance-left:0;mso-wrap-distance-right:0;mso-position-horizontal-relative:page;mso-width-relative:margin;mso-height-relative:margin" coordsize="16148,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">
                <v:shape id="Image 393" o:spid="_x0000_s1027" type="#_x0000_t75" style="position:absolute;left:2019;top:520;width:13043;height:7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">
                  <v:imagedata r:id="rId20" o:title=""/>
                </v:shape>
                <v:shape id="Graphic 394" o:spid="_x0000_s1028" style="position:absolute;width:16148;height:8267;visibility:visible;mso-wrap-style:square;v-text-anchor:top" coordsize="1614805,8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" path="m1614677,l,,,826769r1614677,l1614677,822007r-1605153,l4762,817244r4762,l9524,9524r-4762,l9524,4762r1605153,l1614677,xem9524,817244r-4762,l9524,822007r,-4763xem1605152,817244r-1595628,l9524,822007r1595628,l1605152,817244xem1605152,4762r,817245l1609915,817244r4762,l1614677,9524r-4762,l1605152,4762xem1614677,817244r-4762,l1605152,822007r9525,l1614677,817244xem9524,4762l4762,9524r4762,l9524,4762xem1605152,4762l9524,4762r,4762l1605152,9524r,-4762xem1614677,4762r-9525,l1609915,9524r4762,l1614677,4762xe" fillcolor="black" stroked="f">
                  <v:path arrowok="t"/>
                </v:shape>
                <w10:wrap anchorx="page"/>
              </v:group>
            </w:pict>
          </mc:Fallback>
        </mc:AlternateContent>
      </w:r>
    </w:p>
    <w:p w14:paraId="2FC6E6D3" w14:textId="7C91EA77" w:rsidR="006678A8" w:rsidRDefault="006678A8" w:rsidP="008C1A7E">
      <w:pPr>
        <w:pStyle w:val="bold12"/>
      </w:pPr>
    </w:p>
    <w:p w14:paraId="04DCD1D1" w14:textId="13C1806E" w:rsidR="006678A8" w:rsidRDefault="006678A8" w:rsidP="008C1A7E">
      <w:pPr>
        <w:pStyle w:val="bold12"/>
      </w:pPr>
    </w:p>
    <w:p w14:paraId="450FA4CB" w14:textId="43767418" w:rsidR="006678A8" w:rsidRPr="00BD24B4" w:rsidRDefault="006678A8" w:rsidP="008C1A7E">
      <w:pPr>
        <w:pStyle w:val="bold12"/>
      </w:pPr>
    </w:p>
    <w:p w14:paraId="02D1FEF3" w14:textId="0044452C" w:rsidR="0056157D" w:rsidRPr="00BD24B4" w:rsidRDefault="0056157D" w:rsidP="003C3FAA">
      <w:pPr>
        <w:pStyle w:val="p"/>
      </w:pPr>
    </w:p>
    <w:p w14:paraId="0811B0A7" w14:textId="45A36007" w:rsidR="0056157D" w:rsidRPr="00BD24B4" w:rsidRDefault="00813657">
      <w:pPr>
        <w:rPr>
          <w:rFonts w:cs="Times New Roman"/>
          <w:lang w:val="ru-RU"/>
        </w:rPr>
      </w:pPr>
      <w:r w:rsidRPr="00BD24B4">
        <w:rPr>
          <w:rFonts w:cs="Times New Roman"/>
          <w:b/>
          <w:lang w:val="ru-RU"/>
        </w:rPr>
        <w:t>ПРИМЕЧАНИЕ:</w:t>
      </w:r>
      <w:r w:rsidRPr="00BD24B4">
        <w:rPr>
          <w:rFonts w:cs="Times New Roman"/>
          <w:lang w:val="ru-RU"/>
        </w:rPr>
        <w:t xml:space="preserve"> Эта процедура требуется только, если система охлаждения опустошена для проведения технического обслуживания и/или ремонта. Однако, если расширительный бак оказался пустым, следует проверить уровень в радиаторе и при необходимости долить охлаждающую жидкость. </w:t>
      </w:r>
    </w:p>
    <w:p w14:paraId="180FADA7" w14:textId="77777777" w:rsidR="00A97ACA" w:rsidRPr="00BD24B4" w:rsidRDefault="00A97ACA">
      <w:pPr>
        <w:rPr>
          <w:rFonts w:cs="Times New Roman"/>
          <w:lang w:val="ru-RU"/>
        </w:rPr>
      </w:pPr>
    </w:p>
    <w:p w14:paraId="47137528" w14:textId="77777777" w:rsidR="0056157D" w:rsidRPr="00BD24B4" w:rsidRDefault="00813657">
      <w:pPr>
        <w:rPr>
          <w:rFonts w:cs="Times New Roman"/>
          <w:lang w:val="ru-RU"/>
        </w:rPr>
      </w:pPr>
      <w:r w:rsidRPr="00BD24B4">
        <w:rPr>
          <w:rFonts w:cs="Times New Roman"/>
          <w:b/>
          <w:lang w:val="ru-RU"/>
        </w:rPr>
        <w:t>ПРИМЕЧАНИЕ:</w:t>
      </w:r>
      <w:r w:rsidRPr="00BD24B4">
        <w:rPr>
          <w:rFonts w:cs="Times New Roman"/>
          <w:lang w:val="ru-RU"/>
        </w:rPr>
        <w:t xml:space="preserve"> Использование нестандартной герметичной крышки приведет к неправильному функционированию системы рекуперации. Если крышку требуется заменить, необходимо обратиться к своему дилеру за соответствующей запасной частью. Чтобы охлаждающая жидкость сохраняла способность защищать двигатель, рекомендуется каждые два года полностью сливать ее из системы и заливать свежую смесь антифриза и воды. </w:t>
      </w:r>
    </w:p>
    <w:p w14:paraId="2C85977E" w14:textId="77777777" w:rsidR="00A97ACA" w:rsidRPr="00BD24B4" w:rsidRDefault="00A97ACA">
      <w:pPr>
        <w:rPr>
          <w:rFonts w:cs="Times New Roman"/>
          <w:lang w:val="ru-RU"/>
        </w:rPr>
      </w:pPr>
    </w:p>
    <w:p w14:paraId="320A95F0" w14:textId="77777777" w:rsidR="0056157D" w:rsidRPr="00BD24B4" w:rsidRDefault="00813657">
      <w:pPr>
        <w:rPr>
          <w:rFonts w:cs="Times New Roman"/>
          <w:lang w:val="ru-RU"/>
        </w:rPr>
      </w:pPr>
      <w:r w:rsidRPr="00BD24B4">
        <w:rPr>
          <w:rFonts w:cs="Times New Roman"/>
          <w:lang w:val="ru-RU"/>
        </w:rPr>
        <w:t xml:space="preserve">Медленно доливать охлаждающую жидкость с помощью воронки через заливную горловину радиатора по мере необходимости. </w:t>
      </w:r>
    </w:p>
    <w:p w14:paraId="4CA9FC0E" w14:textId="744B4367" w:rsidR="00515DAF" w:rsidRPr="00BD24B4" w:rsidRDefault="00515DAF">
      <w:pPr>
        <w:rPr>
          <w:rFonts w:cs="Times New Roman"/>
          <w:lang w:val="ru-RU"/>
        </w:rPr>
      </w:pPr>
    </w:p>
    <w:p w14:paraId="14263CA3" w14:textId="7851B9A2" w:rsidR="008C1A7E" w:rsidRPr="007B4CE3" w:rsidRDefault="008C1A7E">
      <w:pPr>
        <w:spacing w:after="200" w:line="276" w:lineRule="auto"/>
        <w:rPr>
          <w:rFonts w:cs="Times New Roman"/>
          <w:lang w:val="ru-RU"/>
        </w:rPr>
      </w:pPr>
    </w:p>
    <w:p w14:paraId="4A3C5967" w14:textId="77777777" w:rsidR="008C1A7E" w:rsidRPr="007B4CE3" w:rsidRDefault="008C1A7E" w:rsidP="008C1A7E">
      <w:pPr>
        <w:rPr>
          <w:lang w:val="ru-RU"/>
        </w:rPr>
      </w:pPr>
    </w:p>
    <w:p w14:paraId="2C70812B" w14:textId="77777777" w:rsidR="006678A8" w:rsidRDefault="006678A8" w:rsidP="008C1A7E">
      <w:pPr>
        <w:pStyle w:val="bold12"/>
      </w:pPr>
    </w:p>
    <w:p w14:paraId="7EBE6097" w14:textId="77777777" w:rsidR="006678A8" w:rsidRDefault="006678A8" w:rsidP="008C1A7E">
      <w:pPr>
        <w:pStyle w:val="bold12"/>
      </w:pPr>
    </w:p>
    <w:p w14:paraId="7111F043" w14:textId="77777777" w:rsidR="006678A8" w:rsidRDefault="006678A8" w:rsidP="008C1A7E">
      <w:pPr>
        <w:pStyle w:val="bold12"/>
      </w:pPr>
    </w:p>
    <w:p w14:paraId="729DDFB0" w14:textId="77777777" w:rsidR="006678A8" w:rsidRDefault="006678A8" w:rsidP="008C1A7E">
      <w:pPr>
        <w:pStyle w:val="bold12"/>
      </w:pPr>
    </w:p>
    <w:p w14:paraId="3A31F0B0" w14:textId="77777777" w:rsidR="006678A8" w:rsidRDefault="006678A8" w:rsidP="008C1A7E">
      <w:pPr>
        <w:pStyle w:val="bold12"/>
      </w:pPr>
    </w:p>
    <w:p w14:paraId="6BB2D88A" w14:textId="77777777" w:rsidR="006678A8" w:rsidRDefault="006678A8" w:rsidP="008C1A7E">
      <w:pPr>
        <w:pStyle w:val="bold12"/>
      </w:pPr>
    </w:p>
    <w:p w14:paraId="334A8E3D" w14:textId="77777777" w:rsidR="006678A8" w:rsidRDefault="006678A8" w:rsidP="008C1A7E">
      <w:pPr>
        <w:pStyle w:val="bold12"/>
      </w:pPr>
    </w:p>
    <w:p w14:paraId="77F8375A" w14:textId="77777777" w:rsidR="006678A8" w:rsidRDefault="006678A8" w:rsidP="008C1A7E">
      <w:pPr>
        <w:pStyle w:val="bold12"/>
      </w:pPr>
    </w:p>
    <w:p w14:paraId="5A2B0CF7" w14:textId="77777777" w:rsidR="006678A8" w:rsidRDefault="006678A8" w:rsidP="008C1A7E">
      <w:pPr>
        <w:pStyle w:val="bold12"/>
      </w:pPr>
    </w:p>
    <w:p w14:paraId="69B69338" w14:textId="77777777" w:rsidR="006678A8" w:rsidRDefault="006678A8" w:rsidP="008C1A7E">
      <w:pPr>
        <w:pStyle w:val="bold12"/>
      </w:pPr>
    </w:p>
    <w:p w14:paraId="14078969" w14:textId="77777777" w:rsidR="006678A8" w:rsidRDefault="006678A8" w:rsidP="008C1A7E">
      <w:pPr>
        <w:pStyle w:val="bold12"/>
      </w:pPr>
    </w:p>
    <w:p w14:paraId="2CE0367F" w14:textId="77777777" w:rsidR="006678A8" w:rsidRDefault="006678A8" w:rsidP="008C1A7E">
      <w:pPr>
        <w:pStyle w:val="bold12"/>
      </w:pPr>
    </w:p>
    <w:p w14:paraId="3E26E49D" w14:textId="77777777" w:rsidR="006678A8" w:rsidRDefault="006678A8" w:rsidP="008C1A7E">
      <w:pPr>
        <w:pStyle w:val="bold12"/>
      </w:pPr>
    </w:p>
    <w:p w14:paraId="7B3D75A8" w14:textId="77777777" w:rsidR="006678A8" w:rsidRDefault="006678A8" w:rsidP="008C1A7E">
      <w:pPr>
        <w:pStyle w:val="bold12"/>
      </w:pPr>
    </w:p>
    <w:p w14:paraId="1101BD03" w14:textId="77777777" w:rsidR="006678A8" w:rsidRDefault="006678A8" w:rsidP="008C1A7E">
      <w:pPr>
        <w:pStyle w:val="bold12"/>
      </w:pPr>
    </w:p>
    <w:p w14:paraId="08EC79EB" w14:textId="77777777" w:rsidR="006678A8" w:rsidRDefault="006678A8" w:rsidP="008C1A7E">
      <w:pPr>
        <w:pStyle w:val="bold12"/>
      </w:pPr>
    </w:p>
    <w:p w14:paraId="33A9D453" w14:textId="0ABCD2B7" w:rsidR="0056157D" w:rsidRPr="00BD24B4" w:rsidRDefault="00813657" w:rsidP="008C1A7E">
      <w:pPr>
        <w:pStyle w:val="bold12"/>
      </w:pPr>
      <w:r w:rsidRPr="00BD24B4">
        <w:t>Топливн</w:t>
      </w:r>
      <w:r w:rsidR="004E192F">
        <w:t>ая система</w:t>
      </w:r>
      <w:r w:rsidRPr="00BD24B4">
        <w:t xml:space="preserve"> </w:t>
      </w:r>
    </w:p>
    <w:tbl>
      <w:tblPr>
        <w:tblStyle w:val="44"/>
        <w:tblW w:w="5000" w:type="pct"/>
        <w:tblCellMar>
          <w:top w:w="85" w:type="dxa"/>
          <w:bottom w:w="85" w:type="dxa"/>
        </w:tblCellMar>
        <w:tblLook w:val="04A0" w:firstRow="1" w:lastRow="0" w:firstColumn="1" w:lastColumn="0" w:noHBand="0" w:noVBand="1"/>
      </w:tblPr>
      <w:tblGrid>
        <w:gridCol w:w="800"/>
        <w:gridCol w:w="5801"/>
      </w:tblGrid>
      <w:tr w:rsidR="008C1A7E" w:rsidRPr="00BD24B4" w14:paraId="51F00B27" w14:textId="77777777" w:rsidTr="00A97ACA">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42D6ED43" w14:textId="77777777" w:rsidR="008C1A7E" w:rsidRPr="00BD24B4" w:rsidRDefault="008C1A7E" w:rsidP="00A97ACA">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A58F65C" w14:textId="77777777" w:rsidR="008C1A7E" w:rsidRPr="00BD24B4" w:rsidRDefault="008C1A7E" w:rsidP="00A97ACA">
            <w:pPr>
              <w:pStyle w:val="afff"/>
            </w:pPr>
            <w:r w:rsidRPr="00BD24B4">
              <w:t>ПРЕДУПРЕЖДЕНИЕ</w:t>
            </w:r>
          </w:p>
        </w:tc>
      </w:tr>
      <w:tr w:rsidR="008C1A7E" w:rsidRPr="00707D8A" w14:paraId="270968BD" w14:textId="77777777" w:rsidTr="00A97ACA">
        <w:tc>
          <w:tcPr>
            <w:tcW w:w="5000" w:type="pct"/>
            <w:gridSpan w:val="2"/>
            <w:tcBorders>
              <w:top w:val="single" w:sz="4" w:space="0" w:color="auto"/>
              <w:left w:val="nil"/>
              <w:right w:val="nil"/>
            </w:tcBorders>
          </w:tcPr>
          <w:p w14:paraId="0240DDA0" w14:textId="22AB7F25" w:rsidR="008C1A7E" w:rsidRPr="00BD24B4" w:rsidRDefault="008C1A7E" w:rsidP="00E01FC8">
            <w:pPr>
              <w:pStyle w:val="b"/>
            </w:pPr>
            <w:r w:rsidRPr="00BD24B4">
              <w:t xml:space="preserve">Бензин очень горюч и при определенных условиях взрывоопасен. </w:t>
            </w:r>
          </w:p>
          <w:p w14:paraId="0D82E692" w14:textId="3C90C47E" w:rsidR="008C1A7E" w:rsidRPr="00BD24B4" w:rsidRDefault="008C1A7E" w:rsidP="00E01FC8">
            <w:pPr>
              <w:pStyle w:val="b"/>
            </w:pPr>
            <w:r w:rsidRPr="00BD24B4">
              <w:t xml:space="preserve">Всегда соблюдать предельную осторожность при обращении с бензином. </w:t>
            </w:r>
          </w:p>
          <w:p w14:paraId="71D41F4B" w14:textId="54107F9F" w:rsidR="008C1A7E" w:rsidRPr="00BD24B4" w:rsidRDefault="008C1A7E" w:rsidP="00E01FC8">
            <w:pPr>
              <w:pStyle w:val="b"/>
            </w:pPr>
            <w:r w:rsidRPr="00BD24B4">
              <w:t xml:space="preserve">Заправляться только при остановленном двигателе и выключенном ключе зажигания, на открытом воздухе или в хорошо вентилируемом месте. </w:t>
            </w:r>
          </w:p>
          <w:p w14:paraId="71C17030" w14:textId="5BE95270" w:rsidR="008C1A7E" w:rsidRPr="00BD24B4" w:rsidRDefault="008C1A7E" w:rsidP="00E01FC8">
            <w:pPr>
              <w:pStyle w:val="b"/>
            </w:pPr>
            <w:r w:rsidRPr="00BD24B4">
              <w:t xml:space="preserve">Не курить и не допускать возникновения открытого огня или искр в месте заправки или хранения бензина или рядом с ним. </w:t>
            </w:r>
          </w:p>
          <w:p w14:paraId="24F9C9AA" w14:textId="7918D5C2" w:rsidR="008C1A7E" w:rsidRPr="00BD24B4" w:rsidRDefault="008C1A7E" w:rsidP="00E01FC8">
            <w:pPr>
              <w:pStyle w:val="b"/>
            </w:pPr>
            <w:r w:rsidRPr="00BD24B4">
              <w:t xml:space="preserve">Не переполнять бак. Максимальный уровень топлива в баке- 20мм до нижней кромки заливной горловины. </w:t>
            </w:r>
          </w:p>
          <w:p w14:paraId="1DBA4BB6" w14:textId="0AED4235" w:rsidR="008C1A7E" w:rsidRPr="00BD24B4" w:rsidRDefault="008C1A7E" w:rsidP="00E01FC8">
            <w:pPr>
              <w:pStyle w:val="b"/>
            </w:pPr>
            <w:r w:rsidRPr="00BD24B4">
              <w:t xml:space="preserve">Если бензин попал на кожу или одежду, необходимо немедленно смыть его водой с мылом и сменить одежду. </w:t>
            </w:r>
          </w:p>
          <w:p w14:paraId="10FF23B4" w14:textId="65965E7C" w:rsidR="008C1A7E" w:rsidRPr="00BD24B4" w:rsidRDefault="008C1A7E" w:rsidP="00E01FC8">
            <w:pPr>
              <w:pStyle w:val="b"/>
              <w:rPr>
                <w:lang w:eastAsia="ru-RU"/>
              </w:rPr>
            </w:pPr>
            <w:r w:rsidRPr="00BD24B4">
              <w:t xml:space="preserve">Никогда не запускать двигатель в закрытом помещении и не допускать его работу там. Выхлопные </w:t>
            </w:r>
            <w:proofErr w:type="spellStart"/>
            <w:proofErr w:type="gramStart"/>
            <w:r w:rsidRPr="00BD24B4">
              <w:t>газы</w:t>
            </w:r>
            <w:proofErr w:type="spellEnd"/>
            <w:r w:rsidRPr="00BD24B4">
              <w:t xml:space="preserve">  двигателей</w:t>
            </w:r>
            <w:proofErr w:type="gramEnd"/>
            <w:r w:rsidRPr="00BD24B4">
              <w:t xml:space="preserve"> внутреннего сгорания ядовиты и за короткое время могут привести к потере сознания и смерти.</w:t>
            </w:r>
          </w:p>
        </w:tc>
      </w:tr>
    </w:tbl>
    <w:p w14:paraId="6F6DEF80" w14:textId="32143F33" w:rsidR="0056157D" w:rsidRPr="00BD24B4" w:rsidRDefault="00F9266B" w:rsidP="003659B8">
      <w:pPr>
        <w:rPr>
          <w:rFonts w:cs="Times New Roman"/>
          <w:lang w:val="ru-RU"/>
        </w:rPr>
      </w:pPr>
      <w:r>
        <w:rPr>
          <w:rFonts w:cs="Times New Roman"/>
          <w:noProof/>
          <w:lang w:val="ru-RU"/>
        </w:rPr>
        <w:drawing>
          <wp:inline distT="0" distB="0" distL="0" distR="0" wp14:anchorId="3E8BD43B" wp14:editId="1B694F4F">
            <wp:extent cx="4198620" cy="2311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8620" cy="2311400"/>
                    </a:xfrm>
                    <a:prstGeom prst="rect">
                      <a:avLst/>
                    </a:prstGeom>
                    <a:noFill/>
                    <a:ln>
                      <a:noFill/>
                    </a:ln>
                  </pic:spPr>
                </pic:pic>
              </a:graphicData>
            </a:graphic>
          </wp:inline>
        </w:drawing>
      </w:r>
      <w:r w:rsidR="00813657" w:rsidRPr="00BD24B4">
        <w:rPr>
          <w:rFonts w:cs="Times New Roman"/>
          <w:lang w:val="ru-RU"/>
        </w:rPr>
        <w:t xml:space="preserve">Крышка заливной горловины топливного бака (1) расположена </w:t>
      </w:r>
      <w:r w:rsidR="00C10B00" w:rsidRPr="00BD24B4">
        <w:rPr>
          <w:rFonts w:cs="Times New Roman"/>
          <w:lang w:val="ru-RU"/>
        </w:rPr>
        <w:t xml:space="preserve">между рулем и сидящим на </w:t>
      </w:r>
      <w:proofErr w:type="spellStart"/>
      <w:r w:rsidR="00C10B00" w:rsidRPr="00BD24B4">
        <w:rPr>
          <w:rFonts w:cs="Times New Roman"/>
          <w:lang w:val="ru-RU"/>
        </w:rPr>
        <w:t>квадрицикле</w:t>
      </w:r>
      <w:proofErr w:type="spellEnd"/>
      <w:r w:rsidR="00C10B00" w:rsidRPr="00BD24B4">
        <w:rPr>
          <w:rFonts w:cs="Times New Roman"/>
          <w:lang w:val="ru-RU"/>
        </w:rPr>
        <w:t xml:space="preserve"> водителем.</w:t>
      </w:r>
    </w:p>
    <w:p w14:paraId="3378F343" w14:textId="77777777" w:rsidR="0056157D" w:rsidRPr="00BD24B4" w:rsidRDefault="00813657" w:rsidP="003659B8">
      <w:pPr>
        <w:rPr>
          <w:rFonts w:cs="Times New Roman"/>
          <w:lang w:val="ru-RU"/>
        </w:rPr>
      </w:pPr>
      <w:r w:rsidRPr="00BD24B4">
        <w:rPr>
          <w:rFonts w:cs="Times New Roman"/>
          <w:lang w:val="ru-RU"/>
        </w:rPr>
        <w:t xml:space="preserve">Емкость бака </w:t>
      </w:r>
      <w:r w:rsidR="00C10B00" w:rsidRPr="00BD24B4">
        <w:rPr>
          <w:rFonts w:cs="Times New Roman"/>
          <w:lang w:val="ru-RU"/>
        </w:rPr>
        <w:t>17.4 литра. Полезный объем топлива может быть немного меньше заявленного объема топливного бака</w:t>
      </w:r>
      <w:r w:rsidRPr="00BD24B4">
        <w:rPr>
          <w:rFonts w:cs="Times New Roman"/>
          <w:lang w:val="ru-RU"/>
        </w:rPr>
        <w:t xml:space="preserve">. </w:t>
      </w:r>
    </w:p>
    <w:p w14:paraId="57335C91" w14:textId="77777777" w:rsidR="0056157D" w:rsidRPr="00BD24B4" w:rsidRDefault="00813657" w:rsidP="003659B8">
      <w:pPr>
        <w:rPr>
          <w:rFonts w:cs="Times New Roman"/>
          <w:lang w:val="ru-RU"/>
        </w:rPr>
      </w:pPr>
      <w:r w:rsidRPr="00BD24B4">
        <w:rPr>
          <w:rFonts w:cs="Times New Roman"/>
          <w:lang w:val="ru-RU"/>
        </w:rPr>
        <w:t>Необходимо использовать обычный неэтилированный бензин</w:t>
      </w:r>
      <w:r w:rsidR="00C10B00" w:rsidRPr="00BD24B4">
        <w:rPr>
          <w:rFonts w:cs="Times New Roman"/>
          <w:lang w:val="ru-RU"/>
        </w:rPr>
        <w:t xml:space="preserve"> с октановым числом не ниже 92</w:t>
      </w:r>
      <w:r w:rsidRPr="00BD24B4">
        <w:rPr>
          <w:rFonts w:cs="Times New Roman"/>
          <w:lang w:val="ru-RU"/>
        </w:rPr>
        <w:t xml:space="preserve">. </w:t>
      </w:r>
    </w:p>
    <w:p w14:paraId="21FE1610" w14:textId="1171BEAC" w:rsidR="0056157D" w:rsidRPr="00BD24B4" w:rsidRDefault="00813657" w:rsidP="003659B8">
      <w:pPr>
        <w:rPr>
          <w:rFonts w:cs="Times New Roman"/>
          <w:lang w:val="ru-RU"/>
        </w:rPr>
      </w:pPr>
      <w:r w:rsidRPr="00BD24B4">
        <w:rPr>
          <w:rFonts w:cs="Times New Roman"/>
          <w:lang w:val="ru-RU"/>
        </w:rPr>
        <w:t xml:space="preserve"> </w:t>
      </w:r>
    </w:p>
    <w:p w14:paraId="609985F0" w14:textId="174C6872" w:rsidR="0056157D" w:rsidRPr="00BD24B4" w:rsidRDefault="00813657" w:rsidP="008C1A7E">
      <w:pPr>
        <w:pStyle w:val="bold12"/>
      </w:pPr>
      <w:r w:rsidRPr="00BD24B4">
        <w:t xml:space="preserve">Топливный фильтр </w:t>
      </w:r>
    </w:p>
    <w:p w14:paraId="27C63E7B" w14:textId="282B1634" w:rsidR="0056157D" w:rsidRPr="00BD24B4" w:rsidRDefault="00813657" w:rsidP="003659B8">
      <w:pPr>
        <w:rPr>
          <w:rFonts w:cs="Times New Roman"/>
          <w:lang w:val="ru-RU"/>
        </w:rPr>
      </w:pPr>
      <w:r w:rsidRPr="00BD24B4">
        <w:rPr>
          <w:rFonts w:cs="Times New Roman"/>
          <w:lang w:val="ru-RU"/>
        </w:rPr>
        <w:t xml:space="preserve"> </w:t>
      </w:r>
    </w:p>
    <w:p w14:paraId="706195F5" w14:textId="141A429D" w:rsidR="0056157D" w:rsidRPr="00BD24B4" w:rsidRDefault="00813657" w:rsidP="003659B8">
      <w:pPr>
        <w:rPr>
          <w:rFonts w:cs="Times New Roman"/>
          <w:lang w:val="ru-RU"/>
        </w:rPr>
      </w:pPr>
      <w:r w:rsidRPr="00BD24B4">
        <w:rPr>
          <w:rFonts w:cs="Times New Roman"/>
          <w:lang w:val="ru-RU"/>
        </w:rPr>
        <w:t>Фильтр</w:t>
      </w:r>
      <w:r w:rsidR="007379D8" w:rsidRPr="007379D8">
        <w:rPr>
          <w:rFonts w:cs="Times New Roman"/>
          <w:lang w:val="ru-RU"/>
        </w:rPr>
        <w:t xml:space="preserve"> (2)</w:t>
      </w:r>
      <w:r w:rsidRPr="00BD24B4">
        <w:rPr>
          <w:rFonts w:cs="Times New Roman"/>
          <w:lang w:val="ru-RU"/>
        </w:rPr>
        <w:t xml:space="preserve"> подлежит замене </w:t>
      </w:r>
      <w:r w:rsidR="00C10B00" w:rsidRPr="00BD24B4">
        <w:rPr>
          <w:rFonts w:cs="Times New Roman"/>
          <w:lang w:val="ru-RU"/>
        </w:rPr>
        <w:t xml:space="preserve">согласно регламенту технического обслуживания (приложение к </w:t>
      </w:r>
      <w:r w:rsidR="008230B8" w:rsidRPr="00BD24B4">
        <w:rPr>
          <w:rFonts w:cs="Times New Roman"/>
          <w:lang w:val="ru-RU"/>
        </w:rPr>
        <w:t>руководству) или</w:t>
      </w:r>
      <w:r w:rsidRPr="00BD24B4">
        <w:rPr>
          <w:rFonts w:cs="Times New Roman"/>
          <w:lang w:val="ru-RU"/>
        </w:rPr>
        <w:t xml:space="preserve"> ежегодно. Замену осуществляет ваш дилер. </w:t>
      </w:r>
    </w:p>
    <w:p w14:paraId="4BA8EC25" w14:textId="772C58BE" w:rsidR="0056157D" w:rsidRPr="00BD24B4" w:rsidRDefault="00813657" w:rsidP="003659B8">
      <w:pPr>
        <w:rPr>
          <w:rFonts w:cs="Times New Roman"/>
          <w:lang w:val="ru-RU"/>
        </w:rPr>
      </w:pPr>
      <w:r w:rsidRPr="00BD24B4">
        <w:rPr>
          <w:rFonts w:cs="Times New Roman"/>
          <w:lang w:val="ru-RU"/>
        </w:rPr>
        <w:t xml:space="preserve">Чистить топливный фильтр запрещается. </w:t>
      </w:r>
    </w:p>
    <w:p w14:paraId="5D933979" w14:textId="726AE972" w:rsidR="0056157D" w:rsidRPr="00BD24B4" w:rsidRDefault="00813657" w:rsidP="003659B8">
      <w:pPr>
        <w:rPr>
          <w:rFonts w:cs="Times New Roman"/>
          <w:lang w:val="ru-RU"/>
        </w:rPr>
      </w:pPr>
      <w:r w:rsidRPr="00BD24B4">
        <w:rPr>
          <w:rFonts w:cs="Times New Roman"/>
          <w:lang w:val="ru-RU"/>
        </w:rPr>
        <w:t xml:space="preserve"> </w:t>
      </w:r>
    </w:p>
    <w:p w14:paraId="0458E5F8" w14:textId="4E7A3004" w:rsidR="00BD3B42" w:rsidRDefault="00BD3B42" w:rsidP="008C1A7E">
      <w:pPr>
        <w:pStyle w:val="bold12"/>
      </w:pPr>
    </w:p>
    <w:p w14:paraId="4A9CD52F" w14:textId="77777777" w:rsidR="00BD3B42" w:rsidRDefault="00BD3B42" w:rsidP="008C1A7E">
      <w:pPr>
        <w:pStyle w:val="bold12"/>
      </w:pPr>
    </w:p>
    <w:p w14:paraId="038E189D" w14:textId="77777777" w:rsidR="00BD3B42" w:rsidRDefault="00BD3B42" w:rsidP="008C1A7E">
      <w:pPr>
        <w:pStyle w:val="bold12"/>
      </w:pPr>
    </w:p>
    <w:p w14:paraId="3FE2F941" w14:textId="77777777" w:rsidR="00F9266B" w:rsidRDefault="00F9266B" w:rsidP="008C1A7E">
      <w:pPr>
        <w:pStyle w:val="bold12"/>
      </w:pPr>
    </w:p>
    <w:p w14:paraId="5DAA303B" w14:textId="77777777" w:rsidR="006678A8" w:rsidRDefault="006678A8" w:rsidP="008C1A7E">
      <w:pPr>
        <w:pStyle w:val="bold12"/>
      </w:pPr>
    </w:p>
    <w:p w14:paraId="426090FE" w14:textId="000868D4" w:rsidR="0056157D" w:rsidRPr="00BD24B4" w:rsidRDefault="00C10B00" w:rsidP="008C1A7E">
      <w:pPr>
        <w:pStyle w:val="bold12"/>
      </w:pPr>
      <w:r w:rsidRPr="00BD24B4">
        <w:lastRenderedPageBreak/>
        <w:t>Система смазки</w:t>
      </w:r>
      <w:r w:rsidR="00813657" w:rsidRPr="00BD24B4">
        <w:t xml:space="preserve"> </w:t>
      </w:r>
    </w:p>
    <w:p w14:paraId="63F735FF" w14:textId="77777777" w:rsidR="0056157D" w:rsidRPr="00BD24B4" w:rsidRDefault="00813657" w:rsidP="003659B8">
      <w:pPr>
        <w:rPr>
          <w:rFonts w:cs="Times New Roman"/>
          <w:lang w:val="ru-RU"/>
        </w:rPr>
      </w:pPr>
      <w:r w:rsidRPr="00BD24B4">
        <w:rPr>
          <w:rFonts w:cs="Times New Roman"/>
          <w:lang w:val="ru-RU"/>
        </w:rPr>
        <w:t xml:space="preserve"> </w:t>
      </w:r>
    </w:p>
    <w:p w14:paraId="200E0FE7" w14:textId="77777777" w:rsidR="0056157D" w:rsidRPr="00BD24B4" w:rsidRDefault="00813657" w:rsidP="003659B8">
      <w:pPr>
        <w:rPr>
          <w:rFonts w:cs="Times New Roman"/>
          <w:lang w:val="ru-RU"/>
        </w:rPr>
      </w:pPr>
      <w:r w:rsidRPr="00BD24B4">
        <w:rPr>
          <w:rFonts w:cs="Times New Roman"/>
          <w:lang w:val="ru-RU"/>
        </w:rPr>
        <w:t xml:space="preserve">Масляный </w:t>
      </w:r>
      <w:r w:rsidR="00C10B00" w:rsidRPr="00BD24B4">
        <w:rPr>
          <w:rFonts w:cs="Times New Roman"/>
          <w:lang w:val="ru-RU"/>
        </w:rPr>
        <w:t>щуп</w:t>
      </w:r>
      <w:r w:rsidRPr="00BD24B4">
        <w:rPr>
          <w:rFonts w:cs="Times New Roman"/>
          <w:lang w:val="ru-RU"/>
        </w:rPr>
        <w:t xml:space="preserve"> расположен справа от двигателя. </w:t>
      </w:r>
    </w:p>
    <w:p w14:paraId="3FBC995D" w14:textId="77777777" w:rsidR="0056157D" w:rsidRPr="00BD24B4" w:rsidRDefault="00813657" w:rsidP="003659B8">
      <w:pPr>
        <w:rPr>
          <w:rFonts w:cs="Times New Roman"/>
          <w:lang w:val="ru-RU"/>
        </w:rPr>
      </w:pPr>
      <w:r w:rsidRPr="00BD24B4">
        <w:rPr>
          <w:rFonts w:cs="Times New Roman"/>
          <w:lang w:val="ru-RU"/>
        </w:rPr>
        <w:t xml:space="preserve">Чтобы проверить уровень масла: </w:t>
      </w:r>
    </w:p>
    <w:p w14:paraId="0057EAA0" w14:textId="77777777" w:rsidR="003C3FAA" w:rsidRPr="00BD24B4" w:rsidRDefault="003C3FAA" w:rsidP="003659B8">
      <w:pPr>
        <w:rPr>
          <w:rFonts w:cs="Times New Roman"/>
          <w:lang w:val="ru-RU"/>
        </w:rPr>
      </w:pPr>
    </w:p>
    <w:p w14:paraId="5A075118" w14:textId="4E73CABB" w:rsidR="0056157D" w:rsidRPr="00BD24B4" w:rsidRDefault="004E192F" w:rsidP="0014427F">
      <w:pPr>
        <w:pStyle w:val="n"/>
        <w:numPr>
          <w:ilvl w:val="0"/>
          <w:numId w:val="22"/>
        </w:numPr>
        <w:spacing w:after="0"/>
        <w:ind w:left="425"/>
      </w:pPr>
      <w:r>
        <w:t xml:space="preserve">        </w:t>
      </w:r>
      <w:r w:rsidR="00813657" w:rsidRPr="00BD24B4">
        <w:t xml:space="preserve">Установить </w:t>
      </w:r>
      <w:proofErr w:type="spellStart"/>
      <w:r w:rsidR="00C10B00" w:rsidRPr="00BD24B4">
        <w:t>квадрицикл</w:t>
      </w:r>
      <w:proofErr w:type="spellEnd"/>
      <w:r w:rsidR="00813657" w:rsidRPr="00BD24B4">
        <w:t xml:space="preserve"> на </w:t>
      </w:r>
      <w:r w:rsidR="00C10B00" w:rsidRPr="00BD24B4">
        <w:t>горизонтальную</w:t>
      </w:r>
      <w:r w:rsidR="00813657" w:rsidRPr="00BD24B4">
        <w:t xml:space="preserve"> поверхность. </w:t>
      </w:r>
    </w:p>
    <w:p w14:paraId="667C43A7" w14:textId="0969D92B" w:rsidR="0056157D" w:rsidRPr="00BD24B4" w:rsidRDefault="00813657" w:rsidP="0014427F">
      <w:pPr>
        <w:pStyle w:val="n"/>
        <w:spacing w:after="0"/>
      </w:pPr>
      <w:r w:rsidRPr="00BD24B4">
        <w:t xml:space="preserve">Запустить двигатель и дать ему поработать на холостом ходу </w:t>
      </w:r>
      <w:r w:rsidR="00C10B00" w:rsidRPr="00BD24B4">
        <w:t>20-30 секунд</w:t>
      </w:r>
      <w:r w:rsidRPr="00BD24B4">
        <w:t xml:space="preserve">. </w:t>
      </w:r>
    </w:p>
    <w:p w14:paraId="4E09CFC5" w14:textId="43B55182" w:rsidR="0056157D" w:rsidRPr="00BD24B4" w:rsidRDefault="00813657" w:rsidP="0014427F">
      <w:pPr>
        <w:pStyle w:val="n"/>
        <w:spacing w:after="0"/>
      </w:pPr>
      <w:r w:rsidRPr="00BD24B4">
        <w:t xml:space="preserve">Заглушить двигатель, </w:t>
      </w:r>
      <w:r w:rsidR="00C10B00" w:rsidRPr="00BD24B4">
        <w:t>вывинтить</w:t>
      </w:r>
      <w:r w:rsidRPr="00BD24B4">
        <w:t xml:space="preserve"> масляный щуп (1) и вытереть его насухо чистой тканью. </w:t>
      </w:r>
    </w:p>
    <w:p w14:paraId="3A3DD924" w14:textId="69194E2C" w:rsidR="0056157D" w:rsidRPr="00BD24B4" w:rsidRDefault="00813657" w:rsidP="0014427F">
      <w:pPr>
        <w:pStyle w:val="n"/>
        <w:spacing w:after="0"/>
      </w:pPr>
      <w:r w:rsidRPr="00BD24B4">
        <w:t xml:space="preserve">Вставить щуп в </w:t>
      </w:r>
      <w:r w:rsidR="00C10B00" w:rsidRPr="00BD24B4">
        <w:t xml:space="preserve">двигатель до касания резьбой </w:t>
      </w:r>
      <w:r w:rsidR="003659B8" w:rsidRPr="00BD24B4">
        <w:t>(не</w:t>
      </w:r>
      <w:r w:rsidRPr="00BD24B4">
        <w:t xml:space="preserve"> вкручивать его внутрь), после чего извлечь, чтобы проверить уровень масла. </w:t>
      </w:r>
    </w:p>
    <w:p w14:paraId="2F9501C6" w14:textId="4C2D823F" w:rsidR="0056157D" w:rsidRDefault="00813657" w:rsidP="0014427F">
      <w:pPr>
        <w:pStyle w:val="n"/>
        <w:spacing w:after="0"/>
      </w:pPr>
      <w:r w:rsidRPr="00BD24B4">
        <w:t xml:space="preserve">Извлечь щуп и проверить, что уровень масла находится </w:t>
      </w:r>
      <w:r w:rsidR="003659B8" w:rsidRPr="00BD24B4">
        <w:t xml:space="preserve">в пределах насечки на </w:t>
      </w:r>
      <w:proofErr w:type="gramStart"/>
      <w:r w:rsidR="003659B8" w:rsidRPr="00BD24B4">
        <w:t>щупе</w:t>
      </w:r>
      <w:r w:rsidR="001C7D1C">
        <w:t>(</w:t>
      </w:r>
      <w:proofErr w:type="gramEnd"/>
      <w:r w:rsidR="001C7D1C">
        <w:t>2)</w:t>
      </w:r>
      <w:r w:rsidRPr="00BD24B4">
        <w:t xml:space="preserve">. </w:t>
      </w:r>
      <w:r w:rsidR="003659B8" w:rsidRPr="00BD24B4">
        <w:t>При низком уровне д</w:t>
      </w:r>
      <w:r w:rsidRPr="00BD24B4">
        <w:t xml:space="preserve">олить масло </w:t>
      </w:r>
      <w:r w:rsidR="003659B8" w:rsidRPr="00BD24B4">
        <w:t>до</w:t>
      </w:r>
      <w:r w:rsidRPr="00BD24B4">
        <w:t xml:space="preserve"> уровн</w:t>
      </w:r>
      <w:r w:rsidR="003659B8" w:rsidRPr="00BD24B4">
        <w:t>я</w:t>
      </w:r>
      <w:r w:rsidRPr="00BD24B4">
        <w:t xml:space="preserve"> на щупе. Не переливать. </w:t>
      </w:r>
    </w:p>
    <w:p w14:paraId="1C754760" w14:textId="5A3FFF05" w:rsidR="00BD3B42" w:rsidRDefault="00BD3B42" w:rsidP="00BD3B42">
      <w:pPr>
        <w:pStyle w:val="n"/>
        <w:numPr>
          <w:ilvl w:val="0"/>
          <w:numId w:val="0"/>
        </w:numPr>
        <w:spacing w:after="0"/>
        <w:ind w:left="720"/>
      </w:pPr>
    </w:p>
    <w:p w14:paraId="64275827" w14:textId="5FBE954E" w:rsidR="00BD3B42" w:rsidRPr="00BD24B4" w:rsidRDefault="001C7D1C" w:rsidP="00BD3B42">
      <w:pPr>
        <w:pStyle w:val="n"/>
        <w:numPr>
          <w:ilvl w:val="0"/>
          <w:numId w:val="0"/>
        </w:numPr>
        <w:spacing w:after="0"/>
        <w:ind w:left="720"/>
      </w:pPr>
      <w:r>
        <w:rPr>
          <w:rFonts w:ascii="Times New Roman" w:hAnsi="Times New Roman"/>
          <w:b/>
          <w:bCs/>
          <w:noProof/>
        </w:rPr>
        <w:drawing>
          <wp:inline distT="0" distB="0" distL="0" distR="0" wp14:anchorId="7B67B839" wp14:editId="7E1AA87C">
            <wp:extent cx="2169795" cy="1384935"/>
            <wp:effectExtent l="0" t="0" r="1905" b="5715"/>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9795" cy="1384935"/>
                    </a:xfrm>
                    <a:prstGeom prst="rect">
                      <a:avLst/>
                    </a:prstGeom>
                    <a:noFill/>
                    <a:ln>
                      <a:noFill/>
                    </a:ln>
                  </pic:spPr>
                </pic:pic>
              </a:graphicData>
            </a:graphic>
          </wp:inline>
        </w:drawing>
      </w:r>
    </w:p>
    <w:p w14:paraId="0E0C989E" w14:textId="77777777" w:rsidR="008C1A7E" w:rsidRPr="007B4CE3" w:rsidRDefault="008C1A7E" w:rsidP="008C1A7E">
      <w:pPr>
        <w:rPr>
          <w:lang w:val="ru-RU"/>
        </w:rPr>
      </w:pPr>
    </w:p>
    <w:tbl>
      <w:tblPr>
        <w:tblStyle w:val="aff1"/>
        <w:tblW w:w="5000" w:type="pct"/>
        <w:tblCellMar>
          <w:top w:w="85" w:type="dxa"/>
          <w:bottom w:w="85" w:type="dxa"/>
        </w:tblCellMar>
        <w:tblLook w:val="04A0" w:firstRow="1" w:lastRow="0" w:firstColumn="1" w:lastColumn="0" w:noHBand="0" w:noVBand="1"/>
      </w:tblPr>
      <w:tblGrid>
        <w:gridCol w:w="800"/>
        <w:gridCol w:w="5801"/>
      </w:tblGrid>
      <w:tr w:rsidR="008C1A7E" w:rsidRPr="00BD24B4" w14:paraId="012327F1" w14:textId="77777777" w:rsidTr="00A97ACA">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14479C2D" w14:textId="77777777" w:rsidR="008C1A7E" w:rsidRPr="00BD24B4" w:rsidRDefault="008C1A7E" w:rsidP="00A97ACA">
            <w:pPr>
              <w:pStyle w:val="1b"/>
              <w:rPr>
                <w:rFonts w:cs="Times New Roman"/>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A3F155C" w14:textId="77777777" w:rsidR="008C1A7E" w:rsidRPr="00BD24B4" w:rsidRDefault="008C1A7E" w:rsidP="00A97ACA">
            <w:pPr>
              <w:pStyle w:val="afff"/>
              <w:rPr>
                <w:lang w:val="ru-RU"/>
              </w:rPr>
            </w:pPr>
            <w:r w:rsidRPr="00BD24B4">
              <w:t>ВНИМАНИЕ</w:t>
            </w:r>
          </w:p>
        </w:tc>
      </w:tr>
      <w:tr w:rsidR="008C1A7E" w:rsidRPr="00707D8A" w14:paraId="2CEF41D0" w14:textId="77777777" w:rsidTr="00A97ACA">
        <w:tc>
          <w:tcPr>
            <w:tcW w:w="5000" w:type="pct"/>
            <w:gridSpan w:val="2"/>
            <w:tcBorders>
              <w:top w:val="single" w:sz="4" w:space="0" w:color="auto"/>
              <w:left w:val="nil"/>
              <w:right w:val="nil"/>
            </w:tcBorders>
          </w:tcPr>
          <w:p w14:paraId="6E8EFFFC" w14:textId="7D4EBBFF" w:rsidR="008C1A7E" w:rsidRPr="00BD24B4" w:rsidRDefault="008C1A7E" w:rsidP="008C1A7E">
            <w:pPr>
              <w:spacing w:line="276" w:lineRule="auto"/>
              <w:jc w:val="both"/>
              <w:rPr>
                <w:rFonts w:cs="Times New Roman"/>
                <w:lang w:val="ru"/>
              </w:rPr>
            </w:pPr>
            <w:r w:rsidRPr="00BD24B4">
              <w:rPr>
                <w:rFonts w:cs="Times New Roman"/>
                <w:lang w:val="ru"/>
              </w:rPr>
              <w:t>Использовать только моторное масло для бензиновых 4х тактных двигателей</w:t>
            </w:r>
            <w:r w:rsidR="00ED1E20">
              <w:rPr>
                <w:rFonts w:cs="Times New Roman"/>
                <w:lang w:val="ru"/>
              </w:rPr>
              <w:t xml:space="preserve"> </w:t>
            </w:r>
            <w:r w:rsidR="004E192F">
              <w:rPr>
                <w:rFonts w:cs="Times New Roman"/>
                <w:lang w:val="ru-RU"/>
              </w:rPr>
              <w:t>стандарта</w:t>
            </w:r>
            <w:r w:rsidR="004E192F" w:rsidRPr="004E192F">
              <w:rPr>
                <w:rFonts w:cs="Times New Roman"/>
                <w:lang w:val="ru-RU"/>
              </w:rPr>
              <w:t xml:space="preserve">  </w:t>
            </w:r>
            <w:r w:rsidR="004E192F">
              <w:rPr>
                <w:rFonts w:cs="Times New Roman"/>
                <w:lang w:val="ru-RU"/>
              </w:rPr>
              <w:t xml:space="preserve"> </w:t>
            </w:r>
            <w:r w:rsidR="004E192F">
              <w:rPr>
                <w:rFonts w:cs="Times New Roman"/>
              </w:rPr>
              <w:t>API</w:t>
            </w:r>
            <w:r w:rsidR="004E192F">
              <w:rPr>
                <w:rFonts w:cs="Times New Roman"/>
                <w:lang w:val="ru-RU"/>
              </w:rPr>
              <w:t xml:space="preserve"> </w:t>
            </w:r>
            <w:r w:rsidR="004E192F">
              <w:rPr>
                <w:rFonts w:cs="Times New Roman"/>
              </w:rPr>
              <w:t>SM</w:t>
            </w:r>
            <w:r w:rsidR="004E192F" w:rsidRPr="004E192F">
              <w:rPr>
                <w:rFonts w:cs="Times New Roman"/>
                <w:lang w:val="ru-RU"/>
              </w:rPr>
              <w:t>/</w:t>
            </w:r>
            <w:r w:rsidR="004E192F">
              <w:rPr>
                <w:rFonts w:cs="Times New Roman"/>
              </w:rPr>
              <w:t>SL</w:t>
            </w:r>
            <w:r w:rsidR="004E192F" w:rsidRPr="004E192F">
              <w:rPr>
                <w:rFonts w:cs="Times New Roman"/>
                <w:lang w:val="ru-RU"/>
              </w:rPr>
              <w:t>/</w:t>
            </w:r>
            <w:proofErr w:type="gramStart"/>
            <w:r w:rsidR="004E192F">
              <w:rPr>
                <w:rFonts w:cs="Times New Roman"/>
              </w:rPr>
              <w:t>SJ</w:t>
            </w:r>
            <w:r w:rsidR="004E192F" w:rsidRPr="004E192F">
              <w:rPr>
                <w:rFonts w:cs="Times New Roman"/>
                <w:lang w:val="ru-RU"/>
              </w:rPr>
              <w:t xml:space="preserve"> </w:t>
            </w:r>
            <w:r w:rsidRPr="00BD24B4">
              <w:rPr>
                <w:rFonts w:cs="Times New Roman"/>
                <w:lang w:val="ru"/>
              </w:rPr>
              <w:t>.</w:t>
            </w:r>
            <w:proofErr w:type="gramEnd"/>
            <w:r w:rsidRPr="00BD24B4">
              <w:rPr>
                <w:rFonts w:cs="Times New Roman"/>
                <w:lang w:val="ru"/>
              </w:rPr>
              <w:t xml:space="preserve"> Никогда не заменять марки масел и не смешивать разные. </w:t>
            </w:r>
          </w:p>
          <w:p w14:paraId="3CC000E6" w14:textId="7EFF6147" w:rsidR="008C1A7E" w:rsidRPr="00BD24B4" w:rsidRDefault="008C1A7E" w:rsidP="008C1A7E">
            <w:pPr>
              <w:spacing w:line="276" w:lineRule="auto"/>
              <w:jc w:val="both"/>
              <w:rPr>
                <w:rFonts w:cs="Times New Roman"/>
                <w:lang w:val="ru-RU"/>
              </w:rPr>
            </w:pPr>
            <w:r w:rsidRPr="00BD24B4">
              <w:rPr>
                <w:rFonts w:cs="Times New Roman"/>
                <w:lang w:val="ru"/>
              </w:rPr>
              <w:t>Это может привести к серьезному повреждению двигателя и аннулированию гарантии.</w:t>
            </w:r>
          </w:p>
        </w:tc>
      </w:tr>
    </w:tbl>
    <w:p w14:paraId="71BC87B9" w14:textId="77777777" w:rsidR="008C1A7E" w:rsidRPr="00BD24B4" w:rsidRDefault="008C1A7E" w:rsidP="008C1A7E">
      <w:pPr>
        <w:rPr>
          <w:lang w:val="ru-RU"/>
        </w:rPr>
      </w:pPr>
    </w:p>
    <w:p w14:paraId="1E2E2188" w14:textId="5FD3D9FE" w:rsidR="00515DAF" w:rsidRPr="00BD24B4" w:rsidRDefault="00515DAF" w:rsidP="003659B8">
      <w:pPr>
        <w:rPr>
          <w:rFonts w:cs="Times New Roman"/>
          <w:lang w:val="ru-RU"/>
        </w:rPr>
      </w:pPr>
    </w:p>
    <w:p w14:paraId="5A900DA3" w14:textId="2F9DF98C" w:rsidR="008C1A7E" w:rsidRPr="00BD24B4" w:rsidRDefault="00B4774E">
      <w:pPr>
        <w:spacing w:after="200" w:line="276" w:lineRule="auto"/>
        <w:rPr>
          <w:rFonts w:cs="Times New Roman"/>
          <w:lang w:val="ru-RU"/>
        </w:rPr>
      </w:pPr>
      <w:r>
        <w:rPr>
          <w:rFonts w:cs="Times New Roman"/>
          <w:noProof/>
          <w:lang w:val="ru-RU"/>
        </w:rPr>
        <w:drawing>
          <wp:inline distT="0" distB="0" distL="0" distR="0" wp14:anchorId="4F3CC7F8" wp14:editId="5DD0FB13">
            <wp:extent cx="3046851" cy="1460310"/>
            <wp:effectExtent l="0" t="0" r="127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1647" cy="1486573"/>
                    </a:xfrm>
                    <a:prstGeom prst="rect">
                      <a:avLst/>
                    </a:prstGeom>
                    <a:noFill/>
                    <a:ln>
                      <a:noFill/>
                    </a:ln>
                  </pic:spPr>
                </pic:pic>
              </a:graphicData>
            </a:graphic>
          </wp:inline>
        </w:drawing>
      </w:r>
      <w:r w:rsidR="008C1A7E" w:rsidRPr="00BD24B4">
        <w:rPr>
          <w:rFonts w:cs="Times New Roman"/>
          <w:lang w:val="ru-RU"/>
        </w:rPr>
        <w:br w:type="page"/>
      </w:r>
    </w:p>
    <w:p w14:paraId="29BCB4E7" w14:textId="77777777" w:rsidR="008C1A7E" w:rsidRPr="00BD24B4" w:rsidRDefault="008C1A7E">
      <w:pPr>
        <w:rPr>
          <w:rFonts w:cs="Times New Roman"/>
          <w:lang w:val="ru-RU"/>
        </w:rPr>
      </w:pPr>
    </w:p>
    <w:p w14:paraId="67F47872" w14:textId="77777777" w:rsidR="0056157D" w:rsidRPr="00BD24B4" w:rsidRDefault="00813657" w:rsidP="008C1A7E">
      <w:pPr>
        <w:pStyle w:val="bold12"/>
      </w:pPr>
      <w:r w:rsidRPr="00BD24B4">
        <w:t xml:space="preserve">Полноприводная </w:t>
      </w:r>
      <w:r w:rsidR="008230B8" w:rsidRPr="00BD24B4">
        <w:t>система 4</w:t>
      </w:r>
      <w:r w:rsidRPr="00BD24B4">
        <w:t xml:space="preserve">WD </w:t>
      </w:r>
    </w:p>
    <w:p w14:paraId="0BB26680" w14:textId="4774D563" w:rsidR="0056157D" w:rsidRPr="00BD24B4" w:rsidRDefault="0056157D">
      <w:pPr>
        <w:rPr>
          <w:rFonts w:cs="Times New Roman"/>
          <w:lang w:val="ru-RU"/>
        </w:rPr>
      </w:pPr>
    </w:p>
    <w:p w14:paraId="32BA96E5" w14:textId="77777777" w:rsidR="0056157D" w:rsidRPr="00BD24B4" w:rsidRDefault="00813657" w:rsidP="008C1A7E">
      <w:pPr>
        <w:pStyle w:val="bold12"/>
      </w:pPr>
      <w:r w:rsidRPr="00BD24B4">
        <w:t xml:space="preserve">Электрический переключатель привода 2WD- 4WD </w:t>
      </w:r>
    </w:p>
    <w:p w14:paraId="1F6CFFEF" w14:textId="682B1E24" w:rsidR="0056157D" w:rsidRPr="00BD24B4" w:rsidRDefault="0056157D">
      <w:pPr>
        <w:rPr>
          <w:rFonts w:cs="Times New Roman"/>
          <w:lang w:val="ru-RU"/>
        </w:rPr>
      </w:pPr>
    </w:p>
    <w:p w14:paraId="1A578AE6" w14:textId="77777777" w:rsidR="0056157D" w:rsidRPr="00BD24B4" w:rsidRDefault="00813657" w:rsidP="008C1A7E">
      <w:pPr>
        <w:pStyle w:val="affc"/>
      </w:pPr>
      <w:r w:rsidRPr="00BD24B4">
        <w:t xml:space="preserve">ВНИМАНИЕ: </w:t>
      </w:r>
    </w:p>
    <w:p w14:paraId="4340E5C8" w14:textId="5930297D" w:rsidR="0056157D" w:rsidRPr="00BD24B4" w:rsidRDefault="0056157D">
      <w:pPr>
        <w:rPr>
          <w:rFonts w:cs="Times New Roman"/>
          <w:lang w:val="ru-RU"/>
        </w:rPr>
      </w:pPr>
    </w:p>
    <w:p w14:paraId="6826A210" w14:textId="77777777" w:rsidR="0056157D" w:rsidRPr="00BD24B4" w:rsidRDefault="00813657">
      <w:pPr>
        <w:rPr>
          <w:rFonts w:cs="Times New Roman"/>
          <w:lang w:val="ru-RU"/>
        </w:rPr>
      </w:pPr>
      <w:r w:rsidRPr="00BD24B4">
        <w:rPr>
          <w:rFonts w:cs="Times New Roman"/>
          <w:lang w:val="ru-RU"/>
        </w:rPr>
        <w:t xml:space="preserve">Всегда </w:t>
      </w:r>
      <w:r w:rsidR="0092499F" w:rsidRPr="00BD24B4">
        <w:rPr>
          <w:rFonts w:cs="Times New Roman"/>
          <w:lang w:val="ru-RU"/>
        </w:rPr>
        <w:t>включать полный привод только</w:t>
      </w:r>
      <w:r w:rsidRPr="00BD24B4">
        <w:rPr>
          <w:rFonts w:cs="Times New Roman"/>
          <w:lang w:val="ru-RU"/>
        </w:rPr>
        <w:t xml:space="preserve"> при</w:t>
      </w:r>
      <w:r w:rsidR="0092499F" w:rsidRPr="00BD24B4">
        <w:rPr>
          <w:rFonts w:cs="Times New Roman"/>
          <w:lang w:val="ru-RU"/>
        </w:rPr>
        <w:t xml:space="preserve"> полной</w:t>
      </w:r>
      <w:r w:rsidRPr="00BD24B4">
        <w:rPr>
          <w:rFonts w:cs="Times New Roman"/>
          <w:lang w:val="ru-RU"/>
        </w:rPr>
        <w:t xml:space="preserve"> остановке транспортного средства. </w:t>
      </w:r>
    </w:p>
    <w:p w14:paraId="613D3C32" w14:textId="77777777" w:rsidR="0056157D" w:rsidRPr="00BD24B4" w:rsidRDefault="00813657">
      <w:pPr>
        <w:rPr>
          <w:rFonts w:cs="Times New Roman"/>
          <w:lang w:val="ru-RU"/>
        </w:rPr>
      </w:pPr>
      <w:r w:rsidRPr="00BD24B4">
        <w:rPr>
          <w:rFonts w:cs="Times New Roman"/>
          <w:lang w:val="ru-RU"/>
        </w:rPr>
        <w:t xml:space="preserve"> </w:t>
      </w:r>
    </w:p>
    <w:p w14:paraId="49D840EA" w14:textId="77777777" w:rsidR="0056157D" w:rsidRPr="00BD24B4" w:rsidRDefault="00813657" w:rsidP="008C1A7E">
      <w:pPr>
        <w:pStyle w:val="affc"/>
      </w:pPr>
      <w:r w:rsidRPr="00BD24B4">
        <w:t xml:space="preserve">ПРИМЕЧАНИЕ: </w:t>
      </w:r>
    </w:p>
    <w:p w14:paraId="78EBA90E" w14:textId="77777777" w:rsidR="0056157D" w:rsidRPr="00BD24B4" w:rsidRDefault="00813657">
      <w:pPr>
        <w:rPr>
          <w:rFonts w:cs="Times New Roman"/>
          <w:lang w:val="ru-RU"/>
        </w:rPr>
      </w:pPr>
      <w:r w:rsidRPr="00BD24B4">
        <w:rPr>
          <w:rFonts w:cs="Times New Roman"/>
          <w:lang w:val="ru-RU"/>
        </w:rPr>
        <w:t>При переключении между 2</w:t>
      </w:r>
      <w:r w:rsidRPr="00BD24B4">
        <w:rPr>
          <w:rFonts w:cs="Times New Roman"/>
        </w:rPr>
        <w:t>WD</w:t>
      </w:r>
      <w:r w:rsidRPr="00BD24B4">
        <w:rPr>
          <w:rFonts w:cs="Times New Roman"/>
          <w:lang w:val="ru-RU"/>
        </w:rPr>
        <w:t>/4</w:t>
      </w:r>
      <w:r w:rsidRPr="00BD24B4">
        <w:rPr>
          <w:rFonts w:cs="Times New Roman"/>
        </w:rPr>
        <w:t>WD</w:t>
      </w:r>
      <w:r w:rsidRPr="00BD24B4">
        <w:rPr>
          <w:rFonts w:cs="Times New Roman"/>
          <w:lang w:val="ru-RU"/>
        </w:rPr>
        <w:t xml:space="preserve"> механика в коробке передач переднего привода может оставаться включенной/выключенной. Механика окончательно</w:t>
      </w:r>
      <w:r w:rsidR="008230B8" w:rsidRPr="00BD24B4">
        <w:rPr>
          <w:rFonts w:cs="Times New Roman"/>
          <w:lang w:val="ru-RU"/>
        </w:rPr>
        <w:t xml:space="preserve"> </w:t>
      </w:r>
      <w:r w:rsidRPr="00BD24B4">
        <w:rPr>
          <w:rFonts w:cs="Times New Roman"/>
          <w:lang w:val="ru-RU"/>
        </w:rPr>
        <w:t xml:space="preserve">отключится/включится при езде по твердой поверхности или при движении задним ходом. </w:t>
      </w:r>
    </w:p>
    <w:p w14:paraId="2F957FF6" w14:textId="77777777" w:rsidR="0056157D" w:rsidRPr="00BD24B4" w:rsidRDefault="0056157D">
      <w:pPr>
        <w:rPr>
          <w:rFonts w:cs="Times New Roman"/>
          <w:lang w:val="ru-RU"/>
        </w:rPr>
      </w:pPr>
    </w:p>
    <w:p w14:paraId="363C468C" w14:textId="77777777" w:rsidR="008C1A7E" w:rsidRPr="00BD24B4" w:rsidRDefault="008C1A7E" w:rsidP="008C1A7E">
      <w:pPr>
        <w:widowControl w:val="0"/>
        <w:spacing w:line="276" w:lineRule="auto"/>
        <w:jc w:val="both"/>
        <w:rPr>
          <w:rFonts w:eastAsia="Times New Roman" w:cs="Times New Roman"/>
          <w:szCs w:val="24"/>
          <w:lang w:val="ru-RU"/>
        </w:rPr>
      </w:pPr>
    </w:p>
    <w:tbl>
      <w:tblPr>
        <w:tblStyle w:val="46"/>
        <w:tblW w:w="5000" w:type="pct"/>
        <w:tblCellMar>
          <w:top w:w="85" w:type="dxa"/>
          <w:bottom w:w="85" w:type="dxa"/>
        </w:tblCellMar>
        <w:tblLook w:val="04A0" w:firstRow="1" w:lastRow="0" w:firstColumn="1" w:lastColumn="0" w:noHBand="0" w:noVBand="1"/>
      </w:tblPr>
      <w:tblGrid>
        <w:gridCol w:w="800"/>
        <w:gridCol w:w="5801"/>
      </w:tblGrid>
      <w:tr w:rsidR="008C1A7E" w:rsidRPr="00BD24B4" w14:paraId="637930BF" w14:textId="77777777" w:rsidTr="00A97ACA">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416B2B2C" w14:textId="77777777" w:rsidR="008C1A7E" w:rsidRPr="00BD24B4" w:rsidRDefault="008C1A7E" w:rsidP="00A97ACA">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764074F" w14:textId="77777777" w:rsidR="008C1A7E" w:rsidRPr="00BD24B4" w:rsidRDefault="008C1A7E" w:rsidP="00A97ACA">
            <w:pPr>
              <w:pStyle w:val="afff"/>
            </w:pPr>
            <w:r w:rsidRPr="00BD24B4">
              <w:t>ВНИМАНИЕ</w:t>
            </w:r>
          </w:p>
        </w:tc>
      </w:tr>
      <w:tr w:rsidR="008C1A7E" w:rsidRPr="00707D8A" w14:paraId="07539DF9" w14:textId="77777777" w:rsidTr="00A97ACA">
        <w:tc>
          <w:tcPr>
            <w:tcW w:w="5000" w:type="pct"/>
            <w:gridSpan w:val="2"/>
            <w:tcBorders>
              <w:top w:val="single" w:sz="4" w:space="0" w:color="auto"/>
              <w:left w:val="nil"/>
              <w:right w:val="nil"/>
            </w:tcBorders>
          </w:tcPr>
          <w:p w14:paraId="3B50016E" w14:textId="0D955FE6" w:rsidR="008C1A7E" w:rsidRPr="00BD24B4" w:rsidRDefault="008C1A7E" w:rsidP="00A97ACA">
            <w:r w:rsidRPr="00BD24B4">
              <w:rPr>
                <w:lang w:val="ru"/>
              </w:rPr>
              <w:t>Не включать режим 4WD, если задние колеса вращаются. Это может привести к серьезному повреждению машины. При включении режима 4WD кнопка останется в положении 4WD, но механика 4WD может быть по-прежнему выключенной. Необходимо плавно нажать на газ и дать колесам немного сдвинуться, чтобы механика 4WD наконец включилась. При включении 4WD загорится соответственная пиктограмма на приборной панели.</w:t>
            </w:r>
          </w:p>
        </w:tc>
      </w:tr>
    </w:tbl>
    <w:p w14:paraId="4F78A982" w14:textId="77777777" w:rsidR="008C1A7E" w:rsidRPr="00BD24B4" w:rsidRDefault="008C1A7E">
      <w:pPr>
        <w:rPr>
          <w:rFonts w:cs="Times New Roman"/>
          <w:lang w:val="ru-RU"/>
        </w:rPr>
      </w:pPr>
    </w:p>
    <w:p w14:paraId="56F0F1C4" w14:textId="3322A7F0" w:rsidR="0056157D" w:rsidRPr="00BD24B4" w:rsidRDefault="0056157D">
      <w:pPr>
        <w:rPr>
          <w:rFonts w:cs="Times New Roman"/>
          <w:lang w:val="ru-RU"/>
        </w:rPr>
      </w:pPr>
    </w:p>
    <w:p w14:paraId="6B3F652B" w14:textId="77777777" w:rsidR="0056157D" w:rsidRPr="00BD24B4" w:rsidRDefault="00813657" w:rsidP="008C1A7E">
      <w:pPr>
        <w:pStyle w:val="affc"/>
      </w:pPr>
      <w:r w:rsidRPr="00BD24B4">
        <w:t xml:space="preserve">ПРЕДУПРЕЖДЕНИЕ: </w:t>
      </w:r>
    </w:p>
    <w:p w14:paraId="2DF5B175" w14:textId="77777777" w:rsidR="0056157D" w:rsidRPr="00BD24B4" w:rsidRDefault="00813657">
      <w:pPr>
        <w:rPr>
          <w:rFonts w:cs="Times New Roman"/>
          <w:lang w:val="ru-RU"/>
        </w:rPr>
      </w:pPr>
      <w:r w:rsidRPr="00BD24B4">
        <w:rPr>
          <w:rFonts w:cs="Times New Roman"/>
          <w:lang w:val="ru-RU"/>
        </w:rPr>
        <w:t>Работающее с чрезмерным усилием</w:t>
      </w:r>
      <w:r w:rsidR="00767388" w:rsidRPr="00BD24B4">
        <w:rPr>
          <w:rFonts w:cs="Times New Roman"/>
          <w:lang w:val="ru-RU"/>
        </w:rPr>
        <w:t xml:space="preserve"> в положении 2</w:t>
      </w:r>
      <w:r w:rsidR="00767388" w:rsidRPr="00BD24B4">
        <w:rPr>
          <w:rFonts w:cs="Times New Roman"/>
        </w:rPr>
        <w:t>WD</w:t>
      </w:r>
      <w:r w:rsidRPr="00BD24B4">
        <w:rPr>
          <w:rFonts w:cs="Times New Roman"/>
          <w:lang w:val="ru-RU"/>
        </w:rPr>
        <w:t xml:space="preserve"> рулевое управление является признаком неисправности   Заметив какие-либо признаки неисправности рулевого управления, следует отправить </w:t>
      </w:r>
      <w:proofErr w:type="spellStart"/>
      <w:r w:rsidRPr="00BD24B4">
        <w:rPr>
          <w:rFonts w:cs="Times New Roman"/>
          <w:lang w:val="ru-RU"/>
        </w:rPr>
        <w:t>квадрицикл</w:t>
      </w:r>
      <w:proofErr w:type="spellEnd"/>
      <w:r w:rsidRPr="00BD24B4">
        <w:rPr>
          <w:rFonts w:cs="Times New Roman"/>
          <w:lang w:val="ru-RU"/>
        </w:rPr>
        <w:t xml:space="preserve"> к своему дилеру для проведения осмотра и технического обслуживания. </w:t>
      </w:r>
    </w:p>
    <w:p w14:paraId="7E0B6E3E" w14:textId="77777777" w:rsidR="0056157D" w:rsidRPr="00BD24B4" w:rsidRDefault="00813657">
      <w:pPr>
        <w:rPr>
          <w:rFonts w:cs="Times New Roman"/>
          <w:lang w:val="ru-RU"/>
        </w:rPr>
      </w:pPr>
      <w:r w:rsidRPr="00BD24B4">
        <w:rPr>
          <w:rFonts w:cs="Times New Roman"/>
          <w:lang w:val="ru-RU"/>
        </w:rPr>
        <w:t xml:space="preserve"> </w:t>
      </w:r>
    </w:p>
    <w:p w14:paraId="3BE8603F" w14:textId="77777777" w:rsidR="0056157D" w:rsidRPr="00BD24B4" w:rsidRDefault="00813657" w:rsidP="008C1A7E">
      <w:pPr>
        <w:pStyle w:val="affc"/>
      </w:pPr>
      <w:r w:rsidRPr="00BD24B4">
        <w:t xml:space="preserve">ПРИМЕЧАНИЕ: </w:t>
      </w:r>
    </w:p>
    <w:p w14:paraId="798293E3" w14:textId="77777777" w:rsidR="0056157D" w:rsidRPr="00BD24B4" w:rsidRDefault="00813657">
      <w:pPr>
        <w:rPr>
          <w:rFonts w:cs="Times New Roman"/>
          <w:lang w:val="ru-RU"/>
        </w:rPr>
      </w:pPr>
      <w:r w:rsidRPr="00BD24B4">
        <w:rPr>
          <w:rFonts w:cs="Times New Roman"/>
          <w:lang w:val="ru-RU"/>
        </w:rPr>
        <w:t>Усилие, требуемое для поворота рулевого колеса</w:t>
      </w:r>
      <w:r w:rsidR="00767388" w:rsidRPr="00BD24B4">
        <w:rPr>
          <w:rFonts w:cs="Times New Roman"/>
          <w:lang w:val="ru-RU"/>
        </w:rPr>
        <w:t xml:space="preserve"> в положении 4</w:t>
      </w:r>
      <w:r w:rsidR="00767388" w:rsidRPr="00BD24B4">
        <w:rPr>
          <w:rFonts w:cs="Times New Roman"/>
        </w:rPr>
        <w:t>WD</w:t>
      </w:r>
      <w:r w:rsidR="00767388" w:rsidRPr="00BD24B4">
        <w:rPr>
          <w:rFonts w:cs="Times New Roman"/>
          <w:lang w:val="ru-RU"/>
        </w:rPr>
        <w:t xml:space="preserve"> увеличивается. Но усилие возрастает одинаково как для </w:t>
      </w:r>
      <w:proofErr w:type="gramStart"/>
      <w:r w:rsidR="00767388" w:rsidRPr="00BD24B4">
        <w:rPr>
          <w:rFonts w:cs="Times New Roman"/>
          <w:lang w:val="ru-RU"/>
        </w:rPr>
        <w:t>правого</w:t>
      </w:r>
      <w:proofErr w:type="gramEnd"/>
      <w:r w:rsidR="00767388" w:rsidRPr="00BD24B4">
        <w:rPr>
          <w:rFonts w:cs="Times New Roman"/>
          <w:lang w:val="ru-RU"/>
        </w:rPr>
        <w:t xml:space="preserve"> так и для левого поворота.</w:t>
      </w:r>
    </w:p>
    <w:p w14:paraId="6E24D037" w14:textId="77777777" w:rsidR="0056157D" w:rsidRPr="00BD24B4" w:rsidRDefault="00813657">
      <w:pPr>
        <w:rPr>
          <w:rFonts w:cs="Times New Roman"/>
          <w:lang w:val="ru-RU"/>
        </w:rPr>
      </w:pPr>
      <w:r w:rsidRPr="00BD24B4">
        <w:rPr>
          <w:rFonts w:cs="Times New Roman"/>
          <w:lang w:val="ru-RU"/>
        </w:rPr>
        <w:t xml:space="preserve"> </w:t>
      </w:r>
    </w:p>
    <w:p w14:paraId="71FDCCD1" w14:textId="77777777" w:rsidR="0056157D" w:rsidRPr="00BD24B4" w:rsidRDefault="00813657" w:rsidP="008C1A7E">
      <w:pPr>
        <w:pStyle w:val="affc"/>
      </w:pPr>
      <w:r w:rsidRPr="00BD24B4">
        <w:t xml:space="preserve">ПРЕДУПРЕЖДЕНИЕ </w:t>
      </w:r>
    </w:p>
    <w:p w14:paraId="1E3687FB" w14:textId="77777777" w:rsidR="0056157D" w:rsidRPr="00BD24B4" w:rsidRDefault="00813657">
      <w:pPr>
        <w:rPr>
          <w:rFonts w:cs="Times New Roman"/>
          <w:lang w:val="ru-RU"/>
        </w:rPr>
      </w:pPr>
      <w:r w:rsidRPr="00BD24B4">
        <w:rPr>
          <w:rFonts w:cs="Times New Roman"/>
          <w:lang w:val="ru-RU"/>
        </w:rPr>
        <w:t>Асимметричное затрудненное рулевое управление является симптомом неисправности одного из боковых внутренних или внешних шарниров равных углов скоростей (ШРУС), что может привести к потере управляемости даже в положении 2</w:t>
      </w:r>
      <w:r w:rsidRPr="00BD24B4">
        <w:rPr>
          <w:rFonts w:cs="Times New Roman"/>
        </w:rPr>
        <w:t>WD</w:t>
      </w:r>
      <w:r w:rsidRPr="00BD24B4">
        <w:rPr>
          <w:rFonts w:cs="Times New Roman"/>
          <w:lang w:val="ru-RU"/>
        </w:rPr>
        <w:t xml:space="preserve">. Заметив какие-либо признаки неисправности рулевого управления, следует отправить </w:t>
      </w:r>
      <w:proofErr w:type="spellStart"/>
      <w:r w:rsidRPr="00BD24B4">
        <w:rPr>
          <w:rFonts w:cs="Times New Roman"/>
          <w:lang w:val="ru-RU"/>
        </w:rPr>
        <w:t>квадрицикл</w:t>
      </w:r>
      <w:proofErr w:type="spellEnd"/>
      <w:r w:rsidRPr="00BD24B4">
        <w:rPr>
          <w:rFonts w:cs="Times New Roman"/>
          <w:lang w:val="ru-RU"/>
        </w:rPr>
        <w:t xml:space="preserve"> к своему дилеру для проведения осмотра и технического </w:t>
      </w:r>
    </w:p>
    <w:p w14:paraId="2BD025A4" w14:textId="77777777" w:rsidR="0056157D" w:rsidRPr="00BD24B4" w:rsidRDefault="00813657">
      <w:pPr>
        <w:rPr>
          <w:rFonts w:cs="Times New Roman"/>
          <w:lang w:val="ru-RU"/>
        </w:rPr>
      </w:pPr>
      <w:r w:rsidRPr="00BD24B4">
        <w:rPr>
          <w:rFonts w:cs="Times New Roman"/>
          <w:lang w:val="ru-RU"/>
        </w:rPr>
        <w:t xml:space="preserve">обслуживания. </w:t>
      </w:r>
    </w:p>
    <w:p w14:paraId="2F5186B2" w14:textId="77777777" w:rsidR="0056157D" w:rsidRPr="00BD24B4" w:rsidRDefault="00813657">
      <w:pPr>
        <w:rPr>
          <w:rFonts w:cs="Times New Roman"/>
          <w:lang w:val="ru-RU"/>
        </w:rPr>
      </w:pPr>
      <w:r w:rsidRPr="00BD24B4">
        <w:rPr>
          <w:rFonts w:cs="Times New Roman"/>
          <w:lang w:val="ru-RU"/>
        </w:rPr>
        <w:t xml:space="preserve"> </w:t>
      </w:r>
    </w:p>
    <w:p w14:paraId="25789FBF" w14:textId="77777777" w:rsidR="0056157D" w:rsidRPr="00BD24B4" w:rsidRDefault="00813657" w:rsidP="008C1A7E">
      <w:pPr>
        <w:pStyle w:val="affc"/>
      </w:pPr>
      <w:r w:rsidRPr="00BD24B4">
        <w:t xml:space="preserve">ПРЕДУПРЕЖДЕНИЕ </w:t>
      </w:r>
    </w:p>
    <w:p w14:paraId="38EFA8DE" w14:textId="6268EFBD" w:rsidR="0056157D" w:rsidRPr="00BD24B4" w:rsidRDefault="00502A93">
      <w:pPr>
        <w:rPr>
          <w:rFonts w:cs="Times New Roman"/>
          <w:lang w:val="ru-RU"/>
        </w:rPr>
      </w:pPr>
      <w:r>
        <w:rPr>
          <w:rFonts w:cs="Times New Roman"/>
          <w:lang w:val="ru-RU"/>
        </w:rPr>
        <w:t xml:space="preserve">Используйте режим </w:t>
      </w:r>
      <w:r w:rsidRPr="00502A93">
        <w:rPr>
          <w:rFonts w:cs="Times New Roman"/>
          <w:lang w:val="ru-RU"/>
        </w:rPr>
        <w:t>4</w:t>
      </w:r>
      <w:r>
        <w:rPr>
          <w:rFonts w:cs="Times New Roman"/>
        </w:rPr>
        <w:t>WD</w:t>
      </w:r>
      <w:r w:rsidRPr="00502A93">
        <w:rPr>
          <w:rFonts w:cs="Times New Roman"/>
          <w:lang w:val="ru-RU"/>
        </w:rPr>
        <w:t xml:space="preserve"> </w:t>
      </w:r>
      <w:r>
        <w:rPr>
          <w:rFonts w:cs="Times New Roman"/>
          <w:lang w:val="ru-RU"/>
        </w:rPr>
        <w:t xml:space="preserve">только при необходимости (преодоление трудных участков), </w:t>
      </w:r>
      <w:proofErr w:type="gramStart"/>
      <w:r>
        <w:rPr>
          <w:rFonts w:cs="Times New Roman"/>
          <w:lang w:val="ru-RU"/>
        </w:rPr>
        <w:t>там где</w:t>
      </w:r>
      <w:proofErr w:type="gramEnd"/>
      <w:r>
        <w:rPr>
          <w:rFonts w:cs="Times New Roman"/>
          <w:lang w:val="ru-RU"/>
        </w:rPr>
        <w:t xml:space="preserve"> режим </w:t>
      </w:r>
      <w:r w:rsidRPr="00502A93">
        <w:rPr>
          <w:rFonts w:cs="Times New Roman"/>
          <w:lang w:val="ru-RU"/>
        </w:rPr>
        <w:t>2</w:t>
      </w:r>
      <w:r>
        <w:rPr>
          <w:rFonts w:cs="Times New Roman"/>
        </w:rPr>
        <w:t>WD</w:t>
      </w:r>
      <w:r w:rsidRPr="00502A93">
        <w:rPr>
          <w:rFonts w:cs="Times New Roman"/>
          <w:lang w:val="ru-RU"/>
        </w:rPr>
        <w:t xml:space="preserve"> </w:t>
      </w:r>
      <w:r>
        <w:rPr>
          <w:rFonts w:cs="Times New Roman"/>
          <w:lang w:val="ru-RU"/>
        </w:rPr>
        <w:t xml:space="preserve">не справляется (например, </w:t>
      </w:r>
      <w:proofErr w:type="spellStart"/>
      <w:r>
        <w:rPr>
          <w:rFonts w:cs="Times New Roman"/>
          <w:lang w:val="ru-RU"/>
        </w:rPr>
        <w:t>квадрицикл</w:t>
      </w:r>
      <w:proofErr w:type="spellEnd"/>
      <w:r>
        <w:rPr>
          <w:rFonts w:cs="Times New Roman"/>
          <w:lang w:val="ru-RU"/>
        </w:rPr>
        <w:t xml:space="preserve"> застрял)</w:t>
      </w:r>
      <w:r w:rsidR="00813657" w:rsidRPr="00BD24B4">
        <w:rPr>
          <w:rFonts w:cs="Times New Roman"/>
          <w:lang w:val="ru-RU"/>
        </w:rPr>
        <w:t>.</w:t>
      </w:r>
      <w:r>
        <w:rPr>
          <w:rFonts w:cs="Times New Roman"/>
          <w:lang w:val="ru-RU"/>
        </w:rPr>
        <w:t xml:space="preserve"> После преодоления трудного участка – отключите режим </w:t>
      </w:r>
      <w:r w:rsidRPr="00B4774E">
        <w:rPr>
          <w:rFonts w:cs="Times New Roman"/>
          <w:lang w:val="ru-RU"/>
        </w:rPr>
        <w:t>4</w:t>
      </w:r>
      <w:r>
        <w:rPr>
          <w:rFonts w:cs="Times New Roman"/>
        </w:rPr>
        <w:t>WD</w:t>
      </w:r>
      <w:r>
        <w:rPr>
          <w:rFonts w:cs="Times New Roman"/>
          <w:lang w:val="ru-RU"/>
        </w:rPr>
        <w:t>.</w:t>
      </w:r>
      <w:r w:rsidR="00813657" w:rsidRPr="00BD24B4">
        <w:rPr>
          <w:rFonts w:cs="Times New Roman"/>
          <w:lang w:val="ru-RU"/>
        </w:rPr>
        <w:t xml:space="preserve"> </w:t>
      </w:r>
    </w:p>
    <w:p w14:paraId="4CBB6FC6" w14:textId="77777777" w:rsidR="0056157D" w:rsidRPr="00BD24B4" w:rsidRDefault="00813657">
      <w:pPr>
        <w:rPr>
          <w:rFonts w:cs="Times New Roman"/>
          <w:lang w:val="ru-RU"/>
        </w:rPr>
      </w:pPr>
      <w:r w:rsidRPr="00BD24B4">
        <w:rPr>
          <w:rFonts w:cs="Times New Roman"/>
          <w:lang w:val="ru-RU"/>
        </w:rPr>
        <w:t xml:space="preserve"> </w:t>
      </w:r>
    </w:p>
    <w:p w14:paraId="3B7A8399" w14:textId="77777777" w:rsidR="0056157D" w:rsidRPr="00BD24B4" w:rsidRDefault="00813657" w:rsidP="008C1A7E">
      <w:pPr>
        <w:pStyle w:val="affc"/>
      </w:pPr>
      <w:r w:rsidRPr="00BD24B4">
        <w:t xml:space="preserve">Проверки перед поездкой </w:t>
      </w:r>
    </w:p>
    <w:p w14:paraId="2B6591B3" w14:textId="77777777" w:rsidR="0056157D" w:rsidRPr="00BD24B4" w:rsidRDefault="00813657">
      <w:pPr>
        <w:rPr>
          <w:rFonts w:cs="Times New Roman"/>
          <w:lang w:val="ru-RU"/>
        </w:rPr>
      </w:pPr>
      <w:r w:rsidRPr="00BD24B4">
        <w:rPr>
          <w:rFonts w:cs="Times New Roman"/>
          <w:lang w:val="ru-RU"/>
        </w:rPr>
        <w:t xml:space="preserve">Вы можете определить, есть ли неисправности в одном из боковых ШРУС, потянув руль в одну </w:t>
      </w:r>
      <w:r w:rsidR="008230B8" w:rsidRPr="00BD24B4">
        <w:rPr>
          <w:rFonts w:cs="Times New Roman"/>
          <w:lang w:val="ru-RU"/>
        </w:rPr>
        <w:t xml:space="preserve">п другую </w:t>
      </w:r>
      <w:r w:rsidRPr="00BD24B4">
        <w:rPr>
          <w:rFonts w:cs="Times New Roman"/>
          <w:lang w:val="ru-RU"/>
        </w:rPr>
        <w:t xml:space="preserve">сторону или двигаясь на </w:t>
      </w:r>
      <w:proofErr w:type="spellStart"/>
      <w:r w:rsidRPr="00BD24B4">
        <w:rPr>
          <w:rFonts w:cs="Times New Roman"/>
          <w:lang w:val="ru-RU"/>
        </w:rPr>
        <w:t>квадрицикле</w:t>
      </w:r>
      <w:proofErr w:type="spellEnd"/>
      <w:r w:rsidRPr="00BD24B4">
        <w:rPr>
          <w:rFonts w:cs="Times New Roman"/>
          <w:lang w:val="ru-RU"/>
        </w:rPr>
        <w:t xml:space="preserve"> на низкой скорости. Рулевое управление </w:t>
      </w:r>
      <w:r w:rsidR="00767388" w:rsidRPr="00BD24B4">
        <w:rPr>
          <w:rFonts w:cs="Times New Roman"/>
          <w:lang w:val="ru-RU"/>
        </w:rPr>
        <w:t xml:space="preserve">требует одинакового усилия для поворота в оба </w:t>
      </w:r>
      <w:r w:rsidR="008230B8" w:rsidRPr="00BD24B4">
        <w:rPr>
          <w:rFonts w:cs="Times New Roman"/>
          <w:lang w:val="ru-RU"/>
        </w:rPr>
        <w:t xml:space="preserve">направления при </w:t>
      </w:r>
      <w:r w:rsidRPr="00BD24B4">
        <w:rPr>
          <w:rFonts w:cs="Times New Roman"/>
          <w:lang w:val="ru-RU"/>
        </w:rPr>
        <w:t>положениях 2</w:t>
      </w:r>
      <w:r w:rsidRPr="00BD24B4">
        <w:rPr>
          <w:rFonts w:cs="Times New Roman"/>
        </w:rPr>
        <w:t>WD</w:t>
      </w:r>
      <w:r w:rsidRPr="00BD24B4">
        <w:rPr>
          <w:rFonts w:cs="Times New Roman"/>
          <w:lang w:val="ru-RU"/>
        </w:rPr>
        <w:t xml:space="preserve"> и 4</w:t>
      </w:r>
      <w:r w:rsidRPr="00BD24B4">
        <w:rPr>
          <w:rFonts w:cs="Times New Roman"/>
        </w:rPr>
        <w:t>WD</w:t>
      </w:r>
      <w:r w:rsidR="00767388" w:rsidRPr="00BD24B4">
        <w:rPr>
          <w:rFonts w:cs="Times New Roman"/>
          <w:lang w:val="ru-RU"/>
        </w:rPr>
        <w:t xml:space="preserve"> В положении 4</w:t>
      </w:r>
      <w:r w:rsidR="00767388" w:rsidRPr="00BD24B4">
        <w:rPr>
          <w:rFonts w:cs="Times New Roman"/>
        </w:rPr>
        <w:t>WD</w:t>
      </w:r>
      <w:r w:rsidR="00767388" w:rsidRPr="00BD24B4">
        <w:rPr>
          <w:rFonts w:cs="Times New Roman"/>
          <w:lang w:val="ru-RU"/>
        </w:rPr>
        <w:t xml:space="preserve"> усилие </w:t>
      </w:r>
      <w:r w:rsidR="00F844E1" w:rsidRPr="00BD24B4">
        <w:rPr>
          <w:rFonts w:cs="Times New Roman"/>
          <w:lang w:val="ru-RU"/>
        </w:rPr>
        <w:t>больше,</w:t>
      </w:r>
      <w:r w:rsidR="00767388" w:rsidRPr="00BD24B4">
        <w:rPr>
          <w:rFonts w:cs="Times New Roman"/>
          <w:lang w:val="ru-RU"/>
        </w:rPr>
        <w:t xml:space="preserve"> чем в положении </w:t>
      </w:r>
      <w:proofErr w:type="gramStart"/>
      <w:r w:rsidR="00767388" w:rsidRPr="00BD24B4">
        <w:rPr>
          <w:rFonts w:cs="Times New Roman"/>
          <w:lang w:val="ru-RU"/>
        </w:rPr>
        <w:t>2</w:t>
      </w:r>
      <w:r w:rsidR="00767388" w:rsidRPr="00BD24B4">
        <w:rPr>
          <w:rFonts w:cs="Times New Roman"/>
        </w:rPr>
        <w:t>WD</w:t>
      </w:r>
      <w:proofErr w:type="gramEnd"/>
      <w:r w:rsidR="00767388" w:rsidRPr="00BD24B4">
        <w:rPr>
          <w:rFonts w:cs="Times New Roman"/>
          <w:lang w:val="ru-RU"/>
        </w:rPr>
        <w:t xml:space="preserve"> но при этом одинаково в обоих направлениях для текущего положения типа привода</w:t>
      </w:r>
      <w:r w:rsidRPr="00BD24B4">
        <w:rPr>
          <w:rFonts w:cs="Times New Roman"/>
          <w:lang w:val="ru-RU"/>
        </w:rPr>
        <w:t xml:space="preserve">. </w:t>
      </w:r>
    </w:p>
    <w:p w14:paraId="57484E5B" w14:textId="5391720F" w:rsidR="008C1A7E" w:rsidRPr="00BD24B4" w:rsidRDefault="008C1A7E">
      <w:pPr>
        <w:spacing w:after="200" w:line="276" w:lineRule="auto"/>
        <w:rPr>
          <w:rFonts w:cs="Times New Roman"/>
          <w:lang w:val="ru-RU"/>
        </w:rPr>
      </w:pPr>
      <w:r w:rsidRPr="00BD24B4">
        <w:rPr>
          <w:rFonts w:cs="Times New Roman"/>
          <w:lang w:val="ru-RU"/>
        </w:rPr>
        <w:br w:type="page"/>
      </w:r>
    </w:p>
    <w:p w14:paraId="0DD19B6B" w14:textId="77777777" w:rsidR="00515DAF" w:rsidRPr="00BD24B4" w:rsidRDefault="00515DAF">
      <w:pPr>
        <w:rPr>
          <w:rFonts w:cs="Times New Roman"/>
          <w:lang w:val="ru-RU"/>
        </w:rPr>
      </w:pPr>
    </w:p>
    <w:p w14:paraId="246246AA" w14:textId="5CE1F860" w:rsidR="0056157D" w:rsidRPr="00BD24B4" w:rsidRDefault="00813657" w:rsidP="001A4CBB">
      <w:pPr>
        <w:pStyle w:val="1"/>
      </w:pPr>
      <w:bookmarkStart w:id="10" w:name="_Toc220542610"/>
      <w:r w:rsidRPr="00BD24B4">
        <w:t xml:space="preserve">8. </w:t>
      </w:r>
      <w:r w:rsidR="001A4CBB" w:rsidRPr="00BD24B4">
        <w:tab/>
      </w:r>
      <w:r w:rsidRPr="00BD24B4">
        <w:t>ЗАПУСК ДВИГАТЕЛЯ</w:t>
      </w:r>
      <w:bookmarkEnd w:id="10"/>
      <w:r w:rsidRPr="00BD24B4">
        <w:t xml:space="preserve"> </w:t>
      </w:r>
    </w:p>
    <w:p w14:paraId="009223C2" w14:textId="77777777" w:rsidR="0056157D" w:rsidRPr="00BD24B4" w:rsidRDefault="00813657">
      <w:pPr>
        <w:rPr>
          <w:rFonts w:cs="Times New Roman"/>
          <w:lang w:val="ru-RU"/>
        </w:rPr>
      </w:pPr>
      <w:r w:rsidRPr="00BD24B4">
        <w:rPr>
          <w:rFonts w:cs="Times New Roman"/>
          <w:lang w:val="ru-RU"/>
        </w:rPr>
        <w:t xml:space="preserve"> </w:t>
      </w:r>
    </w:p>
    <w:p w14:paraId="21725FD5" w14:textId="77777777" w:rsidR="0056157D" w:rsidRPr="00BD24B4" w:rsidRDefault="00813657" w:rsidP="00014C85">
      <w:pPr>
        <w:pStyle w:val="bold12"/>
      </w:pPr>
      <w:r w:rsidRPr="00BD24B4">
        <w:t xml:space="preserve">Процедура запуска холодного двигателя </w:t>
      </w:r>
    </w:p>
    <w:p w14:paraId="60957BEF" w14:textId="77777777" w:rsidR="00DE1A66" w:rsidRPr="00BD24B4" w:rsidRDefault="00DE1A66" w:rsidP="00DE1A66">
      <w:pPr>
        <w:widowControl w:val="0"/>
        <w:spacing w:line="276" w:lineRule="auto"/>
        <w:jc w:val="both"/>
        <w:rPr>
          <w:rFonts w:eastAsia="Times New Roman" w:cs="Times New Roman"/>
          <w:szCs w:val="24"/>
          <w:lang w:val="ru-RU"/>
        </w:rPr>
      </w:pPr>
    </w:p>
    <w:tbl>
      <w:tblPr>
        <w:tblStyle w:val="47"/>
        <w:tblW w:w="5000" w:type="pct"/>
        <w:tblCellMar>
          <w:top w:w="85" w:type="dxa"/>
          <w:bottom w:w="85" w:type="dxa"/>
        </w:tblCellMar>
        <w:tblLook w:val="04A0" w:firstRow="1" w:lastRow="0" w:firstColumn="1" w:lastColumn="0" w:noHBand="0" w:noVBand="1"/>
      </w:tblPr>
      <w:tblGrid>
        <w:gridCol w:w="800"/>
        <w:gridCol w:w="5801"/>
      </w:tblGrid>
      <w:tr w:rsidR="00DE1A66" w:rsidRPr="00BD24B4" w14:paraId="63A30CA1" w14:textId="77777777" w:rsidTr="00A97ACA">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61C0576A" w14:textId="77777777" w:rsidR="00DE1A66" w:rsidRPr="00BD24B4" w:rsidRDefault="00DE1A66" w:rsidP="00A97ACA">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AE66450" w14:textId="77777777" w:rsidR="00DE1A66" w:rsidRPr="00BD24B4" w:rsidRDefault="00DE1A66" w:rsidP="00A97ACA">
            <w:pPr>
              <w:pStyle w:val="afff"/>
            </w:pPr>
            <w:r w:rsidRPr="00BD24B4">
              <w:t>ПРЕДУПРЕЖДЕНИЕ</w:t>
            </w:r>
          </w:p>
        </w:tc>
      </w:tr>
      <w:tr w:rsidR="00DE1A66" w:rsidRPr="00707D8A" w14:paraId="05D7AB6C" w14:textId="77777777" w:rsidTr="00A97ACA">
        <w:tc>
          <w:tcPr>
            <w:tcW w:w="5000" w:type="pct"/>
            <w:gridSpan w:val="2"/>
            <w:tcBorders>
              <w:top w:val="single" w:sz="4" w:space="0" w:color="auto"/>
              <w:left w:val="nil"/>
              <w:right w:val="nil"/>
            </w:tcBorders>
          </w:tcPr>
          <w:p w14:paraId="012865D7" w14:textId="68DEA521" w:rsidR="00DE1A66" w:rsidRPr="00BD24B4" w:rsidRDefault="00DE1A66" w:rsidP="00DE1A66">
            <w:pPr>
              <w:widowControl w:val="0"/>
              <w:spacing w:line="276" w:lineRule="auto"/>
              <w:jc w:val="both"/>
              <w:rPr>
                <w:rFonts w:cs="Times New Roman"/>
                <w:szCs w:val="24"/>
                <w:lang w:eastAsia="ru-RU"/>
              </w:rPr>
            </w:pPr>
            <w:r w:rsidRPr="00BD24B4">
              <w:rPr>
                <w:rFonts w:cs="Times New Roman"/>
                <w:szCs w:val="24"/>
                <w:lang w:val="ru"/>
              </w:rPr>
              <w:t xml:space="preserve">Никогда не запускать двигатель в закрытом помещении. Выхлопные </w:t>
            </w:r>
            <w:proofErr w:type="spellStart"/>
            <w:r w:rsidRPr="00BD24B4">
              <w:rPr>
                <w:rFonts w:cs="Times New Roman"/>
                <w:szCs w:val="24"/>
                <w:lang w:val="ru"/>
              </w:rPr>
              <w:t>газы</w:t>
            </w:r>
            <w:proofErr w:type="spellEnd"/>
            <w:r w:rsidRPr="00BD24B4">
              <w:rPr>
                <w:rFonts w:cs="Times New Roman"/>
                <w:szCs w:val="24"/>
                <w:lang w:val="ru"/>
              </w:rPr>
              <w:t>, содержащие монооксид углерода, ядовиты и могут нанести серьезный вред здоровью или привести к смерти. Запускать двигатель и допускать его работу можно только на открытом воздухе.</w:t>
            </w:r>
          </w:p>
        </w:tc>
      </w:tr>
    </w:tbl>
    <w:p w14:paraId="3DD7F832" w14:textId="77777777" w:rsidR="00DE1A66" w:rsidRPr="00BD24B4" w:rsidRDefault="00DE1A66" w:rsidP="00DE1A66">
      <w:pPr>
        <w:widowControl w:val="0"/>
        <w:spacing w:line="276" w:lineRule="auto"/>
        <w:jc w:val="both"/>
        <w:rPr>
          <w:rFonts w:eastAsia="Times New Roman" w:cs="Times New Roman"/>
          <w:szCs w:val="24"/>
          <w:lang w:val="ru-RU"/>
        </w:rPr>
      </w:pPr>
    </w:p>
    <w:p w14:paraId="7F33B76D" w14:textId="77777777" w:rsidR="00DE1A66" w:rsidRPr="00BD24B4" w:rsidRDefault="00DE1A66" w:rsidP="00DE1A66">
      <w:pPr>
        <w:widowControl w:val="0"/>
        <w:spacing w:line="276" w:lineRule="auto"/>
        <w:jc w:val="both"/>
        <w:rPr>
          <w:rFonts w:eastAsia="Times New Roman" w:cs="Times New Roman"/>
          <w:szCs w:val="24"/>
          <w:lang w:val="ru-RU"/>
        </w:rPr>
      </w:pPr>
    </w:p>
    <w:tbl>
      <w:tblPr>
        <w:tblStyle w:val="48"/>
        <w:tblW w:w="5000" w:type="pct"/>
        <w:tblCellMar>
          <w:top w:w="85" w:type="dxa"/>
          <w:bottom w:w="85" w:type="dxa"/>
        </w:tblCellMar>
        <w:tblLook w:val="04A0" w:firstRow="1" w:lastRow="0" w:firstColumn="1" w:lastColumn="0" w:noHBand="0" w:noVBand="1"/>
      </w:tblPr>
      <w:tblGrid>
        <w:gridCol w:w="800"/>
        <w:gridCol w:w="5801"/>
      </w:tblGrid>
      <w:tr w:rsidR="00DE1A66" w:rsidRPr="00BD24B4" w14:paraId="2B1878B9" w14:textId="77777777" w:rsidTr="00A97ACA">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7E10BAFE" w14:textId="77777777" w:rsidR="00DE1A66" w:rsidRPr="00BD24B4" w:rsidRDefault="00DE1A66" w:rsidP="00A97ACA">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2E29FC7" w14:textId="77777777" w:rsidR="00DE1A66" w:rsidRPr="00BD24B4" w:rsidRDefault="00DE1A66" w:rsidP="00A97ACA">
            <w:pPr>
              <w:pStyle w:val="afff"/>
            </w:pPr>
            <w:r w:rsidRPr="00BD24B4">
              <w:t>ВНИМАНИЕ</w:t>
            </w:r>
          </w:p>
        </w:tc>
      </w:tr>
      <w:tr w:rsidR="00DE1A66" w:rsidRPr="00BD24B4" w14:paraId="6DA2DA92" w14:textId="77777777" w:rsidTr="00A97ACA">
        <w:tc>
          <w:tcPr>
            <w:tcW w:w="5000" w:type="pct"/>
            <w:gridSpan w:val="2"/>
            <w:tcBorders>
              <w:top w:val="single" w:sz="4" w:space="0" w:color="auto"/>
              <w:left w:val="nil"/>
              <w:right w:val="nil"/>
            </w:tcBorders>
          </w:tcPr>
          <w:p w14:paraId="64DC2C78" w14:textId="61DD7D78" w:rsidR="00DE1A66" w:rsidRPr="00BD24B4" w:rsidRDefault="00DE1A66" w:rsidP="00DE1A66">
            <w:pPr>
              <w:widowControl w:val="0"/>
              <w:spacing w:line="276" w:lineRule="auto"/>
              <w:jc w:val="both"/>
              <w:rPr>
                <w:rFonts w:cs="Times New Roman"/>
                <w:szCs w:val="24"/>
                <w:lang w:eastAsia="ru-RU"/>
              </w:rPr>
            </w:pPr>
            <w:r w:rsidRPr="00BD24B4">
              <w:rPr>
                <w:rFonts w:cs="Times New Roman"/>
                <w:szCs w:val="24"/>
                <w:lang w:val="ru"/>
              </w:rPr>
              <w:t xml:space="preserve">Вы обязательно должны дать своему </w:t>
            </w:r>
            <w:proofErr w:type="spellStart"/>
            <w:r w:rsidRPr="00BD24B4">
              <w:rPr>
                <w:rFonts w:cs="Times New Roman"/>
                <w:szCs w:val="24"/>
                <w:lang w:val="ru"/>
              </w:rPr>
              <w:t>квадрициклу</w:t>
            </w:r>
            <w:proofErr w:type="spellEnd"/>
            <w:r w:rsidRPr="00BD24B4">
              <w:rPr>
                <w:rFonts w:cs="Times New Roman"/>
                <w:szCs w:val="24"/>
                <w:lang w:val="ru"/>
              </w:rPr>
              <w:t xml:space="preserve"> достаточное время для прогрева, прежде чем приступить к его эксплуатации. В противном случае это может привести к повреждению двигателя.</w:t>
            </w:r>
          </w:p>
        </w:tc>
      </w:tr>
    </w:tbl>
    <w:p w14:paraId="1BA81139" w14:textId="77777777" w:rsidR="00DE1A66" w:rsidRPr="00BD24B4" w:rsidRDefault="00DE1A66" w:rsidP="00DE1A66">
      <w:pPr>
        <w:widowControl w:val="0"/>
        <w:spacing w:line="276" w:lineRule="auto"/>
        <w:jc w:val="both"/>
        <w:rPr>
          <w:rFonts w:eastAsia="Times New Roman" w:cs="Times New Roman"/>
          <w:szCs w:val="24"/>
        </w:rPr>
      </w:pPr>
    </w:p>
    <w:p w14:paraId="3580AFA8" w14:textId="290D8F44" w:rsidR="0056157D" w:rsidRPr="00BD24B4" w:rsidRDefault="0056157D">
      <w:pPr>
        <w:rPr>
          <w:rFonts w:cs="Times New Roman"/>
          <w:lang w:val="ru-RU"/>
        </w:rPr>
      </w:pPr>
    </w:p>
    <w:p w14:paraId="12ECD745" w14:textId="0D8EA145" w:rsidR="0056157D" w:rsidRPr="00BD24B4" w:rsidRDefault="00813657" w:rsidP="00A97ACA">
      <w:pPr>
        <w:pStyle w:val="n"/>
        <w:numPr>
          <w:ilvl w:val="0"/>
          <w:numId w:val="23"/>
        </w:numPr>
        <w:ind w:left="426"/>
      </w:pPr>
      <w:r w:rsidRPr="00BD24B4">
        <w:t xml:space="preserve">Перевести коробку передач на нейтраль </w:t>
      </w:r>
      <w:r w:rsidR="00BB21A2" w:rsidRPr="00BD24B4">
        <w:t>и включить</w:t>
      </w:r>
      <w:r w:rsidRPr="00BD24B4">
        <w:t xml:space="preserve"> стояночный тормоз. </w:t>
      </w:r>
    </w:p>
    <w:p w14:paraId="00105BA0" w14:textId="7716F9B4" w:rsidR="0056157D" w:rsidRPr="00BD24B4" w:rsidRDefault="00813657" w:rsidP="00A97ACA">
      <w:pPr>
        <w:pStyle w:val="n"/>
      </w:pPr>
      <w:r w:rsidRPr="00BD24B4">
        <w:t xml:space="preserve">Сесть на </w:t>
      </w:r>
      <w:proofErr w:type="spellStart"/>
      <w:r w:rsidRPr="00BD24B4">
        <w:t>квадрицикл</w:t>
      </w:r>
      <w:proofErr w:type="spellEnd"/>
      <w:r w:rsidRPr="00BD24B4">
        <w:t xml:space="preserve">. </w:t>
      </w:r>
    </w:p>
    <w:p w14:paraId="6EC94A81" w14:textId="4D6D1F5D" w:rsidR="0056157D" w:rsidRPr="00BD24B4" w:rsidRDefault="00813657" w:rsidP="00A97ACA">
      <w:pPr>
        <w:pStyle w:val="n"/>
      </w:pPr>
      <w:r w:rsidRPr="00BD24B4">
        <w:t xml:space="preserve">Перевести </w:t>
      </w:r>
      <w:r w:rsidR="00BB21A2" w:rsidRPr="00BD24B4">
        <w:t>ключ зажигания в положение ВКЛ</w:t>
      </w:r>
      <w:r w:rsidRPr="00BD24B4">
        <w:t xml:space="preserve">. </w:t>
      </w:r>
    </w:p>
    <w:p w14:paraId="0CDB5640" w14:textId="1A0B8407" w:rsidR="0056157D" w:rsidRPr="00BD24B4" w:rsidRDefault="00BB21A2" w:rsidP="00A97ACA">
      <w:pPr>
        <w:pStyle w:val="n"/>
      </w:pPr>
      <w:r w:rsidRPr="00BD24B4">
        <w:t>Нажать и удерживать нажатым рукоятку переднего тормоза.</w:t>
      </w:r>
    </w:p>
    <w:p w14:paraId="06BA1630" w14:textId="0416D3EC" w:rsidR="0056157D" w:rsidRPr="00BD24B4" w:rsidRDefault="00813657" w:rsidP="00A97ACA">
      <w:pPr>
        <w:pStyle w:val="n"/>
      </w:pPr>
      <w:r w:rsidRPr="00BD24B4">
        <w:t>Активировать стартер максимум на пять секунд</w:t>
      </w:r>
      <w:r w:rsidR="00BB21A2" w:rsidRPr="00BD24B4">
        <w:t xml:space="preserve"> нажатием кнопки или поворотом ключа зажигания дальше по часовой стрелке</w:t>
      </w:r>
      <w:r w:rsidRPr="00BD24B4">
        <w:t xml:space="preserve">, </w:t>
      </w:r>
      <w:r w:rsidR="00BB21A2" w:rsidRPr="00BD24B4">
        <w:t xml:space="preserve">отпустить кнопку либо </w:t>
      </w:r>
      <w:r w:rsidR="00F844E1" w:rsidRPr="00BD24B4">
        <w:t>ключ,</w:t>
      </w:r>
      <w:r w:rsidR="00BB21A2" w:rsidRPr="00BD24B4">
        <w:t xml:space="preserve"> </w:t>
      </w:r>
      <w:r w:rsidRPr="00BD24B4">
        <w:t xml:space="preserve">когда двигатель запустится. </w:t>
      </w:r>
      <w:r w:rsidR="00DE1A66" w:rsidRPr="00BD24B4">
        <w:br/>
      </w:r>
      <w:r w:rsidRPr="00BD24B4">
        <w:t xml:space="preserve">Если двигатель не запускается, </w:t>
      </w:r>
      <w:r w:rsidR="00BB21A2" w:rsidRPr="00BD24B4">
        <w:t>выключить стартер на 30</w:t>
      </w:r>
      <w:r w:rsidRPr="00BD24B4">
        <w:t xml:space="preserve"> секунд. Повторять эту процедуру до тех пор, пока двигатель не запустится. </w:t>
      </w:r>
      <w:r w:rsidR="00BB21A2" w:rsidRPr="00BD24B4">
        <w:t>ПРИМЕЧАНИЕ если двигатель не запустился с трех попыток это повод провести диагностику или проанализировать причины неудачного запуска.</w:t>
      </w:r>
    </w:p>
    <w:p w14:paraId="2E841F4D" w14:textId="7082D1B0" w:rsidR="0056157D" w:rsidRDefault="0056157D" w:rsidP="00FD31CB">
      <w:pPr>
        <w:spacing w:after="200" w:line="276" w:lineRule="auto"/>
        <w:rPr>
          <w:rFonts w:cs="Times New Roman"/>
          <w:lang w:val="ru-RU"/>
        </w:rPr>
      </w:pPr>
    </w:p>
    <w:p w14:paraId="65B338E8" w14:textId="279B12BF" w:rsidR="00FD31CB" w:rsidRDefault="00FD31CB" w:rsidP="00FD31CB">
      <w:pPr>
        <w:spacing w:after="200" w:line="276" w:lineRule="auto"/>
        <w:rPr>
          <w:rFonts w:cs="Times New Roman"/>
          <w:lang w:val="ru-RU"/>
        </w:rPr>
      </w:pPr>
    </w:p>
    <w:p w14:paraId="032AE389" w14:textId="6E3F2CF7" w:rsidR="00FD31CB" w:rsidRDefault="00FD31CB" w:rsidP="00FD31CB">
      <w:pPr>
        <w:spacing w:after="200" w:line="276" w:lineRule="auto"/>
        <w:rPr>
          <w:rFonts w:cs="Times New Roman"/>
          <w:lang w:val="ru-RU"/>
        </w:rPr>
      </w:pPr>
    </w:p>
    <w:p w14:paraId="08ACE244" w14:textId="23B84D04" w:rsidR="00FD31CB" w:rsidRDefault="00FD31CB" w:rsidP="00FD31CB">
      <w:pPr>
        <w:spacing w:after="200" w:line="276" w:lineRule="auto"/>
        <w:rPr>
          <w:rFonts w:cs="Times New Roman"/>
          <w:lang w:val="ru-RU"/>
        </w:rPr>
      </w:pPr>
    </w:p>
    <w:p w14:paraId="706F53A3" w14:textId="1DB5BE4E" w:rsidR="00FD31CB" w:rsidRDefault="00FD31CB" w:rsidP="00FD31CB">
      <w:pPr>
        <w:spacing w:after="200" w:line="276" w:lineRule="auto"/>
        <w:rPr>
          <w:rFonts w:cs="Times New Roman"/>
          <w:lang w:val="ru-RU"/>
        </w:rPr>
      </w:pPr>
    </w:p>
    <w:p w14:paraId="6052664A" w14:textId="75E11321" w:rsidR="00FD31CB" w:rsidRDefault="00FD31CB" w:rsidP="00FD31CB">
      <w:pPr>
        <w:spacing w:after="200" w:line="276" w:lineRule="auto"/>
        <w:rPr>
          <w:rFonts w:cs="Times New Roman"/>
          <w:lang w:val="ru-RU"/>
        </w:rPr>
      </w:pPr>
    </w:p>
    <w:p w14:paraId="56A7D72B" w14:textId="1F794C3C" w:rsidR="00FD31CB" w:rsidRDefault="00FD31CB" w:rsidP="00FD31CB">
      <w:pPr>
        <w:spacing w:after="200" w:line="276" w:lineRule="auto"/>
        <w:rPr>
          <w:rFonts w:cs="Times New Roman"/>
          <w:lang w:val="ru-RU"/>
        </w:rPr>
      </w:pPr>
    </w:p>
    <w:p w14:paraId="0B6E5F7C" w14:textId="77777777" w:rsidR="00FD31CB" w:rsidRPr="00BD24B4" w:rsidRDefault="00FD31CB" w:rsidP="00FD31CB">
      <w:pPr>
        <w:spacing w:after="200" w:line="276" w:lineRule="auto"/>
        <w:rPr>
          <w:rFonts w:cs="Times New Roman"/>
          <w:lang w:val="ru-RU"/>
        </w:rPr>
      </w:pPr>
    </w:p>
    <w:p w14:paraId="59CBF6B6" w14:textId="0FA8DE84" w:rsidR="0056157D" w:rsidRPr="00BD24B4" w:rsidRDefault="00813657" w:rsidP="00DE1A66">
      <w:pPr>
        <w:pStyle w:val="1"/>
      </w:pPr>
      <w:bookmarkStart w:id="11" w:name="_Toc220542611"/>
      <w:r w:rsidRPr="00BD24B4">
        <w:lastRenderedPageBreak/>
        <w:t xml:space="preserve">9. </w:t>
      </w:r>
      <w:r w:rsidR="00DE1A66" w:rsidRPr="00BD24B4">
        <w:tab/>
      </w:r>
      <w:r w:rsidRPr="00BD24B4">
        <w:t>ПЕРИОД ОБКАТКИ ТРАНСПОРТНОГО СРЕДСТВА</w:t>
      </w:r>
      <w:bookmarkEnd w:id="11"/>
      <w:r w:rsidRPr="00BD24B4">
        <w:t xml:space="preserve"> </w:t>
      </w:r>
    </w:p>
    <w:p w14:paraId="0DAAEB79" w14:textId="77777777" w:rsidR="0056157D" w:rsidRPr="00BD24B4" w:rsidRDefault="00813657">
      <w:pPr>
        <w:rPr>
          <w:rFonts w:cs="Times New Roman"/>
          <w:lang w:val="ru-RU"/>
        </w:rPr>
      </w:pPr>
      <w:r w:rsidRPr="00BD24B4">
        <w:rPr>
          <w:rFonts w:cs="Times New Roman"/>
          <w:lang w:val="ru-RU"/>
        </w:rPr>
        <w:t xml:space="preserve"> </w:t>
      </w:r>
    </w:p>
    <w:p w14:paraId="47A92E9F" w14:textId="77777777" w:rsidR="0056157D" w:rsidRPr="00BD24B4" w:rsidRDefault="00813657">
      <w:pPr>
        <w:rPr>
          <w:rFonts w:cs="Times New Roman"/>
          <w:b/>
          <w:lang w:val="ru-RU"/>
        </w:rPr>
      </w:pPr>
      <w:r w:rsidRPr="00BD24B4">
        <w:rPr>
          <w:rFonts w:cs="Times New Roman"/>
          <w:b/>
          <w:lang w:val="ru-RU"/>
        </w:rPr>
        <w:t xml:space="preserve">Периодом обкатки вашего нового </w:t>
      </w:r>
      <w:proofErr w:type="spellStart"/>
      <w:r w:rsidRPr="00BD24B4">
        <w:rPr>
          <w:rFonts w:cs="Times New Roman"/>
          <w:b/>
          <w:lang w:val="ru-RU"/>
        </w:rPr>
        <w:t>квадрицикла</w:t>
      </w:r>
      <w:proofErr w:type="spellEnd"/>
      <w:r w:rsidRPr="00BD24B4">
        <w:rPr>
          <w:rFonts w:cs="Times New Roman"/>
          <w:b/>
          <w:lang w:val="ru-RU"/>
        </w:rPr>
        <w:t xml:space="preserve"> считаются первые 50 часов эксплуатации. </w:t>
      </w:r>
    </w:p>
    <w:p w14:paraId="63B0F67B" w14:textId="77777777" w:rsidR="0056157D" w:rsidRPr="00BD24B4" w:rsidRDefault="00813657">
      <w:pPr>
        <w:rPr>
          <w:rFonts w:cs="Times New Roman"/>
          <w:lang w:val="ru-RU"/>
        </w:rPr>
      </w:pPr>
      <w:r w:rsidRPr="00BD24B4">
        <w:rPr>
          <w:rFonts w:cs="Times New Roman"/>
          <w:lang w:val="ru-RU"/>
        </w:rPr>
        <w:t xml:space="preserve">Никакие иные отдельные действия с вашей стороны не являются такими важными, как правильные действия в период обкатки. Бережное отношение к новому двигателю повысит его производительность и увеличит срок службы. Необходимо внимательно выполнить нижеописанные процедуры. </w:t>
      </w:r>
    </w:p>
    <w:p w14:paraId="3DA2D914" w14:textId="77777777" w:rsidR="006C6259" w:rsidRPr="00BD24B4" w:rsidRDefault="006C6259" w:rsidP="006C6259">
      <w:pPr>
        <w:widowControl w:val="0"/>
        <w:spacing w:line="276" w:lineRule="auto"/>
        <w:jc w:val="both"/>
        <w:rPr>
          <w:rFonts w:eastAsia="Times New Roman" w:cs="Times New Roman"/>
          <w:szCs w:val="24"/>
        </w:rPr>
      </w:pPr>
    </w:p>
    <w:tbl>
      <w:tblPr>
        <w:tblStyle w:val="510"/>
        <w:tblW w:w="5000" w:type="pct"/>
        <w:tblCellMar>
          <w:top w:w="85" w:type="dxa"/>
          <w:bottom w:w="85" w:type="dxa"/>
        </w:tblCellMar>
        <w:tblLook w:val="04A0" w:firstRow="1" w:lastRow="0" w:firstColumn="1" w:lastColumn="0" w:noHBand="0" w:noVBand="1"/>
      </w:tblPr>
      <w:tblGrid>
        <w:gridCol w:w="800"/>
        <w:gridCol w:w="5801"/>
      </w:tblGrid>
      <w:tr w:rsidR="006C6259" w:rsidRPr="00BD24B4" w14:paraId="1F30DEC8" w14:textId="77777777" w:rsidTr="00A97ACA">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2B6EAFAE" w14:textId="77777777" w:rsidR="006C6259" w:rsidRPr="00BD24B4" w:rsidRDefault="006C6259" w:rsidP="00A97ACA">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05670C4" w14:textId="77777777" w:rsidR="006C6259" w:rsidRPr="00BD24B4" w:rsidRDefault="006C6259" w:rsidP="00A97ACA">
            <w:pPr>
              <w:pStyle w:val="afff"/>
            </w:pPr>
            <w:r w:rsidRPr="00BD24B4">
              <w:t>ВНИМАНИЕ</w:t>
            </w:r>
          </w:p>
        </w:tc>
      </w:tr>
      <w:tr w:rsidR="006C6259" w:rsidRPr="00707D8A" w14:paraId="67D2BC20" w14:textId="77777777" w:rsidTr="00A97ACA">
        <w:tc>
          <w:tcPr>
            <w:tcW w:w="5000" w:type="pct"/>
            <w:gridSpan w:val="2"/>
            <w:tcBorders>
              <w:top w:val="single" w:sz="4" w:space="0" w:color="auto"/>
              <w:left w:val="nil"/>
              <w:right w:val="nil"/>
            </w:tcBorders>
          </w:tcPr>
          <w:p w14:paraId="29B6BDA6" w14:textId="77777777" w:rsidR="006C6259" w:rsidRPr="00BD24B4" w:rsidRDefault="006C6259" w:rsidP="00A97ACA">
            <w:pPr>
              <w:rPr>
                <w:lang w:val="ru"/>
              </w:rPr>
            </w:pPr>
            <w:r w:rsidRPr="00BD24B4">
              <w:rPr>
                <w:lang w:val="ru"/>
              </w:rPr>
              <w:t xml:space="preserve">В период обкатки не следует долго ездить на полном газу или высоких скоростях. Перегрев может привести к повреждению сопряженных деталей двигателя. </w:t>
            </w:r>
          </w:p>
          <w:p w14:paraId="36B834B9" w14:textId="77777777" w:rsidR="006C6259" w:rsidRPr="00BD24B4" w:rsidRDefault="006C6259" w:rsidP="006C6259">
            <w:pPr>
              <w:widowControl w:val="0"/>
              <w:spacing w:line="276" w:lineRule="auto"/>
              <w:jc w:val="both"/>
              <w:rPr>
                <w:rFonts w:cs="Times New Roman"/>
                <w:b/>
                <w:szCs w:val="24"/>
                <w:lang w:val="ru"/>
              </w:rPr>
            </w:pPr>
            <w:r w:rsidRPr="00BD24B4">
              <w:rPr>
                <w:rFonts w:cs="Times New Roman"/>
                <w:b/>
                <w:szCs w:val="24"/>
                <w:lang w:val="ru"/>
              </w:rPr>
              <w:t>В период обкатки следует ограничиться величиной открытия акселератора до половины.</w:t>
            </w:r>
          </w:p>
          <w:p w14:paraId="66B8C9F3" w14:textId="77777777" w:rsidR="003C3FAA" w:rsidRPr="00BD24B4" w:rsidRDefault="00511B57" w:rsidP="003C3FAA">
            <w:pPr>
              <w:widowControl w:val="0"/>
              <w:spacing w:line="276" w:lineRule="auto"/>
              <w:jc w:val="both"/>
              <w:rPr>
                <w:rFonts w:cs="Times New Roman"/>
                <w:szCs w:val="24"/>
                <w:lang w:eastAsia="ru-RU"/>
              </w:rPr>
            </w:pPr>
            <w:r w:rsidRPr="00BD24B4">
              <w:rPr>
                <w:rFonts w:cs="Times New Roman"/>
                <w:szCs w:val="24"/>
                <w:lang w:eastAsia="ru-RU"/>
              </w:rPr>
              <w:t>1-Винт ограничитель открытия акселератора</w:t>
            </w:r>
          </w:p>
          <w:p w14:paraId="7C6C7508" w14:textId="5A285C12" w:rsidR="00511B57" w:rsidRPr="00BD24B4" w:rsidRDefault="00511B57" w:rsidP="003C3FAA">
            <w:pPr>
              <w:widowControl w:val="0"/>
              <w:spacing w:line="276" w:lineRule="auto"/>
              <w:jc w:val="both"/>
              <w:rPr>
                <w:rFonts w:cs="Times New Roman"/>
                <w:szCs w:val="24"/>
                <w:lang w:eastAsia="ru-RU"/>
              </w:rPr>
            </w:pPr>
            <w:r w:rsidRPr="00BD24B4">
              <w:rPr>
                <w:rFonts w:cs="Times New Roman"/>
                <w:szCs w:val="24"/>
                <w:lang w:eastAsia="ru-RU"/>
              </w:rPr>
              <w:t>2-Контргайка</w:t>
            </w:r>
          </w:p>
        </w:tc>
      </w:tr>
    </w:tbl>
    <w:p w14:paraId="1A881116" w14:textId="77777777" w:rsidR="006C6259" w:rsidRPr="00BD24B4" w:rsidRDefault="006C6259" w:rsidP="006C6259">
      <w:pPr>
        <w:widowControl w:val="0"/>
        <w:tabs>
          <w:tab w:val="left" w:pos="355"/>
        </w:tabs>
        <w:spacing w:line="276" w:lineRule="auto"/>
        <w:jc w:val="both"/>
        <w:rPr>
          <w:rFonts w:eastAsia="Times New Roman" w:cs="Times New Roman"/>
          <w:szCs w:val="24"/>
          <w:lang w:val="ru-RU"/>
        </w:rPr>
      </w:pPr>
    </w:p>
    <w:p w14:paraId="6335B9B2" w14:textId="1F21E05F" w:rsidR="00511B57" w:rsidRPr="00BD24B4" w:rsidRDefault="00511B57" w:rsidP="00511B57">
      <w:pPr>
        <w:widowControl w:val="0"/>
        <w:tabs>
          <w:tab w:val="left" w:pos="355"/>
        </w:tabs>
        <w:spacing w:line="276" w:lineRule="auto"/>
        <w:jc w:val="center"/>
        <w:rPr>
          <w:rFonts w:eastAsia="Times New Roman" w:cs="Times New Roman"/>
          <w:szCs w:val="24"/>
        </w:rPr>
      </w:pPr>
      <w:r w:rsidRPr="00BD24B4">
        <w:rPr>
          <w:rFonts w:cs="Times New Roman"/>
          <w:noProof/>
          <w:lang w:val="ru-RU" w:eastAsia="ru-RU"/>
        </w:rPr>
        <w:drawing>
          <wp:inline distT="0" distB="0" distL="0" distR="0" wp14:anchorId="71A955E7" wp14:editId="6A80D974">
            <wp:extent cx="1732953" cy="1312333"/>
            <wp:effectExtent l="0" t="0" r="63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44_img_1.jpeg"/>
                    <pic:cNvPicPr/>
                  </pic:nvPicPr>
                  <pic:blipFill>
                    <a:blip r:embed="rId24"/>
                    <a:stretch>
                      <a:fillRect/>
                    </a:stretch>
                  </pic:blipFill>
                  <pic:spPr>
                    <a:xfrm>
                      <a:off x="0" y="0"/>
                      <a:ext cx="1744305" cy="1320930"/>
                    </a:xfrm>
                    <a:prstGeom prst="rect">
                      <a:avLst/>
                    </a:prstGeom>
                  </pic:spPr>
                </pic:pic>
              </a:graphicData>
            </a:graphic>
          </wp:inline>
        </w:drawing>
      </w:r>
    </w:p>
    <w:p w14:paraId="6C233A1D" w14:textId="77777777" w:rsidR="00645379" w:rsidRPr="00BD24B4" w:rsidRDefault="00645379" w:rsidP="00511B57">
      <w:pPr>
        <w:widowControl w:val="0"/>
        <w:tabs>
          <w:tab w:val="left" w:pos="355"/>
        </w:tabs>
        <w:spacing w:line="276" w:lineRule="auto"/>
        <w:jc w:val="center"/>
        <w:rPr>
          <w:rFonts w:eastAsia="Times New Roman" w:cs="Times New Roman"/>
          <w:szCs w:val="24"/>
        </w:rPr>
      </w:pPr>
    </w:p>
    <w:p w14:paraId="6C8A09DE" w14:textId="0FF40B8D" w:rsidR="0056157D" w:rsidRPr="00BD24B4" w:rsidRDefault="00813657" w:rsidP="00645379">
      <w:pPr>
        <w:pStyle w:val="n"/>
        <w:numPr>
          <w:ilvl w:val="0"/>
          <w:numId w:val="24"/>
        </w:numPr>
        <w:ind w:left="426"/>
      </w:pPr>
      <w:r w:rsidRPr="00BD24B4">
        <w:t>Заполнить топливный бак</w:t>
      </w:r>
      <w:r w:rsidR="006F773E" w:rsidRPr="00BD24B4">
        <w:t xml:space="preserve"> бензином с октановым числом не ниже 92 до уровня не выше 20мм от нижней кромки заливной горловины. Желательно не допускать уровня топлива в баке менее 2х литров</w:t>
      </w:r>
      <w:r w:rsidRPr="00BD24B4">
        <w:t xml:space="preserve">. </w:t>
      </w:r>
    </w:p>
    <w:p w14:paraId="31148234" w14:textId="64A627DD" w:rsidR="0056157D" w:rsidRPr="00BD24B4" w:rsidRDefault="00813657" w:rsidP="00645379">
      <w:pPr>
        <w:pStyle w:val="n"/>
        <w:ind w:left="426"/>
      </w:pPr>
      <w:r w:rsidRPr="00BD24B4">
        <w:t xml:space="preserve">Проверить уровень масла в </w:t>
      </w:r>
      <w:r w:rsidR="006F773E" w:rsidRPr="00BD24B4">
        <w:t xml:space="preserve">двигателе и </w:t>
      </w:r>
      <w:proofErr w:type="spellStart"/>
      <w:r w:rsidR="006F773E" w:rsidRPr="00BD24B4">
        <w:t>кпп</w:t>
      </w:r>
      <w:proofErr w:type="spellEnd"/>
      <w:r w:rsidR="006F773E" w:rsidRPr="00BD24B4">
        <w:t xml:space="preserve"> с помощью соответствующих щупов</w:t>
      </w:r>
      <w:r w:rsidRPr="00BD24B4">
        <w:t xml:space="preserve">. При необходимости долить масло. </w:t>
      </w:r>
    </w:p>
    <w:p w14:paraId="298B0658" w14:textId="2BFA4225" w:rsidR="0056157D" w:rsidRPr="00BD24B4" w:rsidRDefault="00813657" w:rsidP="00645379">
      <w:pPr>
        <w:pStyle w:val="n"/>
        <w:ind w:left="426"/>
      </w:pPr>
      <w:r w:rsidRPr="00BD24B4">
        <w:t xml:space="preserve">Сначала ездить медленно. Выбрать открытую площадку, где у вас будет достаточно места для ознакомления с управлением транспортным средством. </w:t>
      </w:r>
    </w:p>
    <w:p w14:paraId="0B8FDD41" w14:textId="0E27250E" w:rsidR="0056157D" w:rsidRPr="00BD24B4" w:rsidRDefault="00813657" w:rsidP="00645379">
      <w:pPr>
        <w:pStyle w:val="n"/>
        <w:ind w:left="426"/>
      </w:pPr>
      <w:r w:rsidRPr="00BD24B4">
        <w:t xml:space="preserve">Изменять положение дроссельной заслонки. Не ездить на холостом ходу долго. </w:t>
      </w:r>
    </w:p>
    <w:p w14:paraId="76A478CC" w14:textId="611C912C" w:rsidR="0056157D" w:rsidRPr="00BD24B4" w:rsidRDefault="00813657" w:rsidP="00645379">
      <w:pPr>
        <w:pStyle w:val="n"/>
        <w:ind w:left="426"/>
      </w:pPr>
      <w:r w:rsidRPr="00BD24B4">
        <w:t xml:space="preserve">Регулярно проверять уровень жидкости, элементы управления и все важные части транспортного средства, как описано выше в </w:t>
      </w:r>
      <w:r w:rsidR="006F773E" w:rsidRPr="00BD24B4">
        <w:t>контрольном листе</w:t>
      </w:r>
      <w:r w:rsidRPr="00BD24B4">
        <w:t xml:space="preserve"> ежедневных проверок перед поездкой, приведенном в разделе ”4. Ежедневные проверки перед поездкой”. </w:t>
      </w:r>
    </w:p>
    <w:p w14:paraId="0BA9A3F4" w14:textId="5F6841AC" w:rsidR="0056157D" w:rsidRPr="00BD24B4" w:rsidRDefault="00813657" w:rsidP="00645379">
      <w:pPr>
        <w:pStyle w:val="n"/>
        <w:ind w:left="426"/>
      </w:pPr>
      <w:r w:rsidRPr="00BD24B4">
        <w:t xml:space="preserve">Не тянуть за собой грузы. </w:t>
      </w:r>
    </w:p>
    <w:p w14:paraId="4EFB9B0B" w14:textId="3CDBB7A2" w:rsidR="0056157D" w:rsidRPr="00BD24B4" w:rsidRDefault="006F773E" w:rsidP="00645379">
      <w:pPr>
        <w:pStyle w:val="n"/>
        <w:ind w:left="426"/>
      </w:pPr>
      <w:r w:rsidRPr="00BD24B4">
        <w:t>Заменить масло в двигателе, КПП и редукторах при проведении ТО1 на пробеге 300 км. Далее производить замены в соответствии с регламентами ТО приведены в приложении к данному руководству.</w:t>
      </w:r>
      <w:r w:rsidR="00813657" w:rsidRPr="00BD24B4">
        <w:t xml:space="preserve"> </w:t>
      </w:r>
    </w:p>
    <w:p w14:paraId="516D07C1" w14:textId="542099BE" w:rsidR="00515DAF" w:rsidRPr="00BD24B4" w:rsidRDefault="00813657" w:rsidP="006C6259">
      <w:pPr>
        <w:rPr>
          <w:rFonts w:cs="Times New Roman"/>
          <w:lang w:val="ru-RU"/>
        </w:rPr>
      </w:pPr>
      <w:r w:rsidRPr="00BD24B4">
        <w:rPr>
          <w:rFonts w:cs="Times New Roman"/>
          <w:lang w:val="ru-RU"/>
        </w:rPr>
        <w:t xml:space="preserve"> </w:t>
      </w:r>
    </w:p>
    <w:p w14:paraId="01B6EA57" w14:textId="2310136F" w:rsidR="00511B57" w:rsidRPr="00BD24B4" w:rsidRDefault="00511B57">
      <w:pPr>
        <w:spacing w:after="200" w:line="276" w:lineRule="auto"/>
        <w:rPr>
          <w:rFonts w:cs="Times New Roman"/>
          <w:lang w:val="ru-RU"/>
        </w:rPr>
      </w:pPr>
      <w:r w:rsidRPr="00BD24B4">
        <w:rPr>
          <w:rFonts w:cs="Times New Roman"/>
          <w:lang w:val="ru-RU"/>
        </w:rPr>
        <w:br w:type="page"/>
      </w:r>
    </w:p>
    <w:p w14:paraId="5ECF53CC" w14:textId="264FECA2" w:rsidR="00515DAF" w:rsidRPr="00BD24B4" w:rsidRDefault="00515DAF">
      <w:pPr>
        <w:rPr>
          <w:rFonts w:cs="Times New Roman"/>
          <w:lang w:val="ru-RU"/>
        </w:rPr>
      </w:pPr>
    </w:p>
    <w:p w14:paraId="1209CABB" w14:textId="1F21B54D" w:rsidR="0056157D" w:rsidRPr="00BD24B4" w:rsidRDefault="00813657" w:rsidP="00511B57">
      <w:pPr>
        <w:pStyle w:val="1"/>
      </w:pPr>
      <w:bookmarkStart w:id="12" w:name="_Toc220542612"/>
      <w:r w:rsidRPr="00BD24B4">
        <w:t>10.</w:t>
      </w:r>
      <w:r w:rsidR="00511B57" w:rsidRPr="00BD24B4">
        <w:tab/>
      </w:r>
      <w:r w:rsidRPr="00BD24B4">
        <w:t>БЕЗОПАСНОЕ УПРАВЛЕНИЕ</w:t>
      </w:r>
      <w:bookmarkEnd w:id="12"/>
      <w:r w:rsidRPr="00BD24B4">
        <w:t xml:space="preserve"> </w:t>
      </w:r>
    </w:p>
    <w:p w14:paraId="1E351C8F" w14:textId="77777777" w:rsidR="0056157D" w:rsidRPr="00BD24B4" w:rsidRDefault="00813657">
      <w:pPr>
        <w:rPr>
          <w:rFonts w:cs="Times New Roman"/>
          <w:lang w:val="ru-RU"/>
        </w:rPr>
      </w:pPr>
      <w:r w:rsidRPr="00BD24B4">
        <w:rPr>
          <w:rFonts w:cs="Times New Roman"/>
          <w:lang w:val="ru-RU"/>
        </w:rPr>
        <w:t xml:space="preserve"> </w:t>
      </w:r>
    </w:p>
    <w:p w14:paraId="5D3A6D0E" w14:textId="77777777" w:rsidR="0056157D" w:rsidRPr="00BD24B4" w:rsidRDefault="00813657" w:rsidP="00511B57">
      <w:pPr>
        <w:pStyle w:val="bold12"/>
      </w:pPr>
      <w:r w:rsidRPr="00BD24B4">
        <w:t xml:space="preserve">Безопасное снаряжение для езды </w:t>
      </w:r>
    </w:p>
    <w:p w14:paraId="6CA616BE" w14:textId="77777777" w:rsidR="00511B57" w:rsidRPr="00BD24B4" w:rsidRDefault="00511B57" w:rsidP="00511B57">
      <w:pPr>
        <w:pStyle w:val="bold12"/>
      </w:pPr>
    </w:p>
    <w:p w14:paraId="7FA02DB5" w14:textId="36871A80" w:rsidR="0056157D" w:rsidRPr="00BD24B4" w:rsidRDefault="00511B57" w:rsidP="00511B57">
      <w:pPr>
        <w:jc w:val="center"/>
        <w:rPr>
          <w:rFonts w:cs="Times New Roman"/>
          <w:lang w:val="ru-RU"/>
        </w:rPr>
      </w:pPr>
      <w:r w:rsidRPr="00BD24B4">
        <w:rPr>
          <w:rFonts w:cs="Times New Roman"/>
          <w:noProof/>
          <w:lang w:val="ru-RU" w:eastAsia="ru-RU"/>
        </w:rPr>
        <w:drawing>
          <wp:inline distT="0" distB="0" distL="0" distR="0" wp14:anchorId="78107444" wp14:editId="09938CED">
            <wp:extent cx="4013200" cy="247839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45_img_1.jpeg"/>
                    <pic:cNvPicPr/>
                  </pic:nvPicPr>
                  <pic:blipFill>
                    <a:blip r:embed="rId25"/>
                    <a:stretch>
                      <a:fillRect/>
                    </a:stretch>
                  </pic:blipFill>
                  <pic:spPr>
                    <a:xfrm>
                      <a:off x="0" y="0"/>
                      <a:ext cx="4013200" cy="2478390"/>
                    </a:xfrm>
                    <a:prstGeom prst="rect">
                      <a:avLst/>
                    </a:prstGeom>
                  </pic:spPr>
                </pic:pic>
              </a:graphicData>
            </a:graphic>
          </wp:inline>
        </w:drawing>
      </w:r>
    </w:p>
    <w:p w14:paraId="5AB8551D" w14:textId="77777777" w:rsidR="00511B57" w:rsidRPr="00BD24B4" w:rsidRDefault="00511B57">
      <w:pPr>
        <w:rPr>
          <w:rFonts w:cs="Times New Roman"/>
          <w:lang w:val="ru-RU"/>
        </w:rPr>
      </w:pPr>
    </w:p>
    <w:p w14:paraId="738C8114" w14:textId="3D1476FC" w:rsidR="0056157D" w:rsidRPr="00BD24B4" w:rsidRDefault="00813657" w:rsidP="003C3FAA">
      <w:pPr>
        <w:pStyle w:val="1a"/>
      </w:pPr>
      <w:r w:rsidRPr="00BD24B4">
        <w:t xml:space="preserve">(1) </w:t>
      </w:r>
      <w:r w:rsidR="003C3FAA" w:rsidRPr="00BD24B4">
        <w:tab/>
      </w:r>
      <w:r w:rsidRPr="00BD24B4">
        <w:t xml:space="preserve">Шлем </w:t>
      </w:r>
    </w:p>
    <w:p w14:paraId="037C1797" w14:textId="77777777" w:rsidR="0056157D" w:rsidRPr="00BD24B4" w:rsidRDefault="00813657" w:rsidP="003C3FAA">
      <w:pPr>
        <w:pStyle w:val="2e"/>
      </w:pPr>
      <w:r w:rsidRPr="00BD24B4">
        <w:t xml:space="preserve">Ваш шлем - самый важный элемент защитного снаряжения для безопасной езды. </w:t>
      </w:r>
      <w:r w:rsidR="005903A4" w:rsidRPr="00BD24B4">
        <w:t>Мотоциклетный шлем,</w:t>
      </w:r>
      <w:r w:rsidR="006F773E" w:rsidRPr="00BD24B4">
        <w:t xml:space="preserve"> сертифицированный для эксплуатации </w:t>
      </w:r>
      <w:r w:rsidR="005903A4" w:rsidRPr="00BD24B4">
        <w:t>на дорогах,</w:t>
      </w:r>
      <w:r w:rsidR="006F773E" w:rsidRPr="00BD24B4">
        <w:t xml:space="preserve"> </w:t>
      </w:r>
      <w:r w:rsidRPr="00BD24B4">
        <w:t xml:space="preserve">может предотвратить получение серьезной травмы головы. </w:t>
      </w:r>
    </w:p>
    <w:p w14:paraId="357A3C74" w14:textId="55C0411E" w:rsidR="0056157D" w:rsidRPr="00BD24B4" w:rsidRDefault="00813657" w:rsidP="003C3FAA">
      <w:pPr>
        <w:pStyle w:val="1a"/>
      </w:pPr>
      <w:r w:rsidRPr="00BD24B4">
        <w:t xml:space="preserve">(2) </w:t>
      </w:r>
      <w:r w:rsidR="003C3FAA" w:rsidRPr="00BD24B4">
        <w:tab/>
      </w:r>
      <w:r w:rsidRPr="00BD24B4">
        <w:t xml:space="preserve">Защита глаз </w:t>
      </w:r>
    </w:p>
    <w:p w14:paraId="6D5DE615" w14:textId="77777777" w:rsidR="0056157D" w:rsidRPr="00BD24B4" w:rsidRDefault="00813657" w:rsidP="003C3FAA">
      <w:pPr>
        <w:pStyle w:val="2e"/>
      </w:pPr>
      <w:r w:rsidRPr="00BD24B4">
        <w:t>Не следует полагать, что солнцезащитные очки</w:t>
      </w:r>
      <w:r w:rsidR="002223B8" w:rsidRPr="00BD24B4">
        <w:t xml:space="preserve"> или очки для коррекции зрения</w:t>
      </w:r>
      <w:r w:rsidRPr="00BD24B4">
        <w:t xml:space="preserve"> защищают ваши глаза надлежащим образом. </w:t>
      </w:r>
    </w:p>
    <w:p w14:paraId="1F7D563C" w14:textId="77777777" w:rsidR="0056157D" w:rsidRPr="00BD24B4" w:rsidRDefault="00813657" w:rsidP="003C3FAA">
      <w:pPr>
        <w:pStyle w:val="2e"/>
      </w:pPr>
      <w:r w:rsidRPr="00BD24B4">
        <w:t xml:space="preserve">Наилучшую защиту ваших глаз обеспечивают </w:t>
      </w:r>
      <w:r w:rsidR="002223B8" w:rsidRPr="00BD24B4">
        <w:t xml:space="preserve">специальные мотоциклетные </w:t>
      </w:r>
      <w:r w:rsidRPr="00BD24B4">
        <w:t xml:space="preserve">защитные очки или </w:t>
      </w:r>
      <w:proofErr w:type="spellStart"/>
      <w:r w:rsidR="002223B8" w:rsidRPr="00BD24B4">
        <w:t>визор</w:t>
      </w:r>
      <w:proofErr w:type="spellEnd"/>
      <w:r w:rsidR="002223B8" w:rsidRPr="00BD24B4">
        <w:t xml:space="preserve"> </w:t>
      </w:r>
      <w:r w:rsidR="005903A4" w:rsidRPr="00BD24B4">
        <w:t>шлема.</w:t>
      </w:r>
      <w:r w:rsidRPr="00BD24B4">
        <w:t xml:space="preserve"> Они должны быть всегда чистыми и иметь небьющуюся конструкцию. </w:t>
      </w:r>
    </w:p>
    <w:p w14:paraId="1758B444" w14:textId="4B8EF3B7" w:rsidR="0056157D" w:rsidRPr="00BD24B4" w:rsidRDefault="00813657" w:rsidP="003C3FAA">
      <w:pPr>
        <w:pStyle w:val="1a"/>
      </w:pPr>
      <w:r w:rsidRPr="00BD24B4">
        <w:t xml:space="preserve">(3) </w:t>
      </w:r>
      <w:r w:rsidR="003C3FAA" w:rsidRPr="00BD24B4">
        <w:tab/>
      </w:r>
      <w:r w:rsidRPr="00BD24B4">
        <w:t xml:space="preserve">Одежда </w:t>
      </w:r>
    </w:p>
    <w:p w14:paraId="789D1DA9" w14:textId="77777777" w:rsidR="0056157D" w:rsidRPr="00BD24B4" w:rsidRDefault="00813657" w:rsidP="003C3FAA">
      <w:pPr>
        <w:pStyle w:val="2e"/>
      </w:pPr>
      <w:r w:rsidRPr="00BD24B4">
        <w:t xml:space="preserve">Всегда надевать одежду с длинными рукавами и длинные брюки для защиты рук и ног. Ношение брюк с наколенниками, защиты спины и плеч обеспечит вам максимальную безопасность. </w:t>
      </w:r>
    </w:p>
    <w:p w14:paraId="7C0FD7F2" w14:textId="462888D3" w:rsidR="0056157D" w:rsidRPr="00BD24B4" w:rsidRDefault="00813657" w:rsidP="003C3FAA">
      <w:pPr>
        <w:pStyle w:val="1a"/>
      </w:pPr>
      <w:r w:rsidRPr="00BD24B4">
        <w:t xml:space="preserve">(4) </w:t>
      </w:r>
      <w:r w:rsidR="003C3FAA" w:rsidRPr="00BD24B4">
        <w:tab/>
      </w:r>
      <w:r w:rsidRPr="00BD24B4">
        <w:t xml:space="preserve">Перчатки </w:t>
      </w:r>
    </w:p>
    <w:p w14:paraId="4DE982DA" w14:textId="77777777" w:rsidR="0056157D" w:rsidRPr="00BD24B4" w:rsidRDefault="00813657" w:rsidP="003C3FAA">
      <w:pPr>
        <w:pStyle w:val="2e"/>
      </w:pPr>
      <w:r w:rsidRPr="00BD24B4">
        <w:t xml:space="preserve">Внедорожные перчатки с накладками на костяшки пальцев лучше всего подходят для вашего комфорта и защиты. </w:t>
      </w:r>
    </w:p>
    <w:p w14:paraId="4B30B33E" w14:textId="1C15DC39" w:rsidR="0056157D" w:rsidRPr="00BD24B4" w:rsidRDefault="00813657" w:rsidP="003C3FAA">
      <w:pPr>
        <w:pStyle w:val="1a"/>
      </w:pPr>
      <w:r w:rsidRPr="00BD24B4">
        <w:t xml:space="preserve">(5) </w:t>
      </w:r>
      <w:r w:rsidR="003C3FAA" w:rsidRPr="00BD24B4">
        <w:tab/>
      </w:r>
      <w:r w:rsidRPr="00BD24B4">
        <w:t xml:space="preserve">Мотоботы </w:t>
      </w:r>
    </w:p>
    <w:p w14:paraId="48232676" w14:textId="77777777" w:rsidR="0056157D" w:rsidRPr="00BD24B4" w:rsidRDefault="00813657" w:rsidP="003C3FAA">
      <w:pPr>
        <w:pStyle w:val="2e"/>
      </w:pPr>
      <w:r w:rsidRPr="00BD24B4">
        <w:t xml:space="preserve">Лучшая обувь </w:t>
      </w:r>
      <w:r w:rsidR="002223B8" w:rsidRPr="00BD24B4">
        <w:t>— это</w:t>
      </w:r>
      <w:r w:rsidRPr="00BD24B4">
        <w:t xml:space="preserve"> пара прочных </w:t>
      </w:r>
      <w:r w:rsidR="002223B8" w:rsidRPr="00BD24B4">
        <w:t xml:space="preserve">высоких </w:t>
      </w:r>
      <w:r w:rsidR="005903A4" w:rsidRPr="00BD24B4">
        <w:t>мотоботов на</w:t>
      </w:r>
      <w:r w:rsidRPr="00BD24B4">
        <w:t xml:space="preserve"> каблуке, наподобие </w:t>
      </w:r>
      <w:r w:rsidR="002223B8" w:rsidRPr="00BD24B4">
        <w:t>мотоботов</w:t>
      </w:r>
      <w:r w:rsidRPr="00BD24B4">
        <w:t xml:space="preserve"> для мотокросса. </w:t>
      </w:r>
    </w:p>
    <w:p w14:paraId="5DDEF84C" w14:textId="3AC375BA" w:rsidR="00511B57" w:rsidRPr="00BD24B4" w:rsidRDefault="00511B57">
      <w:pPr>
        <w:spacing w:after="200" w:line="276" w:lineRule="auto"/>
        <w:rPr>
          <w:rFonts w:cs="Times New Roman"/>
          <w:lang w:val="ru-RU"/>
        </w:rPr>
      </w:pPr>
      <w:r w:rsidRPr="00BD24B4">
        <w:rPr>
          <w:rFonts w:cs="Times New Roman"/>
          <w:lang w:val="ru-RU"/>
        </w:rPr>
        <w:br w:type="page"/>
      </w:r>
    </w:p>
    <w:p w14:paraId="77884067" w14:textId="77777777" w:rsidR="00515DAF" w:rsidRPr="00BD24B4" w:rsidRDefault="00515DAF">
      <w:pPr>
        <w:rPr>
          <w:rFonts w:cs="Times New Roman"/>
          <w:lang w:val="ru-RU"/>
        </w:rPr>
      </w:pPr>
    </w:p>
    <w:p w14:paraId="06BA6F5B" w14:textId="144AAD23" w:rsidR="0056157D" w:rsidRPr="00BD24B4" w:rsidRDefault="00813657" w:rsidP="00511B57">
      <w:pPr>
        <w:pStyle w:val="1"/>
      </w:pPr>
      <w:bookmarkStart w:id="13" w:name="_Toc220542613"/>
      <w:r w:rsidRPr="00BD24B4">
        <w:t xml:space="preserve">11. </w:t>
      </w:r>
      <w:r w:rsidR="00511B57" w:rsidRPr="00BD24B4">
        <w:tab/>
      </w:r>
      <w:r w:rsidRPr="00BD24B4">
        <w:t>ПЕРЕВОЗКА ГРУЗОВ</w:t>
      </w:r>
      <w:bookmarkEnd w:id="13"/>
      <w:r w:rsidRPr="00BD24B4">
        <w:t xml:space="preserve"> </w:t>
      </w:r>
    </w:p>
    <w:p w14:paraId="1B828AA8" w14:textId="24B26899" w:rsidR="0056157D" w:rsidRPr="00BD24B4" w:rsidRDefault="0056157D">
      <w:pPr>
        <w:rPr>
          <w:rFonts w:cs="Times New Roman"/>
          <w:lang w:val="ru-RU"/>
        </w:rPr>
      </w:pPr>
    </w:p>
    <w:p w14:paraId="78EE6164" w14:textId="7AC86668" w:rsidR="0056157D" w:rsidRPr="00BD24B4" w:rsidRDefault="00813657">
      <w:pPr>
        <w:rPr>
          <w:rFonts w:cs="Times New Roman"/>
          <w:lang w:val="ru-RU"/>
        </w:rPr>
      </w:pPr>
      <w:r w:rsidRPr="00BD24B4">
        <w:rPr>
          <w:rFonts w:cs="Times New Roman"/>
          <w:lang w:val="ru-RU"/>
        </w:rPr>
        <w:t xml:space="preserve">Ваш </w:t>
      </w:r>
      <w:proofErr w:type="spellStart"/>
      <w:r w:rsidRPr="00BD24B4">
        <w:rPr>
          <w:rFonts w:cs="Times New Roman"/>
          <w:lang w:val="ru-RU"/>
        </w:rPr>
        <w:t>квадрицикл</w:t>
      </w:r>
      <w:proofErr w:type="spellEnd"/>
      <w:r w:rsidRPr="00BD24B4">
        <w:rPr>
          <w:rFonts w:cs="Times New Roman"/>
          <w:lang w:val="ru-RU"/>
        </w:rPr>
        <w:t xml:space="preserve"> рассчитан на перевозку определенного количества грузов. ВЕС ГРУЗА должен быть равномерно распределен (1/3 спереди и 2/3 сзади) и располагаться как можно ниже. При движении по пересеченной или холмистой местности необходимо снижать скорость и вес грузов, чтобы условия езды оставались стабильными. Запрещается превышать вес, указанный в руководстве по эксплуатации вашего транспортного средства. </w:t>
      </w:r>
    </w:p>
    <w:p w14:paraId="73E035F9" w14:textId="0C1DA462" w:rsidR="0056157D" w:rsidRPr="00BD24B4" w:rsidRDefault="00813657">
      <w:pPr>
        <w:rPr>
          <w:rFonts w:cs="Times New Roman"/>
          <w:lang w:val="ru-RU"/>
        </w:rPr>
      </w:pPr>
      <w:r w:rsidRPr="00BD24B4">
        <w:rPr>
          <w:rFonts w:cs="Times New Roman"/>
          <w:lang w:val="ru-RU"/>
        </w:rPr>
        <w:t xml:space="preserve">Максимальный вес </w:t>
      </w:r>
      <w:r w:rsidR="002223B8" w:rsidRPr="00BD24B4">
        <w:rPr>
          <w:rFonts w:cs="Times New Roman"/>
          <w:lang w:val="ru-RU"/>
        </w:rPr>
        <w:t xml:space="preserve">снаряженного и загруженного </w:t>
      </w:r>
      <w:r w:rsidRPr="00BD24B4">
        <w:rPr>
          <w:rFonts w:cs="Times New Roman"/>
          <w:lang w:val="ru-RU"/>
        </w:rPr>
        <w:t xml:space="preserve">прицепа </w:t>
      </w:r>
      <w:r w:rsidR="00F67073" w:rsidRPr="00BD24B4">
        <w:rPr>
          <w:rFonts w:cs="Times New Roman"/>
          <w:lang w:val="ru-RU"/>
        </w:rPr>
        <w:t>- 200</w:t>
      </w:r>
      <w:r w:rsidRPr="00BD24B4">
        <w:rPr>
          <w:rFonts w:cs="Times New Roman"/>
          <w:lang w:val="ru-RU"/>
        </w:rPr>
        <w:t xml:space="preserve"> кг</w:t>
      </w:r>
      <w:r w:rsidR="002223B8" w:rsidRPr="00BD24B4">
        <w:rPr>
          <w:rFonts w:cs="Times New Roman"/>
          <w:lang w:val="ru-RU"/>
        </w:rPr>
        <w:t xml:space="preserve"> при условии движения по ровной и </w:t>
      </w:r>
      <w:r w:rsidR="00F67073" w:rsidRPr="00BD24B4">
        <w:rPr>
          <w:rFonts w:cs="Times New Roman"/>
          <w:lang w:val="ru-RU"/>
        </w:rPr>
        <w:t>твердой поверхности</w:t>
      </w:r>
      <w:r w:rsidRPr="00BD24B4">
        <w:rPr>
          <w:rFonts w:cs="Times New Roman"/>
          <w:lang w:val="ru-RU"/>
        </w:rPr>
        <w:t xml:space="preserve">. Максимальная вертикальная нагрузка на </w:t>
      </w:r>
      <w:r w:rsidR="002223B8" w:rsidRPr="00BD24B4">
        <w:rPr>
          <w:rFonts w:cs="Times New Roman"/>
          <w:lang w:val="ru-RU"/>
        </w:rPr>
        <w:t>шар фаркопа</w:t>
      </w:r>
      <w:r w:rsidRPr="00BD24B4">
        <w:rPr>
          <w:rFonts w:cs="Times New Roman"/>
          <w:lang w:val="ru-RU"/>
        </w:rPr>
        <w:t xml:space="preserve"> 11 кг. Неправильная загрузка передне</w:t>
      </w:r>
      <w:r w:rsidR="002223B8" w:rsidRPr="00BD24B4">
        <w:rPr>
          <w:rFonts w:cs="Times New Roman"/>
          <w:lang w:val="ru-RU"/>
        </w:rPr>
        <w:t xml:space="preserve">го </w:t>
      </w:r>
      <w:r w:rsidR="00F67073" w:rsidRPr="00BD24B4">
        <w:rPr>
          <w:rFonts w:cs="Times New Roman"/>
          <w:lang w:val="ru-RU"/>
        </w:rPr>
        <w:t>багажника может</w:t>
      </w:r>
      <w:r w:rsidRPr="00BD24B4">
        <w:rPr>
          <w:rFonts w:cs="Times New Roman"/>
          <w:lang w:val="ru-RU"/>
        </w:rPr>
        <w:t xml:space="preserve"> загораживать свет фар</w:t>
      </w:r>
      <w:r w:rsidR="002223B8" w:rsidRPr="00BD24B4">
        <w:rPr>
          <w:rFonts w:cs="Times New Roman"/>
          <w:lang w:val="ru-RU"/>
        </w:rPr>
        <w:t xml:space="preserve"> и обзор водителя, а также создавать помехи повороту руля</w:t>
      </w:r>
      <w:r w:rsidRPr="00BD24B4">
        <w:rPr>
          <w:rFonts w:cs="Times New Roman"/>
          <w:lang w:val="ru-RU"/>
        </w:rPr>
        <w:t xml:space="preserve">. Не загораживать свет фары грузом. </w:t>
      </w:r>
      <w:r w:rsidR="002223B8" w:rsidRPr="00BD24B4">
        <w:rPr>
          <w:rFonts w:cs="Times New Roman"/>
          <w:lang w:val="ru-RU"/>
        </w:rPr>
        <w:t>Не загораживайте обзор водителя. Не мешайте возможности поворота руля в любое положение.</w:t>
      </w:r>
    </w:p>
    <w:p w14:paraId="00865D02" w14:textId="77777777" w:rsidR="0056157D" w:rsidRPr="00BD24B4" w:rsidRDefault="00813657">
      <w:pPr>
        <w:rPr>
          <w:rFonts w:cs="Times New Roman"/>
          <w:b/>
          <w:lang w:val="ru-RU"/>
        </w:rPr>
      </w:pPr>
      <w:r w:rsidRPr="00BD24B4">
        <w:rPr>
          <w:rFonts w:cs="Times New Roman"/>
          <w:b/>
          <w:lang w:val="ru-RU"/>
        </w:rPr>
        <w:t xml:space="preserve">Для продления срока службы ремня </w:t>
      </w:r>
      <w:r w:rsidR="00F67073" w:rsidRPr="00BD24B4">
        <w:rPr>
          <w:rFonts w:cs="Times New Roman"/>
          <w:b/>
          <w:lang w:val="ru-RU"/>
        </w:rPr>
        <w:t xml:space="preserve">и узлов вариатора </w:t>
      </w:r>
      <w:r w:rsidRPr="00BD24B4">
        <w:rPr>
          <w:rFonts w:cs="Times New Roman"/>
          <w:b/>
          <w:lang w:val="ru-RU"/>
        </w:rPr>
        <w:t>при транспортировке тяжелых грузов рекомендуется</w:t>
      </w:r>
      <w:r w:rsidR="00F844E1" w:rsidRPr="00BD24B4">
        <w:rPr>
          <w:rFonts w:cs="Times New Roman"/>
          <w:b/>
          <w:lang w:val="ru-RU"/>
        </w:rPr>
        <w:t xml:space="preserve"> </w:t>
      </w:r>
      <w:r w:rsidRPr="00BD24B4">
        <w:rPr>
          <w:rFonts w:cs="Times New Roman"/>
          <w:b/>
          <w:lang w:val="ru-RU"/>
        </w:rPr>
        <w:t xml:space="preserve">использовать пониженную переднюю передачу. </w:t>
      </w:r>
    </w:p>
    <w:p w14:paraId="769B0549" w14:textId="77777777" w:rsidR="00511B57" w:rsidRPr="00BD24B4" w:rsidRDefault="00511B57" w:rsidP="00511B57">
      <w:pPr>
        <w:widowControl w:val="0"/>
        <w:spacing w:line="276" w:lineRule="auto"/>
        <w:jc w:val="both"/>
        <w:rPr>
          <w:rFonts w:eastAsia="Times New Roman" w:cs="Times New Roman"/>
          <w:szCs w:val="24"/>
        </w:rPr>
      </w:pPr>
    </w:p>
    <w:tbl>
      <w:tblPr>
        <w:tblStyle w:val="52"/>
        <w:tblW w:w="5000" w:type="pct"/>
        <w:tblCellMar>
          <w:top w:w="85" w:type="dxa"/>
          <w:bottom w:w="85" w:type="dxa"/>
        </w:tblCellMar>
        <w:tblLook w:val="04A0" w:firstRow="1" w:lastRow="0" w:firstColumn="1" w:lastColumn="0" w:noHBand="0" w:noVBand="1"/>
      </w:tblPr>
      <w:tblGrid>
        <w:gridCol w:w="800"/>
        <w:gridCol w:w="5801"/>
      </w:tblGrid>
      <w:tr w:rsidR="00511B57" w:rsidRPr="00BD24B4" w14:paraId="56C0EB34" w14:textId="77777777" w:rsidTr="00645379">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3426A999" w14:textId="77777777" w:rsidR="00511B57" w:rsidRPr="00BD24B4" w:rsidRDefault="00511B57" w:rsidP="00645379">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A451199" w14:textId="77777777" w:rsidR="00511B57" w:rsidRPr="00BD24B4" w:rsidRDefault="00511B57" w:rsidP="00645379">
            <w:pPr>
              <w:pStyle w:val="afff"/>
            </w:pPr>
            <w:r w:rsidRPr="00BD24B4">
              <w:t>ПРЕДУПРЕЖДЕНИЕ</w:t>
            </w:r>
          </w:p>
        </w:tc>
      </w:tr>
      <w:tr w:rsidR="00511B57" w:rsidRPr="00707D8A" w14:paraId="6487511E" w14:textId="77777777" w:rsidTr="00645379">
        <w:tc>
          <w:tcPr>
            <w:tcW w:w="5000" w:type="pct"/>
            <w:gridSpan w:val="2"/>
            <w:tcBorders>
              <w:top w:val="single" w:sz="4" w:space="0" w:color="auto"/>
              <w:left w:val="nil"/>
              <w:right w:val="nil"/>
            </w:tcBorders>
          </w:tcPr>
          <w:p w14:paraId="0D0DD990" w14:textId="77777777" w:rsidR="00511B57" w:rsidRPr="00BD24B4" w:rsidRDefault="00511B57" w:rsidP="00511B57">
            <w:pPr>
              <w:widowControl w:val="0"/>
              <w:spacing w:line="276" w:lineRule="auto"/>
              <w:jc w:val="both"/>
              <w:rPr>
                <w:rFonts w:cs="Times New Roman"/>
                <w:szCs w:val="24"/>
                <w:lang w:val="ru"/>
              </w:rPr>
            </w:pPr>
            <w:r w:rsidRPr="00BD24B4">
              <w:rPr>
                <w:rFonts w:cs="Times New Roman"/>
                <w:szCs w:val="24"/>
                <w:lang w:val="ru"/>
              </w:rPr>
              <w:t xml:space="preserve">Правильная загрузка этого транспортного средства необходима для поддержания надлежащей устойчивости и эксплуатационных характеристик. Перегрузка или неправильное размещение груза влияют на выполнение поворотов, тормозной путь и устойчивость транспортного средства. </w:t>
            </w:r>
          </w:p>
          <w:p w14:paraId="420C14D0" w14:textId="676013CB" w:rsidR="00511B57" w:rsidRPr="00BD24B4" w:rsidRDefault="00511B57" w:rsidP="00511B57">
            <w:pPr>
              <w:widowControl w:val="0"/>
              <w:spacing w:line="276" w:lineRule="auto"/>
              <w:jc w:val="both"/>
              <w:rPr>
                <w:rFonts w:cs="Times New Roman"/>
                <w:szCs w:val="24"/>
                <w:lang w:eastAsia="ru-RU"/>
              </w:rPr>
            </w:pPr>
            <w:r w:rsidRPr="00BD24B4">
              <w:rPr>
                <w:rFonts w:cs="Times New Roman"/>
                <w:szCs w:val="24"/>
                <w:lang w:val="ru"/>
              </w:rPr>
              <w:t>Несоблюдение требований к нагрузке может привести к получению серьезных травм или гибели.</w:t>
            </w:r>
          </w:p>
        </w:tc>
      </w:tr>
    </w:tbl>
    <w:p w14:paraId="363FD8C5" w14:textId="77777777" w:rsidR="00511B57" w:rsidRPr="00BD24B4" w:rsidRDefault="00511B57" w:rsidP="00511B57">
      <w:pPr>
        <w:widowControl w:val="0"/>
        <w:spacing w:line="276" w:lineRule="auto"/>
        <w:jc w:val="both"/>
        <w:rPr>
          <w:rFonts w:eastAsia="Times New Roman" w:cs="Times New Roman"/>
          <w:szCs w:val="24"/>
          <w:lang w:val="ru-RU"/>
        </w:rPr>
      </w:pPr>
    </w:p>
    <w:p w14:paraId="5EDBE8FF" w14:textId="3586699E" w:rsidR="00511B57" w:rsidRPr="00BD24B4" w:rsidRDefault="00511B57" w:rsidP="00167989">
      <w:pPr>
        <w:widowControl w:val="0"/>
        <w:spacing w:line="276" w:lineRule="auto"/>
        <w:jc w:val="center"/>
        <w:rPr>
          <w:rFonts w:eastAsia="Times New Roman" w:cs="Times New Roman"/>
          <w:szCs w:val="24"/>
          <w:lang w:val="ru-RU"/>
        </w:rPr>
      </w:pPr>
      <w:r w:rsidRPr="00BD24B4">
        <w:rPr>
          <w:rFonts w:cs="Times New Roman"/>
          <w:noProof/>
          <w:lang w:val="ru-RU" w:eastAsia="ru-RU"/>
        </w:rPr>
        <w:drawing>
          <wp:inline distT="0" distB="0" distL="0" distR="0" wp14:anchorId="008E9C6F" wp14:editId="441DF2A6">
            <wp:extent cx="4216400" cy="2047957"/>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4223116" cy="2051219"/>
                    </a:xfrm>
                    <a:prstGeom prst="rect">
                      <a:avLst/>
                    </a:prstGeom>
                    <a:ln>
                      <a:noFill/>
                    </a:ln>
                    <a:extLst>
                      <a:ext uri="{53640926-AAD7-44D8-BBD7-CCE9431645EC}">
                        <a14:shadowObscured xmlns:a14="http://schemas.microsoft.com/office/drawing/2010/main"/>
                      </a:ext>
                    </a:extLst>
                  </pic:spPr>
                </pic:pic>
              </a:graphicData>
            </a:graphic>
          </wp:inline>
        </w:drawing>
      </w:r>
    </w:p>
    <w:p w14:paraId="697C8AD6" w14:textId="77777777" w:rsidR="00511B57" w:rsidRPr="00BD24B4" w:rsidRDefault="00511B57" w:rsidP="00511B57">
      <w:pPr>
        <w:widowControl w:val="0"/>
        <w:spacing w:line="276" w:lineRule="auto"/>
        <w:jc w:val="both"/>
        <w:rPr>
          <w:rFonts w:eastAsia="Times New Roman" w:cs="Times New Roman"/>
          <w:szCs w:val="24"/>
          <w:lang w:val="ru-RU"/>
        </w:rPr>
      </w:pPr>
    </w:p>
    <w:p w14:paraId="74599017" w14:textId="77777777" w:rsidR="0056157D" w:rsidRPr="00BD24B4" w:rsidRDefault="00813657">
      <w:pPr>
        <w:rPr>
          <w:rFonts w:cs="Times New Roman"/>
          <w:lang w:val="ru-RU"/>
        </w:rPr>
      </w:pPr>
      <w:r w:rsidRPr="00BD24B4">
        <w:rPr>
          <w:rFonts w:cs="Times New Roman"/>
          <w:lang w:val="ru-RU"/>
        </w:rPr>
        <w:t xml:space="preserve">Использовать страховочную цепь </w:t>
      </w:r>
      <w:r w:rsidR="00F844E1" w:rsidRPr="00BD24B4">
        <w:rPr>
          <w:rFonts w:cs="Times New Roman"/>
          <w:lang w:val="ru-RU"/>
        </w:rPr>
        <w:t>прицепа</w:t>
      </w:r>
    </w:p>
    <w:p w14:paraId="4A2E3642" w14:textId="48D1AC20" w:rsidR="0056157D" w:rsidRPr="00BD24B4" w:rsidRDefault="00813657" w:rsidP="00E01FC8">
      <w:pPr>
        <w:pStyle w:val="b"/>
      </w:pPr>
      <w:r w:rsidRPr="00BD24B4">
        <w:t xml:space="preserve">Страховочная цепь поможет управлять буксируемым оборудованием, если оно отделится от серьги буксирной сцепки. </w:t>
      </w:r>
    </w:p>
    <w:p w14:paraId="7BD0ADFF" w14:textId="591DC0DF" w:rsidR="0056157D" w:rsidRPr="00BD24B4" w:rsidRDefault="00813657" w:rsidP="00E01FC8">
      <w:pPr>
        <w:pStyle w:val="b"/>
      </w:pPr>
      <w:r w:rsidRPr="00BD24B4">
        <w:t xml:space="preserve">Использовать цепь с номинальной прочностью, равной общему весу буксируемого оборудования или превышающей его. </w:t>
      </w:r>
    </w:p>
    <w:p w14:paraId="6DFDF810" w14:textId="087AAD82" w:rsidR="0056157D" w:rsidRPr="00BD24B4" w:rsidRDefault="00813657" w:rsidP="00E01FC8">
      <w:pPr>
        <w:pStyle w:val="b"/>
      </w:pPr>
      <w:r w:rsidRPr="00BD24B4">
        <w:t xml:space="preserve">Прикрепить цепь к опоре буксирной сцепки или к другому указанному месту крепления. </w:t>
      </w:r>
      <w:r w:rsidR="00D26584" w:rsidRPr="00BD24B4">
        <w:t xml:space="preserve">Провисание цепи должно быть достаточным для поворотов. </w:t>
      </w:r>
    </w:p>
    <w:p w14:paraId="1B4C682B" w14:textId="0AD6C922" w:rsidR="0056157D" w:rsidRPr="00BD24B4" w:rsidRDefault="00D26584" w:rsidP="00E01FC8">
      <w:pPr>
        <w:pStyle w:val="b"/>
      </w:pPr>
      <w:r w:rsidRPr="00BD24B4">
        <w:t>Не использовать страховочную цепь для буксировки.</w:t>
      </w:r>
    </w:p>
    <w:p w14:paraId="047449B7" w14:textId="7C3C9944" w:rsidR="0040385D" w:rsidRPr="00BD24B4" w:rsidRDefault="0040385D" w:rsidP="0040385D">
      <w:pPr>
        <w:spacing w:after="200" w:line="276" w:lineRule="auto"/>
        <w:jc w:val="center"/>
        <w:rPr>
          <w:rFonts w:cs="Times New Roman"/>
          <w:lang w:val="ru-RU"/>
        </w:rPr>
      </w:pPr>
      <w:r w:rsidRPr="00BD24B4">
        <w:rPr>
          <w:rFonts w:cs="Times New Roman"/>
          <w:noProof/>
          <w:lang w:val="ru-RU" w:eastAsia="ru-RU"/>
        </w:rPr>
        <w:lastRenderedPageBreak/>
        <w:drawing>
          <wp:inline distT="0" distB="0" distL="0" distR="0" wp14:anchorId="3BD0B0DA" wp14:editId="045A8399">
            <wp:extent cx="1574800" cy="1122704"/>
            <wp:effectExtent l="0" t="0" r="635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47_img_1.jpeg"/>
                    <pic:cNvPicPr/>
                  </pic:nvPicPr>
                  <pic:blipFill>
                    <a:blip r:embed="rId27"/>
                    <a:stretch>
                      <a:fillRect/>
                    </a:stretch>
                  </pic:blipFill>
                  <pic:spPr>
                    <a:xfrm>
                      <a:off x="0" y="0"/>
                      <a:ext cx="1575779" cy="1123402"/>
                    </a:xfrm>
                    <a:prstGeom prst="rect">
                      <a:avLst/>
                    </a:prstGeom>
                  </pic:spPr>
                </pic:pic>
              </a:graphicData>
            </a:graphic>
          </wp:inline>
        </w:drawing>
      </w:r>
    </w:p>
    <w:p w14:paraId="22385665" w14:textId="77777777" w:rsidR="00515DAF" w:rsidRPr="00BD24B4" w:rsidRDefault="00515DAF">
      <w:pPr>
        <w:rPr>
          <w:rFonts w:cs="Times New Roman"/>
          <w:lang w:val="ru-RU"/>
        </w:rPr>
      </w:pPr>
    </w:p>
    <w:p w14:paraId="58248615" w14:textId="77777777" w:rsidR="0056157D" w:rsidRPr="00BD24B4" w:rsidRDefault="00813657" w:rsidP="0040385D">
      <w:pPr>
        <w:pStyle w:val="bold12"/>
      </w:pPr>
      <w:r w:rsidRPr="00BD24B4">
        <w:t xml:space="preserve">Важные меры предосторожности </w:t>
      </w:r>
    </w:p>
    <w:p w14:paraId="75B422A4" w14:textId="7E3BE77A" w:rsidR="0056157D" w:rsidRPr="00BD24B4" w:rsidRDefault="0056157D">
      <w:pPr>
        <w:rPr>
          <w:rFonts w:cs="Times New Roman"/>
          <w:lang w:val="ru-RU"/>
        </w:rPr>
      </w:pPr>
    </w:p>
    <w:p w14:paraId="510F24B2" w14:textId="77777777" w:rsidR="0056157D" w:rsidRPr="00BD24B4" w:rsidRDefault="00813657">
      <w:pPr>
        <w:rPr>
          <w:rFonts w:cs="Times New Roman"/>
          <w:lang w:val="ru-RU"/>
        </w:rPr>
      </w:pPr>
      <w:r w:rsidRPr="00BD24B4">
        <w:rPr>
          <w:rFonts w:cs="Times New Roman"/>
          <w:lang w:val="ru-RU"/>
        </w:rPr>
        <w:t xml:space="preserve">Чтобы снизить риск получения травм или повреждения транспортного средства при перевозке грузов, необходимо прочесть и соблюдать указанные ниже предупреждения: </w:t>
      </w:r>
    </w:p>
    <w:p w14:paraId="063E6860" w14:textId="5B2C4069" w:rsidR="0056157D" w:rsidRPr="00BD24B4" w:rsidRDefault="0056157D">
      <w:pPr>
        <w:rPr>
          <w:rFonts w:cs="Times New Roman"/>
          <w:lang w:val="ru-RU"/>
        </w:rPr>
      </w:pPr>
    </w:p>
    <w:p w14:paraId="7A1165BB" w14:textId="01F78209" w:rsidR="0056157D" w:rsidRPr="00BD24B4" w:rsidRDefault="00813657" w:rsidP="00E01FC8">
      <w:pPr>
        <w:pStyle w:val="b"/>
      </w:pPr>
      <w:r w:rsidRPr="00BD24B4">
        <w:t xml:space="preserve">ПРИ ПЕРЕВОЗКЕ ГРУЗОВ СНИЗИТЬ СКОРОСТЬ И ОБЕСПЕЧИТЬ ДОСТАТОЧНЫЙ ТОРМОЗНОЙ ПУТЬ. </w:t>
      </w:r>
    </w:p>
    <w:p w14:paraId="585F4E64" w14:textId="4AB0EFAC" w:rsidR="0056157D" w:rsidRPr="00BD24B4" w:rsidRDefault="00813657" w:rsidP="00E01FC8">
      <w:pPr>
        <w:pStyle w:val="b"/>
      </w:pPr>
      <w:r w:rsidRPr="00BD24B4">
        <w:t>ВЕСА ГРУЗА должен быть распределен таким образом, чтобы 1/3 приходилась на передн</w:t>
      </w:r>
      <w:r w:rsidR="00F67073" w:rsidRPr="00BD24B4">
        <w:t>ий багажник (не более 30кг)</w:t>
      </w:r>
      <w:r w:rsidRPr="00BD24B4">
        <w:t xml:space="preserve"> и 2/3 - на задн</w:t>
      </w:r>
      <w:r w:rsidR="00F844E1" w:rsidRPr="00BD24B4">
        <w:t>ий багажник</w:t>
      </w:r>
      <w:r w:rsidR="00F67073" w:rsidRPr="00BD24B4">
        <w:t xml:space="preserve"> (не более 60 кг)</w:t>
      </w:r>
      <w:r w:rsidRPr="00BD24B4">
        <w:t>. При движении по пересеченной или холмистой местности необходимо снижать скорость и вес грузов, чтобы условия езды оставались стабильными. Перевозка грузов на одной сто</w:t>
      </w:r>
      <w:r w:rsidR="00F67073" w:rsidRPr="00BD24B4">
        <w:t>роне</w:t>
      </w:r>
      <w:r w:rsidR="00F844E1" w:rsidRPr="00BD24B4">
        <w:t xml:space="preserve"> багажника</w:t>
      </w:r>
      <w:r w:rsidRPr="00BD24B4">
        <w:t xml:space="preserve"> увеличивает вероятность опрокидывания транспортного средства. </w:t>
      </w:r>
    </w:p>
    <w:p w14:paraId="497DBE3F" w14:textId="021E02FB" w:rsidR="0056157D" w:rsidRPr="00BD24B4" w:rsidRDefault="00813657" w:rsidP="00E01FC8">
      <w:pPr>
        <w:pStyle w:val="b"/>
      </w:pPr>
      <w:r w:rsidRPr="00BD24B4">
        <w:t xml:space="preserve">ТЯЖЕЛЫЕ ГРУЗЫ МОГУТ ВЫЗВАТЬ ПРОБЛЕМЫ С ТОРМОЖЕНИЕМ И УПРАВЛЕНИЕМ. Требуется соблюдать крайнюю осторожность при торможении транспортного средства с грузами. Следует избегать езды по местности или таких ситуаций, когда может потребоваться движение вниз по склону задним ходом. </w:t>
      </w:r>
    </w:p>
    <w:p w14:paraId="0D09D810" w14:textId="437385C7" w:rsidR="0056157D" w:rsidRPr="00BD24B4" w:rsidRDefault="00813657" w:rsidP="00E01FC8">
      <w:pPr>
        <w:pStyle w:val="b"/>
      </w:pPr>
      <w:r w:rsidRPr="00BD24B4">
        <w:t xml:space="preserve">ВСЕ ГРУЗЫ ДОЛЖНЫ БЫТЬ ЗАКРЕПЛЕНЫ ДО НАЧАЛА ДВИЖЕНИЯ ТРАНСПОРТНОГО СРЕДСТВА. Незакрепленные грузы могут создать нестабильные условия езды, что может привести к потере управления транспортным средством. </w:t>
      </w:r>
    </w:p>
    <w:p w14:paraId="58933D80" w14:textId="4633133A" w:rsidR="0056157D" w:rsidRPr="00BD24B4" w:rsidRDefault="00813657" w:rsidP="00E01FC8">
      <w:pPr>
        <w:pStyle w:val="b"/>
      </w:pPr>
      <w:r w:rsidRPr="00BD24B4">
        <w:t xml:space="preserve">ГРУЗЫ ДОЛЖНЫ РАСПОЛАГАТЬСЯ НА </w:t>
      </w:r>
      <w:r w:rsidR="00F67073" w:rsidRPr="00BD24B4">
        <w:t>БАГАЖНИКАХ</w:t>
      </w:r>
      <w:r w:rsidRPr="00BD24B4">
        <w:t xml:space="preserve"> КАК МОЖНО НИЖЕ. </w:t>
      </w:r>
      <w:proofErr w:type="gramStart"/>
      <w:r w:rsidRPr="00BD24B4">
        <w:t>Перевозка грузов</w:t>
      </w:r>
      <w:proofErr w:type="gramEnd"/>
      <w:r w:rsidRPr="00BD24B4">
        <w:t xml:space="preserve"> высоко</w:t>
      </w:r>
      <w:r w:rsidR="00F67073" w:rsidRPr="00BD24B4">
        <w:t xml:space="preserve"> расположенных на багажниках</w:t>
      </w:r>
      <w:r w:rsidRPr="00BD24B4">
        <w:t xml:space="preserve"> смещает центр тяжести транспортного средства вверх, тем самым создавая менее стабильные условия езды. Если грузы перевозятся высоко на </w:t>
      </w:r>
      <w:r w:rsidR="004E380D" w:rsidRPr="00BD24B4">
        <w:t>багажниках</w:t>
      </w:r>
      <w:r w:rsidRPr="00BD24B4">
        <w:t xml:space="preserve">, для сохранения стабильных условий езды вес грузов необходимо уменьшить. </w:t>
      </w:r>
    </w:p>
    <w:p w14:paraId="12F76B30" w14:textId="2759BA2C" w:rsidR="0056157D" w:rsidRPr="00BD24B4" w:rsidRDefault="00813657" w:rsidP="00E01FC8">
      <w:pPr>
        <w:pStyle w:val="b"/>
      </w:pPr>
      <w:r w:rsidRPr="00BD24B4">
        <w:t>ЕЗДИТЬ ТОЛЬКО СО СТАБИЛЬН</w:t>
      </w:r>
      <w:r w:rsidR="00212C06" w:rsidRPr="00BD24B4">
        <w:t>О</w:t>
      </w:r>
      <w:r w:rsidRPr="00BD24B4">
        <w:t xml:space="preserve"> И БЕЗОПАСНО РАСПОЛОЖЕННЫМИ ГРУЗАМИ. Не ездить с грузами со смещенным центром</w:t>
      </w:r>
      <w:r w:rsidR="00212C06" w:rsidRPr="00BD24B4">
        <w:t xml:space="preserve"> тяжести</w:t>
      </w:r>
      <w:r w:rsidRPr="00BD24B4">
        <w:t xml:space="preserve">, которые невозможно </w:t>
      </w:r>
      <w:proofErr w:type="spellStart"/>
      <w:r w:rsidRPr="00BD24B4">
        <w:t>отцентровать</w:t>
      </w:r>
      <w:proofErr w:type="spellEnd"/>
      <w:r w:rsidRPr="00BD24B4">
        <w:t xml:space="preserve">. Всегда прикреплять буксируемый груз к точке сцепки, рассчитанной для вашего </w:t>
      </w:r>
      <w:proofErr w:type="spellStart"/>
      <w:r w:rsidRPr="00BD24B4">
        <w:t>квадрицикла</w:t>
      </w:r>
      <w:proofErr w:type="spellEnd"/>
      <w:r w:rsidRPr="00BD24B4">
        <w:t xml:space="preserve">. </w:t>
      </w:r>
    </w:p>
    <w:p w14:paraId="4B18DBEF" w14:textId="3D04101E" w:rsidR="0056157D" w:rsidRPr="00BD24B4" w:rsidRDefault="00813657" w:rsidP="00E01FC8">
      <w:pPr>
        <w:pStyle w:val="b"/>
      </w:pPr>
      <w:r w:rsidRPr="00BD24B4">
        <w:t xml:space="preserve">СОБЛЮДАТЬ ПРЕДЕЛЬНУЮ ОСТОРОЖНОСТЬ. Не ездить с грузами, выступающими за боковые стороны </w:t>
      </w:r>
      <w:r w:rsidR="00212C06" w:rsidRPr="00BD24B4">
        <w:t>багажника</w:t>
      </w:r>
      <w:r w:rsidRPr="00BD24B4">
        <w:t xml:space="preserve">. Это может отрицательно повлиять на устойчивость и маневренность, что приведет к опрокидыванию транспортного средства. </w:t>
      </w:r>
    </w:p>
    <w:p w14:paraId="6BE0EDCE" w14:textId="5D35D8EF" w:rsidR="0056157D" w:rsidRPr="00BD24B4" w:rsidRDefault="00813657" w:rsidP="00E01FC8">
      <w:pPr>
        <w:pStyle w:val="b"/>
      </w:pPr>
      <w:r w:rsidRPr="00BD24B4">
        <w:t xml:space="preserve">НЕ ЗАГОРАЖИВАТЬ ФАРУ/ЗАДНИЙ ФОНАРЬ И ОТРАЖАТЕЛИ при перевозке грузов на </w:t>
      </w:r>
      <w:r w:rsidR="00212C06" w:rsidRPr="00BD24B4">
        <w:t>багажниках.</w:t>
      </w:r>
    </w:p>
    <w:p w14:paraId="59EF7FC1" w14:textId="63648E54" w:rsidR="0056157D" w:rsidRPr="00BD24B4" w:rsidRDefault="00813657" w:rsidP="00E01FC8">
      <w:pPr>
        <w:pStyle w:val="b"/>
      </w:pPr>
      <w:r w:rsidRPr="00BD24B4">
        <w:t>НЕ ПРЕВЫШАТЬ РЕКОМЕНДОВАННУЮ СКОРОСТЬ. При буксировке груза по ровной местности, покрытой травой, скорость транспортного средства никогда не должна превышать 16 км/ч. Никогда не следует превышать скорость 8 км/ч</w:t>
      </w:r>
      <w:r w:rsidR="00212C06" w:rsidRPr="00BD24B4">
        <w:t xml:space="preserve"> </w:t>
      </w:r>
      <w:r w:rsidRPr="00BD24B4">
        <w:t xml:space="preserve">при буксировке грузов по пересеченной местности, на поворотах, при подъеме на склоны или спуске с них. </w:t>
      </w:r>
    </w:p>
    <w:p w14:paraId="75AA213B" w14:textId="77777777" w:rsidR="0040385D" w:rsidRPr="00BD24B4" w:rsidRDefault="0040385D">
      <w:pPr>
        <w:spacing w:after="200" w:line="276" w:lineRule="auto"/>
        <w:rPr>
          <w:rFonts w:cs="Times New Roman"/>
          <w:lang w:val="ru-RU"/>
        </w:rPr>
      </w:pPr>
      <w:r w:rsidRPr="00BD24B4">
        <w:rPr>
          <w:rFonts w:cs="Times New Roman"/>
          <w:lang w:val="ru-RU"/>
        </w:rPr>
        <w:br w:type="page"/>
      </w:r>
    </w:p>
    <w:p w14:paraId="4D40C880" w14:textId="4F884C3E" w:rsidR="00515DAF" w:rsidRPr="00BD24B4" w:rsidRDefault="00515DAF">
      <w:pPr>
        <w:rPr>
          <w:rFonts w:cs="Times New Roman"/>
          <w:lang w:val="ru-RU"/>
        </w:rPr>
      </w:pPr>
    </w:p>
    <w:p w14:paraId="47EF8666" w14:textId="14EFFF24" w:rsidR="0056157D" w:rsidRPr="00BD24B4" w:rsidRDefault="00813657" w:rsidP="0040385D">
      <w:pPr>
        <w:pStyle w:val="1"/>
      </w:pPr>
      <w:bookmarkStart w:id="14" w:name="_Toc220542614"/>
      <w:r w:rsidRPr="00BD24B4">
        <w:t xml:space="preserve">12. </w:t>
      </w:r>
      <w:r w:rsidR="0040385D" w:rsidRPr="00BD24B4">
        <w:tab/>
      </w:r>
      <w:r w:rsidRPr="00BD24B4">
        <w:t>ВОЖДЕНИЕ КВАДРИЦИКЛА</w:t>
      </w:r>
      <w:bookmarkEnd w:id="14"/>
      <w:r w:rsidRPr="00BD24B4">
        <w:t xml:space="preserve"> </w:t>
      </w:r>
    </w:p>
    <w:p w14:paraId="6ABFA664" w14:textId="59EF9E1C" w:rsidR="0056157D" w:rsidRPr="00BD24B4" w:rsidRDefault="0056157D">
      <w:pPr>
        <w:rPr>
          <w:rFonts w:cs="Times New Roman"/>
          <w:lang w:val="ru-RU"/>
        </w:rPr>
      </w:pPr>
    </w:p>
    <w:tbl>
      <w:tblPr>
        <w:tblStyle w:val="53"/>
        <w:tblW w:w="5000" w:type="pct"/>
        <w:tblCellMar>
          <w:top w:w="85" w:type="dxa"/>
          <w:bottom w:w="85" w:type="dxa"/>
        </w:tblCellMar>
        <w:tblLook w:val="04A0" w:firstRow="1" w:lastRow="0" w:firstColumn="1" w:lastColumn="0" w:noHBand="0" w:noVBand="1"/>
      </w:tblPr>
      <w:tblGrid>
        <w:gridCol w:w="800"/>
        <w:gridCol w:w="5801"/>
      </w:tblGrid>
      <w:tr w:rsidR="0040385D" w:rsidRPr="00BD24B4" w14:paraId="47A00472" w14:textId="77777777" w:rsidTr="00645379">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7C80D5CE" w14:textId="77777777" w:rsidR="0040385D" w:rsidRPr="00BD24B4" w:rsidRDefault="0040385D" w:rsidP="00645379">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5974787" w14:textId="77777777" w:rsidR="0040385D" w:rsidRPr="00BD24B4" w:rsidRDefault="0040385D" w:rsidP="00645379">
            <w:pPr>
              <w:pStyle w:val="afff"/>
            </w:pPr>
            <w:r w:rsidRPr="00BD24B4">
              <w:t>ПРЕДУПРЕЖДЕНИЕ</w:t>
            </w:r>
          </w:p>
        </w:tc>
      </w:tr>
      <w:tr w:rsidR="0040385D" w:rsidRPr="00707D8A" w14:paraId="7A3A77DA" w14:textId="77777777" w:rsidTr="00645379">
        <w:tc>
          <w:tcPr>
            <w:tcW w:w="5000" w:type="pct"/>
            <w:gridSpan w:val="2"/>
            <w:tcBorders>
              <w:top w:val="single" w:sz="4" w:space="0" w:color="auto"/>
              <w:left w:val="nil"/>
              <w:right w:val="nil"/>
            </w:tcBorders>
          </w:tcPr>
          <w:p w14:paraId="64301897" w14:textId="77777777" w:rsidR="0040385D" w:rsidRPr="00BD24B4" w:rsidRDefault="0040385D" w:rsidP="0040385D">
            <w:pPr>
              <w:widowControl w:val="0"/>
              <w:spacing w:line="276" w:lineRule="auto"/>
              <w:jc w:val="both"/>
              <w:rPr>
                <w:rFonts w:cs="Times New Roman"/>
                <w:szCs w:val="24"/>
                <w:lang w:val="ru"/>
              </w:rPr>
            </w:pPr>
            <w:r w:rsidRPr="00BD24B4">
              <w:rPr>
                <w:rFonts w:cs="Times New Roman"/>
                <w:szCs w:val="24"/>
                <w:lang w:val="ru"/>
              </w:rPr>
              <w:t xml:space="preserve">Ограничитель оборотов двигателя срабатывает при 7500 об/мин, это может привести к накоплению избыточного количества топлива в выхлопной системе и при его </w:t>
            </w:r>
            <w:proofErr w:type="gramStart"/>
            <w:r w:rsidRPr="00BD24B4">
              <w:rPr>
                <w:rFonts w:cs="Times New Roman"/>
                <w:szCs w:val="24"/>
                <w:lang w:val="ru"/>
              </w:rPr>
              <w:t>воспламенении  в</w:t>
            </w:r>
            <w:proofErr w:type="gramEnd"/>
            <w:r w:rsidRPr="00BD24B4">
              <w:rPr>
                <w:rFonts w:cs="Times New Roman"/>
                <w:szCs w:val="24"/>
                <w:lang w:val="ru"/>
              </w:rPr>
              <w:t xml:space="preserve"> глушителе МОЖЕТ ПРИВЕСТИ К ПЕРЕГРЕВУ ГЛУШИТЕЛЯ И РИСКУ ВОЗГОРАНИЯ. </w:t>
            </w:r>
          </w:p>
          <w:p w14:paraId="447FE9D5" w14:textId="242C4F8B" w:rsidR="0040385D" w:rsidRPr="00BD24B4" w:rsidRDefault="0040385D" w:rsidP="0040385D">
            <w:pPr>
              <w:widowControl w:val="0"/>
              <w:spacing w:line="276" w:lineRule="auto"/>
              <w:jc w:val="both"/>
              <w:rPr>
                <w:rFonts w:cs="Times New Roman"/>
                <w:szCs w:val="24"/>
                <w:lang w:eastAsia="ru-RU"/>
              </w:rPr>
            </w:pPr>
            <w:r w:rsidRPr="00BD24B4">
              <w:rPr>
                <w:rFonts w:cs="Times New Roman"/>
                <w:szCs w:val="24"/>
                <w:lang w:val="ru"/>
              </w:rPr>
              <w:t>Всегда уменьшать открытие акселератора, когда двигатель достигает максимальных оборотов, и избегать хлопков двигателя.</w:t>
            </w:r>
          </w:p>
        </w:tc>
      </w:tr>
    </w:tbl>
    <w:p w14:paraId="3A459F3A" w14:textId="77777777" w:rsidR="0040385D" w:rsidRPr="00BD24B4" w:rsidRDefault="0040385D" w:rsidP="0040385D">
      <w:pPr>
        <w:widowControl w:val="0"/>
        <w:spacing w:line="276" w:lineRule="auto"/>
        <w:jc w:val="both"/>
        <w:rPr>
          <w:rFonts w:eastAsia="Times New Roman" w:cs="Times New Roman"/>
          <w:szCs w:val="24"/>
          <w:lang w:val="ru-RU" w:eastAsia="ru-RU"/>
        </w:rPr>
      </w:pPr>
    </w:p>
    <w:tbl>
      <w:tblPr>
        <w:tblStyle w:val="54"/>
        <w:tblW w:w="5000" w:type="pct"/>
        <w:tblCellMar>
          <w:top w:w="85" w:type="dxa"/>
          <w:bottom w:w="85" w:type="dxa"/>
        </w:tblCellMar>
        <w:tblLook w:val="04A0" w:firstRow="1" w:lastRow="0" w:firstColumn="1" w:lastColumn="0" w:noHBand="0" w:noVBand="1"/>
      </w:tblPr>
      <w:tblGrid>
        <w:gridCol w:w="800"/>
        <w:gridCol w:w="5801"/>
      </w:tblGrid>
      <w:tr w:rsidR="0040385D" w:rsidRPr="00BD24B4" w14:paraId="0549DED9" w14:textId="77777777" w:rsidTr="00645379">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1BFA4C0A" w14:textId="77777777" w:rsidR="0040385D" w:rsidRPr="00BD24B4" w:rsidRDefault="0040385D" w:rsidP="00645379">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C43EF8D" w14:textId="77777777" w:rsidR="0040385D" w:rsidRPr="00BD24B4" w:rsidRDefault="0040385D" w:rsidP="00645379">
            <w:pPr>
              <w:pStyle w:val="afff"/>
            </w:pPr>
            <w:r w:rsidRPr="00BD24B4">
              <w:t>ПРЕДУПРЕЖДЕНИЕ</w:t>
            </w:r>
          </w:p>
        </w:tc>
      </w:tr>
      <w:tr w:rsidR="0040385D" w:rsidRPr="00707D8A" w14:paraId="0578AED2" w14:textId="77777777" w:rsidTr="00645379">
        <w:tc>
          <w:tcPr>
            <w:tcW w:w="5000" w:type="pct"/>
            <w:gridSpan w:val="2"/>
            <w:tcBorders>
              <w:top w:val="single" w:sz="4" w:space="0" w:color="auto"/>
              <w:left w:val="nil"/>
              <w:right w:val="nil"/>
            </w:tcBorders>
          </w:tcPr>
          <w:p w14:paraId="7DF6F096" w14:textId="22A4ADB9" w:rsidR="0040385D" w:rsidRPr="00BD24B4" w:rsidRDefault="0040385D" w:rsidP="0040385D">
            <w:pPr>
              <w:widowControl w:val="0"/>
              <w:spacing w:line="276" w:lineRule="auto"/>
              <w:jc w:val="both"/>
              <w:rPr>
                <w:rFonts w:cs="Times New Roman"/>
                <w:szCs w:val="24"/>
                <w:lang w:eastAsia="ru-RU"/>
              </w:rPr>
            </w:pPr>
            <w:r w:rsidRPr="00BD24B4">
              <w:rPr>
                <w:rFonts w:cs="Times New Roman"/>
                <w:szCs w:val="24"/>
                <w:lang w:val="ru"/>
              </w:rPr>
              <w:t xml:space="preserve">ЕЗДА НА ЭТОМ КВАДРИЦИКЛЕ ПРИ ПЛОХОЙ РЕГУЛИРОВКЕ ДВИГАТЕЛЯ </w:t>
            </w:r>
            <w:proofErr w:type="gramStart"/>
            <w:r w:rsidRPr="00BD24B4">
              <w:rPr>
                <w:rFonts w:cs="Times New Roman"/>
                <w:szCs w:val="24"/>
                <w:lang w:val="ru"/>
              </w:rPr>
              <w:t>МОЖЕТ  ПРИВЕСТИ</w:t>
            </w:r>
            <w:proofErr w:type="gramEnd"/>
            <w:r w:rsidRPr="00BD24B4">
              <w:rPr>
                <w:rFonts w:cs="Times New Roman"/>
                <w:szCs w:val="24"/>
                <w:lang w:val="ru"/>
              </w:rPr>
              <w:t xml:space="preserve"> К ПЕРЕГРЕВУ ГЛУШИТЕЛЯ И ВОЗГОРАНИЮ. Если двигатель работает с перебоями, немедленно остановить </w:t>
            </w:r>
            <w:proofErr w:type="spellStart"/>
            <w:r w:rsidRPr="00BD24B4">
              <w:rPr>
                <w:rFonts w:cs="Times New Roman"/>
                <w:szCs w:val="24"/>
                <w:lang w:val="ru"/>
              </w:rPr>
              <w:t>квадрицикл</w:t>
            </w:r>
            <w:proofErr w:type="spellEnd"/>
            <w:r w:rsidRPr="00BD24B4">
              <w:rPr>
                <w:rFonts w:cs="Times New Roman"/>
                <w:szCs w:val="24"/>
                <w:lang w:val="ru"/>
              </w:rPr>
              <w:t xml:space="preserve"> и направить его на техническое обслуживание к официальному дилеру.</w:t>
            </w:r>
          </w:p>
        </w:tc>
      </w:tr>
    </w:tbl>
    <w:p w14:paraId="01D75961" w14:textId="77777777" w:rsidR="0040385D" w:rsidRPr="00BD24B4" w:rsidRDefault="0040385D" w:rsidP="0040385D">
      <w:pPr>
        <w:widowControl w:val="0"/>
        <w:spacing w:line="276" w:lineRule="auto"/>
        <w:jc w:val="both"/>
        <w:rPr>
          <w:rFonts w:eastAsia="Times New Roman" w:cs="Times New Roman"/>
          <w:szCs w:val="24"/>
          <w:lang w:val="ru-RU" w:eastAsia="ru-RU"/>
        </w:rPr>
      </w:pPr>
    </w:p>
    <w:tbl>
      <w:tblPr>
        <w:tblStyle w:val="54"/>
        <w:tblW w:w="5000" w:type="pct"/>
        <w:tblCellMar>
          <w:top w:w="85" w:type="dxa"/>
          <w:bottom w:w="85" w:type="dxa"/>
        </w:tblCellMar>
        <w:tblLook w:val="04A0" w:firstRow="1" w:lastRow="0" w:firstColumn="1" w:lastColumn="0" w:noHBand="0" w:noVBand="1"/>
      </w:tblPr>
      <w:tblGrid>
        <w:gridCol w:w="800"/>
        <w:gridCol w:w="5801"/>
      </w:tblGrid>
      <w:tr w:rsidR="0040385D" w:rsidRPr="00BD24B4" w14:paraId="57813750" w14:textId="77777777" w:rsidTr="00645379">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01FF47DF" w14:textId="77777777" w:rsidR="0040385D" w:rsidRPr="00BD24B4" w:rsidRDefault="0040385D" w:rsidP="00645379">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974F900" w14:textId="77777777" w:rsidR="0040385D" w:rsidRPr="00BD24B4" w:rsidRDefault="0040385D" w:rsidP="00645379">
            <w:pPr>
              <w:pStyle w:val="afff"/>
            </w:pPr>
            <w:r w:rsidRPr="00BD24B4">
              <w:t>ПРЕДУПРЕЖДЕНИЕ</w:t>
            </w:r>
          </w:p>
        </w:tc>
      </w:tr>
      <w:tr w:rsidR="0040385D" w:rsidRPr="00707D8A" w14:paraId="480DC550" w14:textId="77777777" w:rsidTr="00645379">
        <w:tc>
          <w:tcPr>
            <w:tcW w:w="5000" w:type="pct"/>
            <w:gridSpan w:val="2"/>
            <w:tcBorders>
              <w:top w:val="single" w:sz="4" w:space="0" w:color="auto"/>
              <w:left w:val="nil"/>
              <w:right w:val="nil"/>
            </w:tcBorders>
          </w:tcPr>
          <w:p w14:paraId="1333DF64" w14:textId="5BF78D65" w:rsidR="0040385D" w:rsidRPr="00BD24B4" w:rsidRDefault="0040385D" w:rsidP="00EC7471">
            <w:pPr>
              <w:widowControl w:val="0"/>
              <w:spacing w:line="276" w:lineRule="auto"/>
              <w:jc w:val="both"/>
              <w:rPr>
                <w:rFonts w:cs="Times New Roman"/>
                <w:szCs w:val="24"/>
                <w:lang w:eastAsia="ru-RU"/>
              </w:rPr>
            </w:pPr>
            <w:r w:rsidRPr="00BD24B4">
              <w:rPr>
                <w:rFonts w:cs="Times New Roman"/>
                <w:szCs w:val="24"/>
                <w:lang w:val="ru"/>
              </w:rPr>
              <w:t xml:space="preserve">Каждый раз перед поездкой вы должны проверять свой </w:t>
            </w:r>
            <w:proofErr w:type="spellStart"/>
            <w:r w:rsidRPr="00BD24B4">
              <w:rPr>
                <w:rFonts w:cs="Times New Roman"/>
                <w:szCs w:val="24"/>
                <w:lang w:val="ru"/>
              </w:rPr>
              <w:t>квадрицикл</w:t>
            </w:r>
            <w:proofErr w:type="spellEnd"/>
            <w:r w:rsidRPr="00BD24B4">
              <w:rPr>
                <w:rFonts w:cs="Times New Roman"/>
                <w:szCs w:val="24"/>
                <w:lang w:val="ru"/>
              </w:rPr>
              <w:t>, чтобы убедиться, что он находится в хорошем рабочем состоянии. Отсутствие надлежащих проверок может привести к серьезным травмам или смерти.</w:t>
            </w:r>
          </w:p>
        </w:tc>
      </w:tr>
    </w:tbl>
    <w:p w14:paraId="53575A90" w14:textId="77777777" w:rsidR="0040385D" w:rsidRPr="00BD24B4" w:rsidRDefault="0040385D" w:rsidP="0040385D">
      <w:pPr>
        <w:widowControl w:val="0"/>
        <w:spacing w:line="276" w:lineRule="auto"/>
        <w:jc w:val="both"/>
        <w:rPr>
          <w:rFonts w:eastAsia="Times New Roman" w:cs="Times New Roman"/>
          <w:szCs w:val="24"/>
          <w:lang w:val="ru-RU" w:eastAsia="ru-RU"/>
        </w:rPr>
      </w:pPr>
    </w:p>
    <w:p w14:paraId="7AC71800" w14:textId="4918DDD5" w:rsidR="0056157D" w:rsidRPr="00BD24B4" w:rsidRDefault="00813657" w:rsidP="0040385D">
      <w:pPr>
        <w:jc w:val="center"/>
        <w:rPr>
          <w:rFonts w:cs="Times New Roman"/>
          <w:lang w:val="ru-RU"/>
        </w:rPr>
      </w:pPr>
      <w:r w:rsidRPr="00BD24B4">
        <w:rPr>
          <w:rFonts w:cs="Times New Roman"/>
          <w:lang w:val="ru-RU"/>
        </w:rPr>
        <w:t>См. раздел “4. ЕЖЕДНЕВНЫЕ ПРОВЕРКИ ПЕРЕД ПОЕЗДКОЙ"</w:t>
      </w:r>
    </w:p>
    <w:p w14:paraId="251A1432" w14:textId="77777777" w:rsidR="0056157D" w:rsidRPr="00BD24B4" w:rsidRDefault="00813657">
      <w:pPr>
        <w:rPr>
          <w:rFonts w:cs="Times New Roman"/>
          <w:lang w:val="ru-RU"/>
        </w:rPr>
      </w:pPr>
      <w:r w:rsidRPr="00BD24B4">
        <w:rPr>
          <w:rFonts w:cs="Times New Roman"/>
          <w:lang w:val="ru-RU"/>
        </w:rPr>
        <w:t xml:space="preserve"> </w:t>
      </w:r>
    </w:p>
    <w:p w14:paraId="412F6D08" w14:textId="3B12BFB8" w:rsidR="0056157D" w:rsidRPr="00BD24B4" w:rsidRDefault="00813657" w:rsidP="00645379">
      <w:pPr>
        <w:pStyle w:val="n"/>
        <w:numPr>
          <w:ilvl w:val="0"/>
          <w:numId w:val="25"/>
        </w:numPr>
        <w:ind w:left="426"/>
      </w:pPr>
      <w:r w:rsidRPr="00BD24B4">
        <w:t xml:space="preserve">Сесть прямо, поставив обе ноги на подножки и положив обе руки на руль. </w:t>
      </w:r>
    </w:p>
    <w:p w14:paraId="0A009F38" w14:textId="752E94F1" w:rsidR="0056157D" w:rsidRPr="00BD24B4" w:rsidRDefault="00813657" w:rsidP="00645379">
      <w:pPr>
        <w:pStyle w:val="n"/>
        <w:ind w:left="426"/>
      </w:pPr>
      <w:r w:rsidRPr="00BD24B4">
        <w:t xml:space="preserve">После запуска двигателя и его прогревания переключить коробку передач. </w:t>
      </w:r>
    </w:p>
    <w:p w14:paraId="01F794CC" w14:textId="7A34AC97" w:rsidR="0056157D" w:rsidRPr="00BD24B4" w:rsidRDefault="00813657" w:rsidP="00645379">
      <w:pPr>
        <w:pStyle w:val="n"/>
        <w:ind w:left="426"/>
      </w:pPr>
      <w:r w:rsidRPr="00BD24B4">
        <w:t xml:space="preserve">Осмотреться по сторонам и определить маршрут своей поездки. </w:t>
      </w:r>
    </w:p>
    <w:p w14:paraId="23876AC6" w14:textId="3F11FF0E" w:rsidR="0056157D" w:rsidRPr="00BD24B4" w:rsidRDefault="00813657" w:rsidP="00645379">
      <w:pPr>
        <w:pStyle w:val="n"/>
        <w:ind w:left="426"/>
      </w:pPr>
      <w:r w:rsidRPr="00BD24B4">
        <w:t xml:space="preserve">Отпустить стояночный тормоз. </w:t>
      </w:r>
    </w:p>
    <w:p w14:paraId="3D1D0BAE" w14:textId="304FC895" w:rsidR="0056157D" w:rsidRPr="00BD24B4" w:rsidRDefault="00813657" w:rsidP="00645379">
      <w:pPr>
        <w:pStyle w:val="n"/>
        <w:ind w:left="426"/>
      </w:pPr>
      <w:r w:rsidRPr="00BD24B4">
        <w:t xml:space="preserve">Медленно нажать на газ большим пальцем правой руки и начать движение. Скорость транспортного средства зависит от степени открытия дроссельной заслонки. </w:t>
      </w:r>
    </w:p>
    <w:p w14:paraId="60536BA5" w14:textId="419B41BF" w:rsidR="0056157D" w:rsidRPr="00BD24B4" w:rsidRDefault="00813657" w:rsidP="00645379">
      <w:pPr>
        <w:pStyle w:val="n"/>
        <w:ind w:left="426"/>
      </w:pPr>
      <w:r w:rsidRPr="00BD24B4">
        <w:t xml:space="preserve">Двигаться медленно, отрабатывать маневрирование и использование газа и тормозов на ровных поверхностях. </w:t>
      </w:r>
    </w:p>
    <w:p w14:paraId="4958AA32" w14:textId="7C362270" w:rsidR="0040385D" w:rsidRPr="00BD24B4" w:rsidRDefault="0040385D">
      <w:pPr>
        <w:spacing w:after="200" w:line="276" w:lineRule="auto"/>
        <w:rPr>
          <w:rFonts w:cs="Times New Roman"/>
          <w:lang w:val="ru-RU"/>
        </w:rPr>
      </w:pPr>
      <w:r w:rsidRPr="00BD24B4">
        <w:rPr>
          <w:rFonts w:cs="Times New Roman"/>
          <w:lang w:val="ru-RU"/>
        </w:rPr>
        <w:br w:type="page"/>
      </w:r>
    </w:p>
    <w:p w14:paraId="43D40BAA" w14:textId="77777777" w:rsidR="00515DAF" w:rsidRPr="00BD24B4" w:rsidRDefault="00515DAF">
      <w:pPr>
        <w:rPr>
          <w:rFonts w:cs="Times New Roman"/>
          <w:lang w:val="ru-RU"/>
        </w:rPr>
      </w:pPr>
    </w:p>
    <w:p w14:paraId="4F2D4940" w14:textId="77777777" w:rsidR="0056157D" w:rsidRPr="00BD24B4" w:rsidRDefault="00813657" w:rsidP="0040385D">
      <w:pPr>
        <w:pStyle w:val="bold12"/>
      </w:pPr>
      <w:r w:rsidRPr="00BD24B4">
        <w:t xml:space="preserve">Выполнение поворотов </w:t>
      </w:r>
    </w:p>
    <w:p w14:paraId="588A555A" w14:textId="05960AA8" w:rsidR="0056157D" w:rsidRPr="00BD24B4" w:rsidRDefault="0056157D">
      <w:pPr>
        <w:rPr>
          <w:rFonts w:cs="Times New Roman"/>
          <w:lang w:val="ru-RU"/>
        </w:rPr>
      </w:pPr>
    </w:p>
    <w:p w14:paraId="6F7AB5EB" w14:textId="77777777" w:rsidR="0056157D" w:rsidRPr="00BD24B4" w:rsidRDefault="00813657" w:rsidP="0040385D">
      <w:pPr>
        <w:pStyle w:val="bold12"/>
      </w:pPr>
      <w:r w:rsidRPr="00BD24B4">
        <w:t xml:space="preserve">Отрабатывать выполнение поворотов на низкой скорости </w:t>
      </w:r>
    </w:p>
    <w:p w14:paraId="4BB34934" w14:textId="465D5516" w:rsidR="0056157D" w:rsidRPr="00BD24B4" w:rsidRDefault="0056157D">
      <w:pPr>
        <w:rPr>
          <w:rFonts w:cs="Times New Roman"/>
          <w:lang w:val="ru-RU"/>
        </w:rPr>
      </w:pPr>
    </w:p>
    <w:p w14:paraId="180751D4" w14:textId="6D34C019" w:rsidR="0056157D" w:rsidRPr="00BD24B4" w:rsidRDefault="00813657">
      <w:pPr>
        <w:rPr>
          <w:rFonts w:cs="Times New Roman"/>
          <w:lang w:val="ru-RU"/>
        </w:rPr>
      </w:pPr>
      <w:r w:rsidRPr="00BD24B4">
        <w:rPr>
          <w:rFonts w:cs="Times New Roman"/>
          <w:lang w:val="ru-RU"/>
        </w:rPr>
        <w:t xml:space="preserve">Этот </w:t>
      </w:r>
      <w:proofErr w:type="spellStart"/>
      <w:r w:rsidRPr="00BD24B4">
        <w:rPr>
          <w:rFonts w:cs="Times New Roman"/>
          <w:lang w:val="ru-RU"/>
        </w:rPr>
        <w:t>квадрицикл</w:t>
      </w:r>
      <w:proofErr w:type="spellEnd"/>
      <w:r w:rsidRPr="00BD24B4">
        <w:rPr>
          <w:rFonts w:cs="Times New Roman"/>
          <w:lang w:val="ru-RU"/>
        </w:rPr>
        <w:t xml:space="preserve"> </w:t>
      </w:r>
      <w:r w:rsidR="003251C9" w:rsidRPr="00BD24B4">
        <w:rPr>
          <w:rFonts w:cs="Times New Roman"/>
          <w:lang w:val="ru-RU"/>
        </w:rPr>
        <w:t>оснащен задним</w:t>
      </w:r>
      <w:r w:rsidRPr="00BD24B4">
        <w:rPr>
          <w:rFonts w:cs="Times New Roman"/>
          <w:lang w:val="ru-RU"/>
        </w:rPr>
        <w:t xml:space="preserve"> мостом, который приводит в движение оба задних колеса одновременно</w:t>
      </w:r>
      <w:r w:rsidR="00212C06" w:rsidRPr="00BD24B4">
        <w:rPr>
          <w:rFonts w:cs="Times New Roman"/>
          <w:lang w:val="ru-RU"/>
        </w:rPr>
        <w:t xml:space="preserve"> (кроме модели </w:t>
      </w:r>
      <w:r w:rsidR="00212C06" w:rsidRPr="00BD24B4">
        <w:rPr>
          <w:rFonts w:cs="Times New Roman"/>
        </w:rPr>
        <w:t>AL</w:t>
      </w:r>
      <w:r w:rsidR="003251C9" w:rsidRPr="00BD24B4">
        <w:rPr>
          <w:rFonts w:cs="Times New Roman"/>
          <w:lang w:val="ru-RU"/>
        </w:rPr>
        <w:t>).</w:t>
      </w:r>
      <w:r w:rsidRPr="00BD24B4">
        <w:rPr>
          <w:rFonts w:cs="Times New Roman"/>
          <w:lang w:val="ru-RU"/>
        </w:rPr>
        <w:t xml:space="preserve"> Это означает, что колесо, находящееся снаружи поворота, при повороте должно проехать большее расстояние, чем колес</w:t>
      </w:r>
      <w:r w:rsidR="00F844E1" w:rsidRPr="00BD24B4">
        <w:rPr>
          <w:rFonts w:cs="Times New Roman"/>
          <w:lang w:val="ru-RU"/>
        </w:rPr>
        <w:t>о</w:t>
      </w:r>
      <w:r w:rsidRPr="00BD24B4">
        <w:rPr>
          <w:rFonts w:cs="Times New Roman"/>
          <w:lang w:val="ru-RU"/>
        </w:rPr>
        <w:t xml:space="preserve">, находящиеся внутри, и шина колеса внутри поворота должна слегка ослабить сцепление с дорогой. Чтобы повернуть, следует крутить руль в направлении поворота, наклоняя верхнюю часть тела к внутренней стороне поворота, удерживая при этом свой вес на внешней подножке. Такая техника </w:t>
      </w:r>
      <w:r w:rsidR="00F976E7" w:rsidRPr="00BD24B4">
        <w:rPr>
          <w:rFonts w:cs="Times New Roman"/>
          <w:lang w:val="ru-RU"/>
        </w:rPr>
        <w:t xml:space="preserve">езды </w:t>
      </w:r>
      <w:r w:rsidRPr="00BD24B4">
        <w:rPr>
          <w:rFonts w:cs="Times New Roman"/>
          <w:lang w:val="ru-RU"/>
        </w:rPr>
        <w:t xml:space="preserve">изменяет баланс силы сцепления с дорогой между задними колесами, позволяя выполнять поворот плавно. Эту же технику наклона следует использовать и для поворота при движении задним ходом. </w:t>
      </w:r>
    </w:p>
    <w:p w14:paraId="483B3D97" w14:textId="101579CF" w:rsidR="0056157D" w:rsidRPr="00BD24B4" w:rsidRDefault="0056157D">
      <w:pPr>
        <w:rPr>
          <w:rFonts w:cs="Times New Roman"/>
          <w:lang w:val="ru-RU"/>
        </w:rPr>
      </w:pPr>
    </w:p>
    <w:tbl>
      <w:tblPr>
        <w:tblStyle w:val="55"/>
        <w:tblW w:w="5000" w:type="pct"/>
        <w:tblCellMar>
          <w:top w:w="28" w:type="dxa"/>
          <w:bottom w:w="28" w:type="dxa"/>
        </w:tblCellMar>
        <w:tblLook w:val="04A0" w:firstRow="1" w:lastRow="0" w:firstColumn="1" w:lastColumn="0" w:noHBand="0" w:noVBand="1"/>
      </w:tblPr>
      <w:tblGrid>
        <w:gridCol w:w="800"/>
        <w:gridCol w:w="5801"/>
      </w:tblGrid>
      <w:tr w:rsidR="0040385D" w:rsidRPr="00BD24B4" w14:paraId="6AF2624B" w14:textId="77777777" w:rsidTr="0040385D">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27EE493C" w14:textId="77777777" w:rsidR="0040385D" w:rsidRPr="00BD24B4" w:rsidRDefault="0040385D" w:rsidP="00645379">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B7C4F12" w14:textId="77777777" w:rsidR="0040385D" w:rsidRPr="00BD24B4" w:rsidRDefault="0040385D" w:rsidP="00645379">
            <w:pPr>
              <w:pStyle w:val="afff"/>
            </w:pPr>
            <w:r w:rsidRPr="00BD24B4">
              <w:t>ПРЕДУПРЕЖДЕНИЕ</w:t>
            </w:r>
          </w:p>
        </w:tc>
      </w:tr>
      <w:tr w:rsidR="0040385D" w:rsidRPr="00707D8A" w14:paraId="669288D1" w14:textId="77777777" w:rsidTr="0040385D">
        <w:tc>
          <w:tcPr>
            <w:tcW w:w="5000" w:type="pct"/>
            <w:gridSpan w:val="2"/>
            <w:tcBorders>
              <w:top w:val="single" w:sz="4" w:space="0" w:color="auto"/>
              <w:left w:val="nil"/>
              <w:right w:val="nil"/>
            </w:tcBorders>
          </w:tcPr>
          <w:p w14:paraId="11618E08" w14:textId="04B76429" w:rsidR="0040385D" w:rsidRPr="00BD24B4" w:rsidRDefault="0040385D" w:rsidP="0040385D">
            <w:pPr>
              <w:widowControl w:val="0"/>
              <w:spacing w:line="276" w:lineRule="auto"/>
              <w:jc w:val="both"/>
              <w:rPr>
                <w:rFonts w:cs="Times New Roman"/>
                <w:szCs w:val="24"/>
                <w:lang w:eastAsia="ru-RU"/>
              </w:rPr>
            </w:pPr>
            <w:r w:rsidRPr="00BD24B4">
              <w:rPr>
                <w:rFonts w:cs="Times New Roman"/>
                <w:szCs w:val="24"/>
                <w:lang w:val="ru"/>
              </w:rPr>
              <w:t>Следует избегать резких и крутых поворотов при езде задним ходом, так как это может привести к опрокидыванию и серьезным травмам.</w:t>
            </w:r>
          </w:p>
        </w:tc>
      </w:tr>
    </w:tbl>
    <w:p w14:paraId="1E97B7CF" w14:textId="77777777" w:rsidR="0040385D" w:rsidRPr="00BD24B4" w:rsidRDefault="0040385D" w:rsidP="0040385D">
      <w:pPr>
        <w:widowControl w:val="0"/>
        <w:spacing w:line="276" w:lineRule="auto"/>
        <w:jc w:val="both"/>
        <w:rPr>
          <w:rFonts w:eastAsia="Times New Roman" w:cs="Times New Roman"/>
          <w:szCs w:val="24"/>
          <w:lang w:val="ru-RU" w:eastAsia="ru-RU"/>
        </w:rPr>
      </w:pPr>
    </w:p>
    <w:p w14:paraId="2D530627" w14:textId="77777777" w:rsidR="0056157D" w:rsidRPr="00BD24B4" w:rsidRDefault="00813657" w:rsidP="0040385D">
      <w:pPr>
        <w:pStyle w:val="bold12"/>
      </w:pPr>
      <w:r w:rsidRPr="00BD24B4">
        <w:t xml:space="preserve">Езда по скользким поверхностям </w:t>
      </w:r>
    </w:p>
    <w:p w14:paraId="1303FCD9" w14:textId="0A8A25A1" w:rsidR="0056157D" w:rsidRPr="00BD24B4" w:rsidRDefault="0056157D">
      <w:pPr>
        <w:rPr>
          <w:rFonts w:cs="Times New Roman"/>
          <w:lang w:val="ru-RU"/>
        </w:rPr>
      </w:pPr>
    </w:p>
    <w:p w14:paraId="1807EE13" w14:textId="77777777" w:rsidR="0056157D" w:rsidRPr="00BD24B4" w:rsidRDefault="00813657">
      <w:pPr>
        <w:rPr>
          <w:rFonts w:cs="Times New Roman"/>
          <w:lang w:val="ru-RU"/>
        </w:rPr>
      </w:pPr>
      <w:r w:rsidRPr="00BD24B4">
        <w:rPr>
          <w:rFonts w:cs="Times New Roman"/>
          <w:lang w:val="ru-RU"/>
        </w:rPr>
        <w:t xml:space="preserve">При езде по скользкой поверхности, такой как мокрая трасса или рыхлый грунт, или в холодную морозную погоду необходимо проявлять особую внимательность во избежание опрокидывания транспортного средства. </w:t>
      </w:r>
    </w:p>
    <w:p w14:paraId="0C86F1BD" w14:textId="70D255D2" w:rsidR="0056157D" w:rsidRPr="00BD24B4" w:rsidRDefault="0056157D">
      <w:pPr>
        <w:rPr>
          <w:rFonts w:cs="Times New Roman"/>
          <w:lang w:val="ru-RU"/>
        </w:rPr>
      </w:pPr>
    </w:p>
    <w:p w14:paraId="536A5DA4" w14:textId="77777777" w:rsidR="0056157D" w:rsidRPr="00BD24B4" w:rsidRDefault="00813657">
      <w:pPr>
        <w:rPr>
          <w:rFonts w:cs="Times New Roman"/>
          <w:lang w:val="ru-RU"/>
        </w:rPr>
      </w:pPr>
      <w:r w:rsidRPr="00BD24B4">
        <w:rPr>
          <w:rFonts w:cs="Times New Roman"/>
          <w:lang w:val="ru-RU"/>
        </w:rPr>
        <w:t xml:space="preserve">Всегда: </w:t>
      </w:r>
    </w:p>
    <w:p w14:paraId="317BAD27" w14:textId="77777777" w:rsidR="0014427F" w:rsidRPr="00BD24B4" w:rsidRDefault="0014427F">
      <w:pPr>
        <w:rPr>
          <w:rFonts w:cs="Times New Roman"/>
          <w:lang w:val="ru-RU"/>
        </w:rPr>
      </w:pPr>
    </w:p>
    <w:p w14:paraId="6E3C0693" w14:textId="713C52FE" w:rsidR="0056157D" w:rsidRPr="00BD24B4" w:rsidRDefault="0040385D" w:rsidP="00645379">
      <w:pPr>
        <w:pStyle w:val="n"/>
        <w:numPr>
          <w:ilvl w:val="0"/>
          <w:numId w:val="26"/>
        </w:numPr>
        <w:ind w:left="426"/>
      </w:pPr>
      <w:r w:rsidRPr="00BD24B4">
        <w:t>С</w:t>
      </w:r>
      <w:r w:rsidR="00813657" w:rsidRPr="00BD24B4">
        <w:t xml:space="preserve">бавлять скорость при въезде на скользкие участки. </w:t>
      </w:r>
    </w:p>
    <w:p w14:paraId="7E17F3DA" w14:textId="756700D3" w:rsidR="0056157D" w:rsidRPr="00BD24B4" w:rsidRDefault="00813657" w:rsidP="00645379">
      <w:pPr>
        <w:pStyle w:val="n"/>
        <w:ind w:left="426"/>
      </w:pPr>
      <w:r w:rsidRPr="00BD24B4">
        <w:t xml:space="preserve">Сохранять особую бдительность, внимательно следя за дорогой и избегая быстрых, резких поворотов, которые могут привести к заносу. </w:t>
      </w:r>
    </w:p>
    <w:p w14:paraId="3AD1CCD7" w14:textId="5DCFB2C9" w:rsidR="0056157D" w:rsidRPr="00BD24B4" w:rsidRDefault="00813657" w:rsidP="00645379">
      <w:pPr>
        <w:pStyle w:val="n"/>
        <w:ind w:left="426"/>
      </w:pPr>
      <w:r w:rsidRPr="00BD24B4">
        <w:t xml:space="preserve">Для корректировки заноса повернуть руль в направлении заноса и перенести вес своего тела вперед. </w:t>
      </w:r>
    </w:p>
    <w:p w14:paraId="6ED08C96" w14:textId="37DF140E" w:rsidR="0056157D" w:rsidRPr="00BD24B4" w:rsidRDefault="00813657" w:rsidP="00645379">
      <w:pPr>
        <w:pStyle w:val="n"/>
        <w:ind w:left="426"/>
      </w:pPr>
      <w:r w:rsidRPr="00BD24B4">
        <w:t xml:space="preserve">Никогда не нажимать на тормоза при заносе. Это может привести к полной потере управления </w:t>
      </w:r>
      <w:proofErr w:type="spellStart"/>
      <w:r w:rsidRPr="00BD24B4">
        <w:t>квадрициклом</w:t>
      </w:r>
      <w:proofErr w:type="spellEnd"/>
      <w:r w:rsidRPr="00BD24B4">
        <w:t xml:space="preserve">. </w:t>
      </w:r>
    </w:p>
    <w:p w14:paraId="27BC825D" w14:textId="3D00271A" w:rsidR="0056157D" w:rsidRPr="00BD24B4" w:rsidRDefault="00813657" w:rsidP="00645379">
      <w:pPr>
        <w:pStyle w:val="n"/>
        <w:ind w:left="426"/>
      </w:pPr>
      <w:r w:rsidRPr="00BD24B4">
        <w:t xml:space="preserve">Не ездить по слишком скользким поверхностям. </w:t>
      </w:r>
    </w:p>
    <w:p w14:paraId="4595FDA4" w14:textId="301305D6" w:rsidR="0056157D" w:rsidRPr="00BD24B4" w:rsidRDefault="00813657" w:rsidP="00645379">
      <w:pPr>
        <w:pStyle w:val="n"/>
        <w:ind w:left="426"/>
      </w:pPr>
      <w:r w:rsidRPr="00BD24B4">
        <w:t xml:space="preserve">Всегда снижать скорость и соблюдать особую осторожность. </w:t>
      </w:r>
    </w:p>
    <w:p w14:paraId="18F179A3" w14:textId="77777777" w:rsidR="00F504C7" w:rsidRPr="00BD24B4" w:rsidRDefault="00F504C7" w:rsidP="00F504C7">
      <w:pPr>
        <w:rPr>
          <w:lang w:val="ru-RU"/>
        </w:rPr>
      </w:pPr>
    </w:p>
    <w:tbl>
      <w:tblPr>
        <w:tblStyle w:val="55"/>
        <w:tblW w:w="5000" w:type="pct"/>
        <w:tblCellMar>
          <w:top w:w="28" w:type="dxa"/>
          <w:bottom w:w="28" w:type="dxa"/>
        </w:tblCellMar>
        <w:tblLook w:val="04A0" w:firstRow="1" w:lastRow="0" w:firstColumn="1" w:lastColumn="0" w:noHBand="0" w:noVBand="1"/>
      </w:tblPr>
      <w:tblGrid>
        <w:gridCol w:w="800"/>
        <w:gridCol w:w="5801"/>
      </w:tblGrid>
      <w:tr w:rsidR="00F504C7" w:rsidRPr="00BD24B4" w14:paraId="32ACAA92" w14:textId="77777777" w:rsidTr="00EC7471">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02D417F1" w14:textId="77777777" w:rsidR="00F504C7" w:rsidRPr="00BD24B4" w:rsidRDefault="00F504C7" w:rsidP="00645379">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DA73518" w14:textId="77777777" w:rsidR="00F504C7" w:rsidRPr="00BD24B4" w:rsidRDefault="00F504C7" w:rsidP="00645379">
            <w:pPr>
              <w:pStyle w:val="afff"/>
            </w:pPr>
            <w:r w:rsidRPr="00BD24B4">
              <w:t>ПРЕДУПРЕЖДЕНИЕ</w:t>
            </w:r>
          </w:p>
        </w:tc>
      </w:tr>
      <w:tr w:rsidR="00F504C7" w:rsidRPr="00707D8A" w14:paraId="351FF092" w14:textId="77777777" w:rsidTr="00EC7471">
        <w:tc>
          <w:tcPr>
            <w:tcW w:w="5000" w:type="pct"/>
            <w:gridSpan w:val="2"/>
            <w:tcBorders>
              <w:top w:val="single" w:sz="4" w:space="0" w:color="auto"/>
              <w:left w:val="nil"/>
              <w:right w:val="nil"/>
            </w:tcBorders>
          </w:tcPr>
          <w:p w14:paraId="42E4120B" w14:textId="77777777" w:rsidR="00F504C7" w:rsidRPr="00BD24B4" w:rsidRDefault="00F504C7" w:rsidP="00F504C7">
            <w:pPr>
              <w:widowControl w:val="0"/>
              <w:spacing w:line="276" w:lineRule="auto"/>
              <w:jc w:val="both"/>
              <w:rPr>
                <w:rFonts w:cs="Times New Roman"/>
                <w:szCs w:val="24"/>
                <w:lang w:val="ru"/>
              </w:rPr>
            </w:pPr>
            <w:r w:rsidRPr="00BD24B4">
              <w:rPr>
                <w:rFonts w:cs="Times New Roman"/>
                <w:szCs w:val="24"/>
                <w:lang w:val="ru"/>
              </w:rPr>
              <w:t xml:space="preserve">Пренебрежение осторожностью при управлении </w:t>
            </w:r>
            <w:proofErr w:type="spellStart"/>
            <w:r w:rsidRPr="00BD24B4">
              <w:rPr>
                <w:rFonts w:cs="Times New Roman"/>
                <w:szCs w:val="24"/>
                <w:lang w:val="ru"/>
              </w:rPr>
              <w:t>квадрициклом</w:t>
            </w:r>
            <w:proofErr w:type="spellEnd"/>
            <w:r w:rsidRPr="00BD24B4">
              <w:rPr>
                <w:rFonts w:cs="Times New Roman"/>
                <w:szCs w:val="24"/>
                <w:lang w:val="ru"/>
              </w:rPr>
              <w:t xml:space="preserve"> на скользких поверхностях может быть опасным. </w:t>
            </w:r>
          </w:p>
          <w:p w14:paraId="25186D25" w14:textId="4294F6BB" w:rsidR="00F504C7" w:rsidRPr="00BD24B4" w:rsidRDefault="00F504C7" w:rsidP="00F504C7">
            <w:pPr>
              <w:widowControl w:val="0"/>
              <w:spacing w:line="276" w:lineRule="auto"/>
              <w:jc w:val="both"/>
              <w:rPr>
                <w:rFonts w:cs="Times New Roman"/>
                <w:szCs w:val="24"/>
                <w:lang w:eastAsia="ru-RU"/>
              </w:rPr>
            </w:pPr>
            <w:r w:rsidRPr="00BD24B4">
              <w:rPr>
                <w:rFonts w:cs="Times New Roman"/>
                <w:szCs w:val="24"/>
                <w:lang w:val="ru"/>
              </w:rPr>
              <w:t>Потеря сцепления шин с дорогой и контроля над транспортным средством может привести к аварии, включая опрокидывание.</w:t>
            </w:r>
          </w:p>
        </w:tc>
      </w:tr>
    </w:tbl>
    <w:p w14:paraId="26A9C178" w14:textId="5C2692FA" w:rsidR="00F504C7" w:rsidRPr="00BD24B4" w:rsidRDefault="00F504C7">
      <w:pPr>
        <w:rPr>
          <w:rFonts w:cs="Times New Roman"/>
          <w:lang w:val="ru-RU"/>
        </w:rPr>
      </w:pPr>
    </w:p>
    <w:p w14:paraId="4EE176C2" w14:textId="77777777" w:rsidR="00F504C7" w:rsidRPr="00BD24B4" w:rsidRDefault="00F504C7">
      <w:pPr>
        <w:spacing w:after="200" w:line="276" w:lineRule="auto"/>
        <w:rPr>
          <w:rFonts w:cs="Times New Roman"/>
          <w:lang w:val="ru-RU"/>
        </w:rPr>
      </w:pPr>
      <w:r w:rsidRPr="00BD24B4">
        <w:rPr>
          <w:rFonts w:cs="Times New Roman"/>
          <w:lang w:val="ru-RU"/>
        </w:rPr>
        <w:br w:type="page"/>
      </w:r>
    </w:p>
    <w:p w14:paraId="0E7FE951" w14:textId="77777777" w:rsidR="0056157D" w:rsidRPr="00BD24B4" w:rsidRDefault="0056157D">
      <w:pPr>
        <w:rPr>
          <w:rFonts w:cs="Times New Roman"/>
          <w:lang w:val="ru-RU"/>
        </w:rPr>
      </w:pPr>
    </w:p>
    <w:p w14:paraId="3221BF4D" w14:textId="77777777" w:rsidR="0056157D" w:rsidRPr="00BD24B4" w:rsidRDefault="00813657" w:rsidP="00F504C7">
      <w:pPr>
        <w:pStyle w:val="bold12"/>
      </w:pPr>
      <w:r w:rsidRPr="00BD24B4">
        <w:t xml:space="preserve">Подъем по склону </w:t>
      </w:r>
    </w:p>
    <w:p w14:paraId="722EC6C0" w14:textId="77777777" w:rsidR="00F504C7" w:rsidRPr="00BD24B4" w:rsidRDefault="00F504C7" w:rsidP="00F504C7"/>
    <w:tbl>
      <w:tblPr>
        <w:tblStyle w:val="55"/>
        <w:tblW w:w="5000" w:type="pct"/>
        <w:tblCellMar>
          <w:top w:w="85" w:type="dxa"/>
          <w:bottom w:w="85" w:type="dxa"/>
        </w:tblCellMar>
        <w:tblLook w:val="04A0" w:firstRow="1" w:lastRow="0" w:firstColumn="1" w:lastColumn="0" w:noHBand="0" w:noVBand="1"/>
      </w:tblPr>
      <w:tblGrid>
        <w:gridCol w:w="800"/>
        <w:gridCol w:w="5801"/>
      </w:tblGrid>
      <w:tr w:rsidR="00F504C7" w:rsidRPr="00BD24B4" w14:paraId="5641B31B" w14:textId="77777777" w:rsidTr="00645379">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078BA233" w14:textId="77777777" w:rsidR="00F504C7" w:rsidRPr="00BD24B4" w:rsidRDefault="00F504C7" w:rsidP="00645379">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2DA281E" w14:textId="77777777" w:rsidR="00F504C7" w:rsidRPr="00BD24B4" w:rsidRDefault="00F504C7" w:rsidP="00645379">
            <w:pPr>
              <w:pStyle w:val="afff"/>
            </w:pPr>
            <w:r w:rsidRPr="00BD24B4">
              <w:t>ПРЕДУПРЕЖДЕНИЕ</w:t>
            </w:r>
          </w:p>
        </w:tc>
      </w:tr>
      <w:tr w:rsidR="00F504C7" w:rsidRPr="00707D8A" w14:paraId="3C467BCF" w14:textId="77777777" w:rsidTr="00645379">
        <w:tc>
          <w:tcPr>
            <w:tcW w:w="5000" w:type="pct"/>
            <w:gridSpan w:val="2"/>
            <w:tcBorders>
              <w:top w:val="single" w:sz="4" w:space="0" w:color="auto"/>
              <w:left w:val="nil"/>
              <w:right w:val="nil"/>
            </w:tcBorders>
          </w:tcPr>
          <w:p w14:paraId="3AFAA2DB" w14:textId="71682DC5" w:rsidR="00F504C7" w:rsidRPr="00BD24B4" w:rsidRDefault="00F504C7" w:rsidP="00EC7471">
            <w:pPr>
              <w:widowControl w:val="0"/>
              <w:spacing w:line="276" w:lineRule="auto"/>
              <w:jc w:val="both"/>
              <w:rPr>
                <w:rFonts w:cs="Times New Roman"/>
                <w:szCs w:val="24"/>
                <w:lang w:eastAsia="ru-RU"/>
              </w:rPr>
            </w:pPr>
            <w:r w:rsidRPr="00BD24B4">
              <w:rPr>
                <w:rFonts w:cs="Times New Roman"/>
                <w:szCs w:val="24"/>
                <w:lang w:val="ru"/>
              </w:rPr>
              <w:t>Следует соблюдать предельную осторожность при передвижении по холмистой местности, поскольку такие условия существенно влияют на торможение и управляемость. Потеря управления транспортным средством или его опрокидывание могут привести к серьезным травмам или смерти.</w:t>
            </w:r>
          </w:p>
        </w:tc>
      </w:tr>
    </w:tbl>
    <w:p w14:paraId="77087C47" w14:textId="77777777" w:rsidR="00F504C7" w:rsidRPr="00BD24B4" w:rsidRDefault="00F504C7" w:rsidP="00F504C7">
      <w:pPr>
        <w:rPr>
          <w:rFonts w:cs="Times New Roman"/>
          <w:lang w:val="ru-RU"/>
        </w:rPr>
      </w:pPr>
    </w:p>
    <w:p w14:paraId="2D7C8839" w14:textId="77777777" w:rsidR="0056157D" w:rsidRPr="00BD24B4" w:rsidRDefault="00813657">
      <w:pPr>
        <w:rPr>
          <w:rFonts w:cs="Times New Roman"/>
          <w:lang w:val="ru-RU"/>
        </w:rPr>
      </w:pPr>
      <w:r w:rsidRPr="00BD24B4">
        <w:rPr>
          <w:rFonts w:cs="Times New Roman"/>
          <w:lang w:val="ru-RU"/>
        </w:rPr>
        <w:t xml:space="preserve">При подъеме по склону всегда двигаться прямо вверх, а также: </w:t>
      </w:r>
    </w:p>
    <w:p w14:paraId="2CAB276E" w14:textId="77777777" w:rsidR="003C3FAA" w:rsidRPr="00BD24B4" w:rsidRDefault="003C3FAA" w:rsidP="003C3FAA">
      <w:pPr>
        <w:pStyle w:val="p"/>
      </w:pPr>
    </w:p>
    <w:p w14:paraId="3A954F12" w14:textId="36C4F943" w:rsidR="0056157D" w:rsidRPr="00BD24B4" w:rsidRDefault="00813657" w:rsidP="00645379">
      <w:pPr>
        <w:pStyle w:val="n"/>
        <w:numPr>
          <w:ilvl w:val="0"/>
          <w:numId w:val="44"/>
        </w:numPr>
        <w:spacing w:after="0" w:line="240" w:lineRule="auto"/>
        <w:ind w:left="425" w:hanging="357"/>
      </w:pPr>
      <w:r w:rsidRPr="00BD24B4">
        <w:t xml:space="preserve">Избегать крутых склонов (максимальный уклон: 20%). </w:t>
      </w:r>
    </w:p>
    <w:p w14:paraId="6A173DE8" w14:textId="5D6BE3FE" w:rsidR="0056157D" w:rsidRPr="00BD24B4" w:rsidRDefault="00813657" w:rsidP="00645379">
      <w:pPr>
        <w:pStyle w:val="nn"/>
      </w:pPr>
      <w:r w:rsidRPr="00BD24B4">
        <w:t xml:space="preserve">Держать обе ноги на подножках. </w:t>
      </w:r>
    </w:p>
    <w:p w14:paraId="09C84080" w14:textId="52B404B0" w:rsidR="0056157D" w:rsidRPr="00BD24B4" w:rsidRDefault="00813657" w:rsidP="00645379">
      <w:pPr>
        <w:pStyle w:val="nn"/>
      </w:pPr>
      <w:r w:rsidRPr="00BD24B4">
        <w:t xml:space="preserve">Переносить свой вес вперед. </w:t>
      </w:r>
    </w:p>
    <w:p w14:paraId="748ADDCD" w14:textId="2865E91F" w:rsidR="0056157D" w:rsidRPr="00BD24B4" w:rsidRDefault="00813657" w:rsidP="00645379">
      <w:pPr>
        <w:pStyle w:val="nn"/>
      </w:pPr>
      <w:r w:rsidRPr="00BD24B4">
        <w:t xml:space="preserve">Двигаться с постоянной скоростью и </w:t>
      </w:r>
      <w:r w:rsidR="00212C06" w:rsidRPr="00BD24B4">
        <w:t>оборотами</w:t>
      </w:r>
      <w:r w:rsidRPr="00BD24B4">
        <w:t xml:space="preserve">. </w:t>
      </w:r>
    </w:p>
    <w:p w14:paraId="61974F70" w14:textId="0630FA3D" w:rsidR="0056157D" w:rsidRPr="00BD24B4" w:rsidRDefault="00813657" w:rsidP="00645379">
      <w:pPr>
        <w:pStyle w:val="nn"/>
      </w:pPr>
      <w:r w:rsidRPr="00BD24B4">
        <w:t xml:space="preserve">Сохранять бдительность и готовность к экстренным действиям, к которым относится и быстрый сход с </w:t>
      </w:r>
      <w:proofErr w:type="spellStart"/>
      <w:r w:rsidRPr="00BD24B4">
        <w:t>квадрицикла</w:t>
      </w:r>
      <w:proofErr w:type="spellEnd"/>
      <w:r w:rsidRPr="00BD24B4">
        <w:t xml:space="preserve">. </w:t>
      </w:r>
    </w:p>
    <w:p w14:paraId="73A6F285" w14:textId="39EAF694" w:rsidR="0056157D" w:rsidRPr="00BD24B4" w:rsidRDefault="0056157D">
      <w:pPr>
        <w:rPr>
          <w:rFonts w:cs="Times New Roman"/>
          <w:lang w:val="ru-RU"/>
        </w:rPr>
      </w:pPr>
    </w:p>
    <w:p w14:paraId="761AD8C8" w14:textId="6E44E38C" w:rsidR="0056157D" w:rsidRPr="00BD24B4" w:rsidRDefault="00813657" w:rsidP="00F504C7">
      <w:pPr>
        <w:pStyle w:val="bold12"/>
      </w:pPr>
      <w:r w:rsidRPr="00BD24B4">
        <w:t>Пересечение склона</w:t>
      </w:r>
    </w:p>
    <w:p w14:paraId="0E81A11E" w14:textId="63DA5CEE" w:rsidR="0056157D" w:rsidRPr="00BD24B4" w:rsidRDefault="0056157D">
      <w:pPr>
        <w:rPr>
          <w:rFonts w:cs="Times New Roman"/>
          <w:lang w:val="ru-RU"/>
        </w:rPr>
      </w:pPr>
    </w:p>
    <w:p w14:paraId="372827FE" w14:textId="77777777" w:rsidR="0056157D" w:rsidRPr="00BD24B4" w:rsidRDefault="00813657">
      <w:pPr>
        <w:rPr>
          <w:rFonts w:cs="Times New Roman"/>
          <w:lang w:val="ru-RU"/>
        </w:rPr>
      </w:pPr>
      <w:r w:rsidRPr="00BD24B4">
        <w:rPr>
          <w:rFonts w:cs="Times New Roman"/>
          <w:lang w:val="ru-RU"/>
        </w:rPr>
        <w:t xml:space="preserve">Пересечение склона на </w:t>
      </w:r>
      <w:proofErr w:type="spellStart"/>
      <w:r w:rsidRPr="00BD24B4">
        <w:rPr>
          <w:rFonts w:cs="Times New Roman"/>
          <w:lang w:val="ru-RU"/>
        </w:rPr>
        <w:t>квадрицикле</w:t>
      </w:r>
      <w:proofErr w:type="spellEnd"/>
      <w:r w:rsidRPr="00BD24B4">
        <w:rPr>
          <w:rFonts w:cs="Times New Roman"/>
          <w:lang w:val="ru-RU"/>
        </w:rPr>
        <w:t xml:space="preserve"> - один из самых опасных видов езды, и его следует избегать. Если вы все же попадете в ситуацию, когда необходимо пересечь склон, всегда следует: </w:t>
      </w:r>
    </w:p>
    <w:p w14:paraId="406CB20F" w14:textId="77777777" w:rsidR="00645379" w:rsidRPr="00BD24B4" w:rsidRDefault="00645379">
      <w:pPr>
        <w:rPr>
          <w:rFonts w:cs="Times New Roman"/>
          <w:lang w:val="ru-RU"/>
        </w:rPr>
      </w:pPr>
    </w:p>
    <w:p w14:paraId="165619F4" w14:textId="1EA7ADAB" w:rsidR="0056157D" w:rsidRPr="00BD24B4" w:rsidRDefault="00813657" w:rsidP="00645379">
      <w:pPr>
        <w:pStyle w:val="n"/>
        <w:numPr>
          <w:ilvl w:val="0"/>
          <w:numId w:val="43"/>
        </w:numPr>
        <w:ind w:left="426"/>
      </w:pPr>
      <w:r w:rsidRPr="00BD24B4">
        <w:t xml:space="preserve">Снижать скорость. </w:t>
      </w:r>
    </w:p>
    <w:p w14:paraId="0E76960E" w14:textId="042C6C6A" w:rsidR="0056157D" w:rsidRPr="00BD24B4" w:rsidRDefault="00813657" w:rsidP="00645379">
      <w:pPr>
        <w:pStyle w:val="n"/>
        <w:spacing w:after="0" w:line="240" w:lineRule="auto"/>
        <w:ind w:left="426"/>
      </w:pPr>
      <w:r w:rsidRPr="00BD24B4">
        <w:t xml:space="preserve">Наклоняться к склону, перенося вес верхней части тела в сторону склона и удерживая ноги на подножках. </w:t>
      </w:r>
    </w:p>
    <w:p w14:paraId="74340FE2" w14:textId="335FDAB5" w:rsidR="0056157D" w:rsidRPr="00BD24B4" w:rsidRDefault="00813657" w:rsidP="00645379">
      <w:pPr>
        <w:pStyle w:val="n"/>
        <w:spacing w:after="0" w:line="240" w:lineRule="auto"/>
        <w:ind w:left="426"/>
      </w:pPr>
      <w:r w:rsidRPr="00BD24B4">
        <w:t xml:space="preserve">Слегка поворачивать руль на склон, чтобы </w:t>
      </w:r>
      <w:proofErr w:type="spellStart"/>
      <w:r w:rsidRPr="00BD24B4">
        <w:t>квадрицикл</w:t>
      </w:r>
      <w:proofErr w:type="spellEnd"/>
      <w:r w:rsidRPr="00BD24B4">
        <w:t xml:space="preserve"> сохранял направление своего движения. Если </w:t>
      </w:r>
      <w:proofErr w:type="spellStart"/>
      <w:r w:rsidRPr="00BD24B4">
        <w:t>квадрицикл</w:t>
      </w:r>
      <w:proofErr w:type="spellEnd"/>
      <w:r w:rsidRPr="00BD24B4">
        <w:t xml:space="preserve"> начнет крениться, быстро повернуть переднее колесо в направлении вниз по склону, если это возможно, или сразу же сойти с </w:t>
      </w:r>
      <w:proofErr w:type="spellStart"/>
      <w:r w:rsidRPr="00BD24B4">
        <w:t>квадрицикла</w:t>
      </w:r>
      <w:proofErr w:type="spellEnd"/>
      <w:r w:rsidRPr="00BD24B4">
        <w:t xml:space="preserve"> со стороны, которая выше по склону! </w:t>
      </w:r>
    </w:p>
    <w:p w14:paraId="58025126" w14:textId="655D0F98" w:rsidR="00515DAF" w:rsidRPr="00BD24B4" w:rsidRDefault="00515DAF">
      <w:pPr>
        <w:rPr>
          <w:rFonts w:cs="Times New Roman"/>
          <w:lang w:val="ru-RU"/>
        </w:rPr>
      </w:pPr>
    </w:p>
    <w:p w14:paraId="6BEFF4AC" w14:textId="77777777" w:rsidR="00515DAF" w:rsidRPr="00BD24B4" w:rsidRDefault="00813657" w:rsidP="00F504C7">
      <w:pPr>
        <w:jc w:val="center"/>
        <w:rPr>
          <w:rFonts w:cs="Times New Roman"/>
        </w:rPr>
      </w:pPr>
      <w:r w:rsidRPr="00BD24B4">
        <w:rPr>
          <w:rFonts w:cs="Times New Roman"/>
          <w:noProof/>
          <w:lang w:val="ru-RU" w:eastAsia="ru-RU"/>
        </w:rPr>
        <w:drawing>
          <wp:inline distT="0" distB="0" distL="0" distR="0" wp14:anchorId="1F97062E" wp14:editId="76A1CAD0">
            <wp:extent cx="4055533" cy="2281127"/>
            <wp:effectExtent l="0" t="0" r="254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51_img_1.png"/>
                    <pic:cNvPicPr/>
                  </pic:nvPicPr>
                  <pic:blipFill rotWithShape="1">
                    <a:blip r:embed="rId28"/>
                    <a:srcRect r="2359"/>
                    <a:stretch/>
                  </pic:blipFill>
                  <pic:spPr bwMode="auto">
                    <a:xfrm>
                      <a:off x="0" y="0"/>
                      <a:ext cx="4058840" cy="2282987"/>
                    </a:xfrm>
                    <a:prstGeom prst="rect">
                      <a:avLst/>
                    </a:prstGeom>
                    <a:ln>
                      <a:noFill/>
                    </a:ln>
                    <a:extLst>
                      <a:ext uri="{53640926-AAD7-44D8-BBD7-CCE9431645EC}">
                        <a14:shadowObscured xmlns:a14="http://schemas.microsoft.com/office/drawing/2010/main"/>
                      </a:ext>
                    </a:extLst>
                  </pic:spPr>
                </pic:pic>
              </a:graphicData>
            </a:graphic>
          </wp:inline>
        </w:drawing>
      </w:r>
    </w:p>
    <w:p w14:paraId="78FDBAC4" w14:textId="77777777" w:rsidR="00F504C7" w:rsidRPr="00BD24B4" w:rsidRDefault="00F504C7">
      <w:pPr>
        <w:spacing w:after="200" w:line="276" w:lineRule="auto"/>
        <w:rPr>
          <w:rFonts w:cs="Times New Roman"/>
          <w:lang w:val="ru-RU"/>
        </w:rPr>
      </w:pPr>
      <w:r w:rsidRPr="00BD24B4">
        <w:rPr>
          <w:rFonts w:cs="Times New Roman"/>
          <w:lang w:val="ru-RU"/>
        </w:rPr>
        <w:br w:type="page"/>
      </w:r>
    </w:p>
    <w:p w14:paraId="36EE9031" w14:textId="77777777" w:rsidR="00F504C7" w:rsidRPr="00BD24B4" w:rsidRDefault="00F504C7" w:rsidP="00F504C7"/>
    <w:tbl>
      <w:tblPr>
        <w:tblStyle w:val="55"/>
        <w:tblW w:w="5000" w:type="pct"/>
        <w:tblCellMar>
          <w:top w:w="85" w:type="dxa"/>
          <w:bottom w:w="85" w:type="dxa"/>
        </w:tblCellMar>
        <w:tblLook w:val="04A0" w:firstRow="1" w:lastRow="0" w:firstColumn="1" w:lastColumn="0" w:noHBand="0" w:noVBand="1"/>
      </w:tblPr>
      <w:tblGrid>
        <w:gridCol w:w="800"/>
        <w:gridCol w:w="5801"/>
      </w:tblGrid>
      <w:tr w:rsidR="00F504C7" w:rsidRPr="00BD24B4" w14:paraId="7F79CDA2" w14:textId="77777777" w:rsidTr="00645379">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791E7E44" w14:textId="77777777" w:rsidR="00F504C7" w:rsidRPr="00BD24B4" w:rsidRDefault="00F504C7" w:rsidP="00645379">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1DEE812" w14:textId="77777777" w:rsidR="00F504C7" w:rsidRPr="00BD24B4" w:rsidRDefault="00F504C7" w:rsidP="00645379">
            <w:pPr>
              <w:pStyle w:val="afff"/>
            </w:pPr>
            <w:r w:rsidRPr="00BD24B4">
              <w:t>ПРЕДУПРЕЖДЕНИЕ</w:t>
            </w:r>
          </w:p>
        </w:tc>
      </w:tr>
      <w:tr w:rsidR="00F504C7" w:rsidRPr="00707D8A" w14:paraId="72E5AFDF" w14:textId="77777777" w:rsidTr="00645379">
        <w:tc>
          <w:tcPr>
            <w:tcW w:w="5000" w:type="pct"/>
            <w:gridSpan w:val="2"/>
            <w:tcBorders>
              <w:top w:val="single" w:sz="4" w:space="0" w:color="auto"/>
              <w:left w:val="nil"/>
              <w:right w:val="nil"/>
            </w:tcBorders>
          </w:tcPr>
          <w:p w14:paraId="7ED2AA8C" w14:textId="08AB595A" w:rsidR="00F504C7" w:rsidRPr="00BD24B4" w:rsidRDefault="00F504C7" w:rsidP="00EC7471">
            <w:pPr>
              <w:widowControl w:val="0"/>
              <w:spacing w:line="276" w:lineRule="auto"/>
              <w:jc w:val="both"/>
              <w:rPr>
                <w:rFonts w:cs="Times New Roman"/>
                <w:szCs w:val="24"/>
                <w:lang w:eastAsia="ru-RU"/>
              </w:rPr>
            </w:pPr>
            <w:r w:rsidRPr="00BD24B4">
              <w:rPr>
                <w:rFonts w:cs="Times New Roman"/>
                <w:szCs w:val="24"/>
                <w:lang w:val="ru"/>
              </w:rPr>
              <w:t>Неправильное пересечение склона или выполнение поворота на склоне может быть опасным. Потеря управления транспортным средством или его опрокидывание могут привести к серьезным травмам или смерти.</w:t>
            </w:r>
          </w:p>
        </w:tc>
      </w:tr>
    </w:tbl>
    <w:p w14:paraId="7098F751" w14:textId="77777777" w:rsidR="00F504C7" w:rsidRPr="00BD24B4" w:rsidRDefault="00F504C7" w:rsidP="00F504C7">
      <w:pPr>
        <w:rPr>
          <w:rFonts w:cs="Times New Roman"/>
          <w:lang w:val="ru-RU"/>
        </w:rPr>
      </w:pPr>
    </w:p>
    <w:p w14:paraId="392D5B2E" w14:textId="308F8F36" w:rsidR="0056157D" w:rsidRPr="00BD24B4" w:rsidRDefault="0056157D">
      <w:pPr>
        <w:rPr>
          <w:rFonts w:cs="Times New Roman"/>
          <w:lang w:val="ru-RU"/>
        </w:rPr>
      </w:pPr>
    </w:p>
    <w:p w14:paraId="23D1FCF8" w14:textId="77777777" w:rsidR="0056157D" w:rsidRPr="00BD24B4" w:rsidRDefault="00813657" w:rsidP="00F504C7">
      <w:pPr>
        <w:pStyle w:val="bold12"/>
      </w:pPr>
      <w:r w:rsidRPr="00BD24B4">
        <w:t xml:space="preserve">Спуск вниз по склону. </w:t>
      </w:r>
    </w:p>
    <w:p w14:paraId="0EF00C98" w14:textId="0E75E954" w:rsidR="0056157D" w:rsidRPr="00BD24B4" w:rsidRDefault="0056157D">
      <w:pPr>
        <w:rPr>
          <w:rFonts w:cs="Times New Roman"/>
          <w:lang w:val="ru-RU"/>
        </w:rPr>
      </w:pPr>
    </w:p>
    <w:p w14:paraId="210C4CE4" w14:textId="77777777" w:rsidR="0056157D" w:rsidRPr="00BD24B4" w:rsidRDefault="00813657">
      <w:pPr>
        <w:rPr>
          <w:rFonts w:cs="Times New Roman"/>
          <w:lang w:val="ru-RU"/>
        </w:rPr>
      </w:pPr>
      <w:r w:rsidRPr="00BD24B4">
        <w:rPr>
          <w:rFonts w:cs="Times New Roman"/>
          <w:lang w:val="ru-RU"/>
        </w:rPr>
        <w:t xml:space="preserve">Спускаясь по склону, всегда следует: </w:t>
      </w:r>
    </w:p>
    <w:p w14:paraId="2F156320" w14:textId="145DDCA7" w:rsidR="0056157D" w:rsidRPr="00BD24B4" w:rsidRDefault="00813657" w:rsidP="00645379">
      <w:pPr>
        <w:pStyle w:val="n"/>
        <w:numPr>
          <w:ilvl w:val="0"/>
          <w:numId w:val="45"/>
        </w:numPr>
        <w:spacing w:after="0"/>
        <w:ind w:left="425" w:hanging="357"/>
      </w:pPr>
      <w:r w:rsidRPr="00BD24B4">
        <w:t xml:space="preserve">Двигаться прямо вниз по склону. </w:t>
      </w:r>
    </w:p>
    <w:p w14:paraId="2A5AFBC5" w14:textId="17B5F51B" w:rsidR="0056157D" w:rsidRPr="00BD24B4" w:rsidRDefault="00813657" w:rsidP="00645379">
      <w:pPr>
        <w:pStyle w:val="nn"/>
      </w:pPr>
      <w:r w:rsidRPr="00BD24B4">
        <w:t xml:space="preserve">Переносить свой вес на заднюю часть </w:t>
      </w:r>
      <w:proofErr w:type="spellStart"/>
      <w:r w:rsidRPr="00BD24B4">
        <w:t>квадрицикла</w:t>
      </w:r>
      <w:proofErr w:type="spellEnd"/>
      <w:r w:rsidRPr="00BD24B4">
        <w:t xml:space="preserve">. </w:t>
      </w:r>
    </w:p>
    <w:p w14:paraId="74F741D9" w14:textId="2017F46C" w:rsidR="0056157D" w:rsidRPr="00BD24B4" w:rsidRDefault="00813657" w:rsidP="00645379">
      <w:pPr>
        <w:pStyle w:val="nn"/>
      </w:pPr>
      <w:r w:rsidRPr="00BD24B4">
        <w:t xml:space="preserve">Снижать скорость. </w:t>
      </w:r>
    </w:p>
    <w:p w14:paraId="1A639CD1" w14:textId="24D0B0D6" w:rsidR="0056157D" w:rsidRPr="00BD24B4" w:rsidRDefault="00813657" w:rsidP="00645379">
      <w:pPr>
        <w:pStyle w:val="nn"/>
      </w:pPr>
      <w:r w:rsidRPr="00BD24B4">
        <w:t xml:space="preserve">Слегка нажимать на тормоза для плавного замедления. </w:t>
      </w:r>
    </w:p>
    <w:p w14:paraId="4CD65A62" w14:textId="77777777" w:rsidR="00F504C7" w:rsidRPr="00BD24B4" w:rsidRDefault="00F504C7" w:rsidP="00F504C7">
      <w:pPr>
        <w:rPr>
          <w:lang w:val="ru-RU"/>
        </w:rPr>
      </w:pPr>
    </w:p>
    <w:tbl>
      <w:tblPr>
        <w:tblStyle w:val="55"/>
        <w:tblW w:w="5000" w:type="pct"/>
        <w:tblCellMar>
          <w:top w:w="85" w:type="dxa"/>
          <w:bottom w:w="85" w:type="dxa"/>
        </w:tblCellMar>
        <w:tblLook w:val="04A0" w:firstRow="1" w:lastRow="0" w:firstColumn="1" w:lastColumn="0" w:noHBand="0" w:noVBand="1"/>
      </w:tblPr>
      <w:tblGrid>
        <w:gridCol w:w="800"/>
        <w:gridCol w:w="5801"/>
      </w:tblGrid>
      <w:tr w:rsidR="00F504C7" w:rsidRPr="00BD24B4" w14:paraId="43BCD41A" w14:textId="77777777" w:rsidTr="00645379">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5656476E" w14:textId="77777777" w:rsidR="00F504C7" w:rsidRPr="00BD24B4" w:rsidRDefault="00F504C7" w:rsidP="00645379">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6FF1B08" w14:textId="77777777" w:rsidR="00F504C7" w:rsidRPr="00BD24B4" w:rsidRDefault="00F504C7" w:rsidP="00645379">
            <w:pPr>
              <w:pStyle w:val="afff"/>
            </w:pPr>
            <w:r w:rsidRPr="00BD24B4">
              <w:t>ПРЕДУПРЕЖДЕНИЕ</w:t>
            </w:r>
          </w:p>
        </w:tc>
      </w:tr>
      <w:tr w:rsidR="00F504C7" w:rsidRPr="00707D8A" w14:paraId="31CBE7FE" w14:textId="77777777" w:rsidTr="00645379">
        <w:tc>
          <w:tcPr>
            <w:tcW w:w="5000" w:type="pct"/>
            <w:gridSpan w:val="2"/>
            <w:tcBorders>
              <w:top w:val="single" w:sz="4" w:space="0" w:color="auto"/>
              <w:left w:val="nil"/>
              <w:right w:val="nil"/>
            </w:tcBorders>
          </w:tcPr>
          <w:p w14:paraId="3E21CD40" w14:textId="73D0EE96" w:rsidR="00F504C7" w:rsidRPr="00BD24B4" w:rsidRDefault="00F504C7" w:rsidP="00EC7471">
            <w:pPr>
              <w:widowControl w:val="0"/>
              <w:spacing w:line="276" w:lineRule="auto"/>
              <w:jc w:val="both"/>
              <w:rPr>
                <w:rFonts w:cs="Times New Roman"/>
                <w:szCs w:val="24"/>
                <w:lang w:eastAsia="ru-RU"/>
              </w:rPr>
            </w:pPr>
            <w:r w:rsidRPr="00BD24B4">
              <w:rPr>
                <w:rFonts w:cs="Times New Roman"/>
                <w:szCs w:val="24"/>
                <w:lang w:val="ru"/>
              </w:rPr>
              <w:t xml:space="preserve">Не ездить на чрезмерно высокой скорости. Это опасно и может привести к потере управления транспортным средством и его опрокидыванию, что может стать причиной серьезных травм или смерти.  </w:t>
            </w:r>
          </w:p>
        </w:tc>
      </w:tr>
    </w:tbl>
    <w:p w14:paraId="768FC9A5" w14:textId="77777777" w:rsidR="00F504C7" w:rsidRPr="00BD24B4" w:rsidRDefault="00F504C7" w:rsidP="00F504C7">
      <w:pPr>
        <w:rPr>
          <w:rFonts w:cs="Times New Roman"/>
          <w:lang w:val="ru-RU"/>
        </w:rPr>
      </w:pPr>
    </w:p>
    <w:p w14:paraId="2757AB4C" w14:textId="77777777" w:rsidR="00515DAF" w:rsidRPr="00BD24B4" w:rsidRDefault="00813657" w:rsidP="00F504C7">
      <w:pPr>
        <w:jc w:val="center"/>
        <w:rPr>
          <w:rFonts w:cs="Times New Roman"/>
        </w:rPr>
      </w:pPr>
      <w:r w:rsidRPr="00BD24B4">
        <w:rPr>
          <w:rFonts w:cs="Times New Roman"/>
          <w:noProof/>
          <w:lang w:val="ru-RU" w:eastAsia="ru-RU"/>
        </w:rPr>
        <w:drawing>
          <wp:inline distT="0" distB="0" distL="0" distR="0" wp14:anchorId="255E7C16" wp14:editId="5A05FE65">
            <wp:extent cx="3472103" cy="268990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52_img_1.jpeg"/>
                    <pic:cNvPicPr/>
                  </pic:nvPicPr>
                  <pic:blipFill>
                    <a:blip r:embed="rId29"/>
                    <a:stretch>
                      <a:fillRect/>
                    </a:stretch>
                  </pic:blipFill>
                  <pic:spPr>
                    <a:xfrm>
                      <a:off x="0" y="0"/>
                      <a:ext cx="3473091" cy="2690667"/>
                    </a:xfrm>
                    <a:prstGeom prst="rect">
                      <a:avLst/>
                    </a:prstGeom>
                  </pic:spPr>
                </pic:pic>
              </a:graphicData>
            </a:graphic>
          </wp:inline>
        </w:drawing>
      </w:r>
    </w:p>
    <w:p w14:paraId="76187820" w14:textId="77777777" w:rsidR="00F504C7" w:rsidRPr="00BD24B4" w:rsidRDefault="00F504C7">
      <w:pPr>
        <w:spacing w:after="200" w:line="276" w:lineRule="auto"/>
        <w:rPr>
          <w:rFonts w:cs="Times New Roman"/>
          <w:lang w:val="ru-RU"/>
        </w:rPr>
      </w:pPr>
      <w:r w:rsidRPr="00BD24B4">
        <w:rPr>
          <w:rFonts w:cs="Times New Roman"/>
          <w:lang w:val="ru-RU"/>
        </w:rPr>
        <w:br w:type="page"/>
      </w:r>
    </w:p>
    <w:p w14:paraId="4FD337EC" w14:textId="77777777" w:rsidR="00F504C7" w:rsidRPr="00BD24B4" w:rsidRDefault="00F504C7">
      <w:pPr>
        <w:rPr>
          <w:rFonts w:cs="Times New Roman"/>
          <w:lang w:val="ru-RU"/>
        </w:rPr>
      </w:pPr>
    </w:p>
    <w:p w14:paraId="0718C7C1" w14:textId="77777777" w:rsidR="0056157D" w:rsidRPr="00BD24B4" w:rsidRDefault="00813657" w:rsidP="00F504C7">
      <w:pPr>
        <w:pStyle w:val="bold12"/>
        <w:rPr>
          <w:lang w:val="en-US"/>
        </w:rPr>
      </w:pPr>
      <w:r w:rsidRPr="00BD24B4">
        <w:t xml:space="preserve">Выполнение разворота на склоне </w:t>
      </w:r>
    </w:p>
    <w:p w14:paraId="26A71A47" w14:textId="77777777" w:rsidR="00645379" w:rsidRPr="00BD24B4" w:rsidRDefault="00645379" w:rsidP="00645379">
      <w:pPr>
        <w:pStyle w:val="p"/>
      </w:pPr>
    </w:p>
    <w:p w14:paraId="4BDDBEDA" w14:textId="14EF984D" w:rsidR="00F504C7" w:rsidRPr="00BD24B4" w:rsidRDefault="00F504C7" w:rsidP="00F504C7">
      <w:pPr>
        <w:pStyle w:val="bold12"/>
        <w:jc w:val="center"/>
        <w:rPr>
          <w:lang w:val="en-US"/>
        </w:rPr>
      </w:pPr>
      <w:r w:rsidRPr="00BD24B4">
        <w:rPr>
          <w:noProof/>
          <w:lang w:eastAsia="ru-RU"/>
        </w:rPr>
        <w:drawing>
          <wp:inline distT="0" distB="0" distL="0" distR="0" wp14:anchorId="46B2730D" wp14:editId="26BFE55A">
            <wp:extent cx="2404533" cy="1501861"/>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53_img_1.png"/>
                    <pic:cNvPicPr/>
                  </pic:nvPicPr>
                  <pic:blipFill>
                    <a:blip r:embed="rId30"/>
                    <a:stretch>
                      <a:fillRect/>
                    </a:stretch>
                  </pic:blipFill>
                  <pic:spPr>
                    <a:xfrm>
                      <a:off x="0" y="0"/>
                      <a:ext cx="2410695" cy="1505710"/>
                    </a:xfrm>
                    <a:prstGeom prst="rect">
                      <a:avLst/>
                    </a:prstGeom>
                  </pic:spPr>
                </pic:pic>
              </a:graphicData>
            </a:graphic>
          </wp:inline>
        </w:drawing>
      </w:r>
    </w:p>
    <w:p w14:paraId="63FAC6BD" w14:textId="77777777" w:rsidR="00645379" w:rsidRPr="00BD24B4" w:rsidRDefault="00645379" w:rsidP="00F504C7">
      <w:pPr>
        <w:pStyle w:val="bold12"/>
        <w:jc w:val="center"/>
        <w:rPr>
          <w:lang w:val="en-US"/>
        </w:rPr>
      </w:pPr>
    </w:p>
    <w:p w14:paraId="53A0B117" w14:textId="77777777" w:rsidR="0056157D" w:rsidRPr="00BD24B4" w:rsidRDefault="00813657">
      <w:pPr>
        <w:rPr>
          <w:rFonts w:cs="Times New Roman"/>
          <w:b/>
          <w:lang w:val="ru-RU"/>
        </w:rPr>
      </w:pPr>
      <w:r w:rsidRPr="00BD24B4">
        <w:rPr>
          <w:rFonts w:cs="Times New Roman"/>
          <w:b/>
          <w:lang w:val="ru-RU"/>
        </w:rPr>
        <w:t xml:space="preserve">Если </w:t>
      </w:r>
      <w:proofErr w:type="spellStart"/>
      <w:r w:rsidRPr="00BD24B4">
        <w:rPr>
          <w:rFonts w:cs="Times New Roman"/>
          <w:b/>
          <w:lang w:val="ru-RU"/>
        </w:rPr>
        <w:t>квадрицикл</w:t>
      </w:r>
      <w:proofErr w:type="spellEnd"/>
      <w:r w:rsidRPr="00BD24B4">
        <w:rPr>
          <w:rFonts w:cs="Times New Roman"/>
          <w:b/>
          <w:lang w:val="ru-RU"/>
        </w:rPr>
        <w:t xml:space="preserve"> застрянет во время подъема на склон, никогда не спускаться со склона задним ходом! Одним из маневров, который можно использовать, когда необходимо развернуться при подъеме на склон, является трехточечный разворот. </w:t>
      </w:r>
    </w:p>
    <w:p w14:paraId="2697E7FA" w14:textId="77777777" w:rsidR="003C3FAA" w:rsidRPr="00BD24B4" w:rsidRDefault="003C3FAA">
      <w:pPr>
        <w:rPr>
          <w:rFonts w:cs="Times New Roman"/>
          <w:b/>
          <w:lang w:val="ru-RU"/>
        </w:rPr>
      </w:pPr>
    </w:p>
    <w:p w14:paraId="35091162" w14:textId="3875784D" w:rsidR="0056157D" w:rsidRPr="00BD24B4" w:rsidRDefault="00813657" w:rsidP="00645379">
      <w:pPr>
        <w:pStyle w:val="n"/>
        <w:numPr>
          <w:ilvl w:val="0"/>
          <w:numId w:val="30"/>
        </w:numPr>
        <w:spacing w:after="0"/>
        <w:ind w:left="426"/>
      </w:pPr>
      <w:r w:rsidRPr="00BD24B4">
        <w:t xml:space="preserve">Остановиться и </w:t>
      </w:r>
      <w:r w:rsidR="000337A7" w:rsidRPr="00BD24B4">
        <w:t>активировать</w:t>
      </w:r>
      <w:r w:rsidRPr="00BD24B4">
        <w:t xml:space="preserve"> стояночный тормоз, направив вес тела в сторону подъема. </w:t>
      </w:r>
    </w:p>
    <w:p w14:paraId="0BB8E5E9" w14:textId="1B58E828" w:rsidR="0056157D" w:rsidRPr="00BD24B4" w:rsidRDefault="00813657" w:rsidP="00645379">
      <w:pPr>
        <w:pStyle w:val="n"/>
        <w:spacing w:after="0"/>
      </w:pPr>
      <w:r w:rsidRPr="00BD24B4">
        <w:t xml:space="preserve">Оставить передачу в положении "вперед" и заглушить двигатель. </w:t>
      </w:r>
    </w:p>
    <w:p w14:paraId="2025265F" w14:textId="1FD4663E" w:rsidR="0056157D" w:rsidRPr="00BD24B4" w:rsidRDefault="00813657" w:rsidP="00645379">
      <w:pPr>
        <w:pStyle w:val="n"/>
        <w:spacing w:after="0"/>
      </w:pPr>
      <w:r w:rsidRPr="00BD24B4">
        <w:t xml:space="preserve">Спуститься с </w:t>
      </w:r>
      <w:proofErr w:type="spellStart"/>
      <w:r w:rsidRPr="00BD24B4">
        <w:t>квадрицикла</w:t>
      </w:r>
      <w:proofErr w:type="spellEnd"/>
      <w:r w:rsidRPr="00BD24B4">
        <w:t xml:space="preserve"> с левой стороны или в сторону подъема по склону. </w:t>
      </w:r>
    </w:p>
    <w:p w14:paraId="7A40A6F7" w14:textId="1AC306D1" w:rsidR="0056157D" w:rsidRPr="00BD24B4" w:rsidRDefault="00813657" w:rsidP="00645379">
      <w:pPr>
        <w:pStyle w:val="n"/>
        <w:spacing w:after="0"/>
      </w:pPr>
      <w:r w:rsidRPr="00BD24B4">
        <w:t xml:space="preserve">Стоя у </w:t>
      </w:r>
      <w:proofErr w:type="spellStart"/>
      <w:r w:rsidRPr="00BD24B4">
        <w:t>квадрицикла</w:t>
      </w:r>
      <w:proofErr w:type="spellEnd"/>
      <w:r w:rsidRPr="00BD24B4">
        <w:t xml:space="preserve"> со стороны подъема, полностью вывернуть руль влево (находясь при этом лицом к передней части </w:t>
      </w:r>
      <w:proofErr w:type="spellStart"/>
      <w:r w:rsidRPr="00BD24B4">
        <w:t>квадрицикла</w:t>
      </w:r>
      <w:proofErr w:type="spellEnd"/>
      <w:r w:rsidRPr="00BD24B4">
        <w:t xml:space="preserve">). </w:t>
      </w:r>
    </w:p>
    <w:p w14:paraId="769A581F" w14:textId="6C9E1C65" w:rsidR="0056157D" w:rsidRPr="00BD24B4" w:rsidRDefault="00813657" w:rsidP="00645379">
      <w:pPr>
        <w:pStyle w:val="n"/>
        <w:spacing w:after="0"/>
      </w:pPr>
      <w:r w:rsidRPr="00BD24B4">
        <w:t xml:space="preserve">Удерживая рабочий тормоз, разблокировать стояночный тормоз и позволить </w:t>
      </w:r>
      <w:proofErr w:type="spellStart"/>
      <w:r w:rsidRPr="00BD24B4">
        <w:t>квадрициклу</w:t>
      </w:r>
      <w:proofErr w:type="spellEnd"/>
      <w:r w:rsidRPr="00BD24B4">
        <w:t xml:space="preserve"> медленно развернуться с правой стороны от вас до тех пор, пока он не будет направлен поперек склона или немного вниз. </w:t>
      </w:r>
    </w:p>
    <w:p w14:paraId="490751BC" w14:textId="7A679979" w:rsidR="0056157D" w:rsidRPr="00BD24B4" w:rsidRDefault="00813657" w:rsidP="00645379">
      <w:pPr>
        <w:pStyle w:val="n"/>
        <w:spacing w:after="0"/>
      </w:pPr>
      <w:r w:rsidRPr="00BD24B4">
        <w:t xml:space="preserve">Заблокировать стояночный тормоз и сесть на </w:t>
      </w:r>
      <w:proofErr w:type="spellStart"/>
      <w:r w:rsidRPr="00BD24B4">
        <w:t>квадрицикл</w:t>
      </w:r>
      <w:proofErr w:type="spellEnd"/>
      <w:r w:rsidRPr="00BD24B4">
        <w:t xml:space="preserve"> со стороны подъема, удерживая вес тела в направлении вверх по склону. </w:t>
      </w:r>
    </w:p>
    <w:p w14:paraId="3AF60812" w14:textId="400005AB" w:rsidR="0056157D" w:rsidRPr="00BD24B4" w:rsidRDefault="00813657" w:rsidP="00645379">
      <w:pPr>
        <w:pStyle w:val="n"/>
        <w:spacing w:after="0"/>
      </w:pPr>
      <w:r w:rsidRPr="00BD24B4">
        <w:t xml:space="preserve">Запустить двигатель, оставив передачу в положении "вперед", разблокировать стояночный тормоз и начать медленно ехать, контролируя скорость с помощью рабочего тормоза, пока </w:t>
      </w:r>
      <w:proofErr w:type="spellStart"/>
      <w:r w:rsidRPr="00BD24B4">
        <w:t>квадрицикл</w:t>
      </w:r>
      <w:proofErr w:type="spellEnd"/>
      <w:r w:rsidRPr="00BD24B4">
        <w:t xml:space="preserve"> не окажется на достаточно ровной поверхности. </w:t>
      </w:r>
    </w:p>
    <w:p w14:paraId="5900C940" w14:textId="77777777" w:rsidR="00F504C7" w:rsidRPr="00BD24B4" w:rsidRDefault="00F504C7" w:rsidP="00645379">
      <w:pPr>
        <w:pStyle w:val="p"/>
      </w:pPr>
    </w:p>
    <w:tbl>
      <w:tblPr>
        <w:tblStyle w:val="55"/>
        <w:tblW w:w="5000" w:type="pct"/>
        <w:tblCellMar>
          <w:top w:w="85" w:type="dxa"/>
          <w:bottom w:w="85" w:type="dxa"/>
        </w:tblCellMar>
        <w:tblLook w:val="04A0" w:firstRow="1" w:lastRow="0" w:firstColumn="1" w:lastColumn="0" w:noHBand="0" w:noVBand="1"/>
      </w:tblPr>
      <w:tblGrid>
        <w:gridCol w:w="800"/>
        <w:gridCol w:w="5801"/>
      </w:tblGrid>
      <w:tr w:rsidR="00F504C7" w:rsidRPr="00BD24B4" w14:paraId="3527E2D0" w14:textId="77777777" w:rsidTr="00645379">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0E357F15" w14:textId="77777777" w:rsidR="00F504C7" w:rsidRPr="00BD24B4" w:rsidRDefault="00F504C7" w:rsidP="00645379">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5591282" w14:textId="77777777" w:rsidR="00F504C7" w:rsidRPr="00BD24B4" w:rsidRDefault="00F504C7" w:rsidP="00645379">
            <w:pPr>
              <w:pStyle w:val="afff"/>
            </w:pPr>
            <w:r w:rsidRPr="00BD24B4">
              <w:t>ПРЕДУПРЕЖДЕНИЕ</w:t>
            </w:r>
          </w:p>
        </w:tc>
      </w:tr>
      <w:tr w:rsidR="00F504C7" w:rsidRPr="00707D8A" w14:paraId="4E41ECC1" w14:textId="77777777" w:rsidTr="00645379">
        <w:tc>
          <w:tcPr>
            <w:tcW w:w="5000" w:type="pct"/>
            <w:gridSpan w:val="2"/>
            <w:tcBorders>
              <w:top w:val="single" w:sz="4" w:space="0" w:color="auto"/>
              <w:left w:val="nil"/>
              <w:right w:val="nil"/>
            </w:tcBorders>
          </w:tcPr>
          <w:p w14:paraId="56351A61" w14:textId="2DF23546" w:rsidR="00F504C7" w:rsidRPr="00BD24B4" w:rsidRDefault="00F504C7" w:rsidP="00EC7471">
            <w:pPr>
              <w:widowControl w:val="0"/>
              <w:spacing w:line="276" w:lineRule="auto"/>
              <w:jc w:val="both"/>
              <w:rPr>
                <w:rFonts w:cs="Times New Roman"/>
                <w:szCs w:val="24"/>
                <w:lang w:eastAsia="ru-RU"/>
              </w:rPr>
            </w:pPr>
            <w:r w:rsidRPr="00BD24B4">
              <w:rPr>
                <w:rFonts w:cs="Times New Roman"/>
                <w:szCs w:val="24"/>
                <w:lang w:val="ru"/>
              </w:rPr>
              <w:t>Избегать подъема на крутые склоны. Потеря управления транспортным средством или его опрокидывание могут привести к серьезным травмам или смерти.</w:t>
            </w:r>
          </w:p>
        </w:tc>
      </w:tr>
    </w:tbl>
    <w:p w14:paraId="52248912" w14:textId="77777777" w:rsidR="00F504C7" w:rsidRPr="00BD24B4" w:rsidRDefault="00F504C7" w:rsidP="00F504C7">
      <w:pPr>
        <w:rPr>
          <w:lang w:val="ru-RU"/>
        </w:rPr>
      </w:pPr>
    </w:p>
    <w:p w14:paraId="4719D3B1" w14:textId="77777777" w:rsidR="0056157D" w:rsidRPr="00BD24B4" w:rsidRDefault="00813657" w:rsidP="00F504C7">
      <w:pPr>
        <w:pStyle w:val="bold12"/>
      </w:pPr>
      <w:r w:rsidRPr="00BD24B4">
        <w:t xml:space="preserve">Пересечение водных потоков </w:t>
      </w:r>
    </w:p>
    <w:p w14:paraId="23E40846" w14:textId="2C935A45" w:rsidR="0056157D" w:rsidRPr="00BD24B4" w:rsidRDefault="0056157D" w:rsidP="00645379">
      <w:pPr>
        <w:pStyle w:val="p"/>
      </w:pPr>
    </w:p>
    <w:p w14:paraId="686E373F" w14:textId="77777777" w:rsidR="0056157D" w:rsidRPr="00BD24B4" w:rsidRDefault="00813657">
      <w:pPr>
        <w:rPr>
          <w:rFonts w:cs="Times New Roman"/>
        </w:rPr>
      </w:pPr>
      <w:r w:rsidRPr="00BD24B4">
        <w:rPr>
          <w:rFonts w:cs="Times New Roman"/>
          <w:lang w:val="ru-RU"/>
        </w:rPr>
        <w:t xml:space="preserve">Ваш </w:t>
      </w:r>
      <w:proofErr w:type="spellStart"/>
      <w:r w:rsidRPr="00BD24B4">
        <w:rPr>
          <w:rFonts w:cs="Times New Roman"/>
          <w:lang w:val="ru-RU"/>
        </w:rPr>
        <w:t>квадрицикл</w:t>
      </w:r>
      <w:proofErr w:type="spellEnd"/>
      <w:r w:rsidRPr="00BD24B4">
        <w:rPr>
          <w:rFonts w:cs="Times New Roman"/>
          <w:lang w:val="ru-RU"/>
        </w:rPr>
        <w:t xml:space="preserve"> может передвигаться по водоемам, максимальная рекомендуемая глубина которых не превышает </w:t>
      </w:r>
      <w:r w:rsidR="000337A7" w:rsidRPr="00BD24B4">
        <w:rPr>
          <w:rFonts w:cs="Times New Roman"/>
          <w:lang w:val="ru-RU"/>
        </w:rPr>
        <w:t>30см (0.3метра)</w:t>
      </w:r>
      <w:r w:rsidRPr="00BD24B4">
        <w:rPr>
          <w:rFonts w:cs="Times New Roman"/>
          <w:lang w:val="ru-RU"/>
        </w:rPr>
        <w:t xml:space="preserve">. Перед пересечением водных потоков всегда: </w:t>
      </w:r>
    </w:p>
    <w:p w14:paraId="08BA0913" w14:textId="77777777" w:rsidR="00645379" w:rsidRPr="00BD24B4" w:rsidRDefault="00645379">
      <w:pPr>
        <w:rPr>
          <w:rFonts w:cs="Times New Roman"/>
        </w:rPr>
      </w:pPr>
    </w:p>
    <w:p w14:paraId="2A8C5DC6" w14:textId="58375E98" w:rsidR="0056157D" w:rsidRPr="00BD24B4" w:rsidRDefault="00813657" w:rsidP="00645379">
      <w:pPr>
        <w:pStyle w:val="n"/>
        <w:numPr>
          <w:ilvl w:val="0"/>
          <w:numId w:val="31"/>
        </w:numPr>
        <w:spacing w:after="0"/>
        <w:ind w:left="426"/>
      </w:pPr>
      <w:r w:rsidRPr="00BD24B4">
        <w:t xml:space="preserve">Определять глубину воды и течение. </w:t>
      </w:r>
    </w:p>
    <w:p w14:paraId="3378416A" w14:textId="17AAB07F" w:rsidR="0056157D" w:rsidRPr="00BD24B4" w:rsidRDefault="00813657" w:rsidP="00645379">
      <w:pPr>
        <w:pStyle w:val="n"/>
        <w:spacing w:after="0"/>
        <w:ind w:left="426"/>
      </w:pPr>
      <w:r w:rsidRPr="00BD24B4">
        <w:t xml:space="preserve">Выбирать для переправы место, где оба берега пологие. </w:t>
      </w:r>
    </w:p>
    <w:p w14:paraId="6764CDD0" w14:textId="6AA5BC4F" w:rsidR="0056157D" w:rsidRPr="00BD24B4" w:rsidRDefault="00813657" w:rsidP="00645379">
      <w:pPr>
        <w:pStyle w:val="n"/>
        <w:spacing w:after="0"/>
        <w:ind w:left="426"/>
      </w:pPr>
      <w:r w:rsidRPr="00BD24B4">
        <w:t xml:space="preserve">Двигаться медленно, по возможности избегая наездов на камни и препятствия. </w:t>
      </w:r>
    </w:p>
    <w:p w14:paraId="14D0C7FB" w14:textId="4ABED334" w:rsidR="0056157D" w:rsidRPr="00BD24B4" w:rsidRDefault="00813657" w:rsidP="00645379">
      <w:pPr>
        <w:pStyle w:val="n"/>
        <w:spacing w:after="0"/>
        <w:ind w:left="426"/>
      </w:pPr>
      <w:r w:rsidRPr="00BD24B4">
        <w:t>После пересечения водоема просушить тормоза, слегка надавливая на них</w:t>
      </w:r>
      <w:r w:rsidR="000337A7" w:rsidRPr="00BD24B4">
        <w:t xml:space="preserve"> в движении</w:t>
      </w:r>
      <w:r w:rsidRPr="00BD24B4">
        <w:t xml:space="preserve">, пока они не станут </w:t>
      </w:r>
      <w:r w:rsidR="00BC4731" w:rsidRPr="00BD24B4">
        <w:t>срабатывать нормально.</w:t>
      </w:r>
    </w:p>
    <w:p w14:paraId="69534405" w14:textId="15B94C08" w:rsidR="00F504C7" w:rsidRPr="00BD24B4" w:rsidRDefault="00F504C7">
      <w:pPr>
        <w:spacing w:after="200" w:line="276" w:lineRule="auto"/>
        <w:rPr>
          <w:rFonts w:cs="Times New Roman"/>
          <w:lang w:val="ru-RU"/>
        </w:rPr>
      </w:pPr>
      <w:r w:rsidRPr="00BD24B4">
        <w:rPr>
          <w:rFonts w:cs="Times New Roman"/>
          <w:lang w:val="ru-RU"/>
        </w:rPr>
        <w:br w:type="page"/>
      </w:r>
    </w:p>
    <w:p w14:paraId="05BFB237" w14:textId="77777777" w:rsidR="00F504C7" w:rsidRPr="00BD24B4" w:rsidRDefault="00F504C7" w:rsidP="00F504C7">
      <w:pPr>
        <w:widowControl w:val="0"/>
        <w:spacing w:line="276" w:lineRule="auto"/>
        <w:jc w:val="both"/>
        <w:rPr>
          <w:rFonts w:eastAsia="Times New Roman" w:cs="Times New Roman"/>
          <w:szCs w:val="24"/>
          <w:lang w:val="ru-RU" w:eastAsia="ru-RU"/>
        </w:rPr>
      </w:pPr>
    </w:p>
    <w:tbl>
      <w:tblPr>
        <w:tblStyle w:val="56"/>
        <w:tblW w:w="5000" w:type="pct"/>
        <w:tblCellMar>
          <w:top w:w="85" w:type="dxa"/>
          <w:bottom w:w="85" w:type="dxa"/>
        </w:tblCellMar>
        <w:tblLook w:val="04A0" w:firstRow="1" w:lastRow="0" w:firstColumn="1" w:lastColumn="0" w:noHBand="0" w:noVBand="1"/>
      </w:tblPr>
      <w:tblGrid>
        <w:gridCol w:w="800"/>
        <w:gridCol w:w="5801"/>
      </w:tblGrid>
      <w:tr w:rsidR="00F504C7" w:rsidRPr="00BD24B4" w14:paraId="34869B0B" w14:textId="77777777" w:rsidTr="00645379">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26248C2C" w14:textId="77777777" w:rsidR="00F504C7" w:rsidRPr="00BD24B4" w:rsidRDefault="00F504C7" w:rsidP="00645379">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322438E" w14:textId="77777777" w:rsidR="00F504C7" w:rsidRPr="00BD24B4" w:rsidRDefault="00F504C7" w:rsidP="00645379">
            <w:pPr>
              <w:pStyle w:val="afff"/>
            </w:pPr>
            <w:r w:rsidRPr="00BD24B4">
              <w:t>ВНИМАНИЕ</w:t>
            </w:r>
          </w:p>
        </w:tc>
      </w:tr>
      <w:tr w:rsidR="00F504C7" w:rsidRPr="00707D8A" w14:paraId="57B7ACF1" w14:textId="77777777" w:rsidTr="00645379">
        <w:tc>
          <w:tcPr>
            <w:tcW w:w="5000" w:type="pct"/>
            <w:gridSpan w:val="2"/>
            <w:tcBorders>
              <w:top w:val="single" w:sz="4" w:space="0" w:color="auto"/>
              <w:left w:val="nil"/>
              <w:right w:val="nil"/>
            </w:tcBorders>
          </w:tcPr>
          <w:p w14:paraId="2AF6C386" w14:textId="2B53CEF1" w:rsidR="00F504C7" w:rsidRPr="00BD24B4" w:rsidRDefault="00F504C7" w:rsidP="00F504C7">
            <w:pPr>
              <w:widowControl w:val="0"/>
              <w:spacing w:line="276" w:lineRule="auto"/>
              <w:jc w:val="both"/>
              <w:rPr>
                <w:rFonts w:cs="Times New Roman"/>
                <w:b/>
                <w:bCs/>
                <w:szCs w:val="24"/>
                <w:lang w:eastAsia="ru-RU"/>
              </w:rPr>
            </w:pPr>
            <w:r w:rsidRPr="00BD24B4">
              <w:rPr>
                <w:rFonts w:cs="Times New Roman"/>
                <w:b/>
                <w:bCs/>
                <w:szCs w:val="24"/>
                <w:lang w:val="ru"/>
              </w:rPr>
              <w:t xml:space="preserve">Никогда не ездить на </w:t>
            </w:r>
            <w:proofErr w:type="spellStart"/>
            <w:r w:rsidRPr="00BD24B4">
              <w:rPr>
                <w:rFonts w:cs="Times New Roman"/>
                <w:b/>
                <w:bCs/>
                <w:szCs w:val="24"/>
                <w:lang w:val="ru"/>
              </w:rPr>
              <w:t>квадрицикле</w:t>
            </w:r>
            <w:proofErr w:type="spellEnd"/>
            <w:r w:rsidRPr="00BD24B4">
              <w:rPr>
                <w:rFonts w:cs="Times New Roman"/>
                <w:b/>
                <w:bCs/>
                <w:szCs w:val="24"/>
                <w:lang w:val="ru"/>
              </w:rPr>
              <w:t xml:space="preserve"> по глубоким водоемам или водоемам с быстрым течением.</w:t>
            </w:r>
          </w:p>
        </w:tc>
      </w:tr>
    </w:tbl>
    <w:p w14:paraId="3C727B68" w14:textId="77777777" w:rsidR="00F504C7" w:rsidRPr="00BD24B4" w:rsidRDefault="00F504C7" w:rsidP="00F504C7">
      <w:pPr>
        <w:pStyle w:val="p"/>
        <w:rPr>
          <w:lang w:eastAsia="ru-RU"/>
        </w:rPr>
      </w:pPr>
    </w:p>
    <w:p w14:paraId="1CC5FB13" w14:textId="77777777" w:rsidR="0056157D" w:rsidRPr="00BD24B4" w:rsidRDefault="00813657">
      <w:pPr>
        <w:rPr>
          <w:rFonts w:cs="Times New Roman"/>
        </w:rPr>
      </w:pPr>
      <w:r w:rsidRPr="00BD24B4">
        <w:rPr>
          <w:rFonts w:cs="Times New Roman"/>
          <w:b/>
          <w:lang w:val="ru-RU"/>
        </w:rPr>
        <w:t>ПРИМЕЧАНИЕ</w:t>
      </w:r>
      <w:r w:rsidR="000337A7" w:rsidRPr="00BD24B4">
        <w:rPr>
          <w:rFonts w:cs="Times New Roman"/>
          <w:b/>
          <w:lang w:val="ru-RU"/>
        </w:rPr>
        <w:t>:</w:t>
      </w:r>
      <w:r w:rsidR="000337A7" w:rsidRPr="00BD24B4">
        <w:rPr>
          <w:rFonts w:cs="Times New Roman"/>
          <w:lang w:val="ru-RU"/>
        </w:rPr>
        <w:t xml:space="preserve"> после</w:t>
      </w:r>
      <w:r w:rsidRPr="00BD24B4">
        <w:rPr>
          <w:rFonts w:cs="Times New Roman"/>
          <w:lang w:val="ru-RU"/>
        </w:rPr>
        <w:t xml:space="preserve"> езды по воде крайне важно провести техническое обслуживание вашего транспортного средства в соответствии с регламентом технического обслуживания, см. “16. </w:t>
      </w:r>
    </w:p>
    <w:p w14:paraId="08459DB5" w14:textId="77777777" w:rsidR="00645379" w:rsidRPr="00BD24B4" w:rsidRDefault="00645379" w:rsidP="00645379">
      <w:pPr>
        <w:pStyle w:val="p"/>
      </w:pPr>
    </w:p>
    <w:p w14:paraId="09DA01FD" w14:textId="77777777" w:rsidR="00F504C7" w:rsidRPr="00BD24B4" w:rsidRDefault="00813657">
      <w:pPr>
        <w:rPr>
          <w:rFonts w:cs="Times New Roman"/>
          <w:b/>
          <w:lang w:val="ru-RU"/>
        </w:rPr>
      </w:pPr>
      <w:r w:rsidRPr="00BD24B4">
        <w:rPr>
          <w:rFonts w:cs="Times New Roman"/>
          <w:b/>
          <w:lang w:val="ru-RU"/>
        </w:rPr>
        <w:t xml:space="preserve">Техническое обслуживание”. </w:t>
      </w:r>
    </w:p>
    <w:p w14:paraId="5F9B1CFF" w14:textId="0B8AED47" w:rsidR="00F504C7" w:rsidRPr="00BD24B4" w:rsidRDefault="00813657">
      <w:pPr>
        <w:rPr>
          <w:rFonts w:cs="Times New Roman"/>
          <w:lang w:val="ru-RU"/>
        </w:rPr>
      </w:pPr>
      <w:r w:rsidRPr="00BD24B4">
        <w:rPr>
          <w:rFonts w:cs="Times New Roman"/>
          <w:lang w:val="ru-RU"/>
        </w:rPr>
        <w:t xml:space="preserve">Особого внимания требует следующее: </w:t>
      </w:r>
    </w:p>
    <w:p w14:paraId="7E3D4626" w14:textId="65EFA433" w:rsidR="0056157D" w:rsidRPr="00BD24B4" w:rsidRDefault="00813657" w:rsidP="00F504C7">
      <w:pPr>
        <w:pStyle w:val="b-"/>
      </w:pPr>
      <w:r w:rsidRPr="00BD24B4">
        <w:t xml:space="preserve">моторное масло, </w:t>
      </w:r>
    </w:p>
    <w:p w14:paraId="17CF5C80" w14:textId="666C33E0" w:rsidR="00BC4731" w:rsidRPr="00BD24B4" w:rsidRDefault="00813657" w:rsidP="00F504C7">
      <w:pPr>
        <w:pStyle w:val="b-"/>
      </w:pPr>
      <w:r w:rsidRPr="00BD24B4">
        <w:t>трансмиссионное масло</w:t>
      </w:r>
      <w:r w:rsidR="00BC4731" w:rsidRPr="00BD24B4">
        <w:t xml:space="preserve"> в КПП</w:t>
      </w:r>
    </w:p>
    <w:p w14:paraId="210FFD27" w14:textId="600F1847" w:rsidR="00BC4731" w:rsidRPr="00BD24B4" w:rsidRDefault="00BC4731" w:rsidP="00F504C7">
      <w:pPr>
        <w:pStyle w:val="b-"/>
      </w:pPr>
      <w:r w:rsidRPr="00BD24B4">
        <w:t>трансмиссионное масло в переднем редукторе</w:t>
      </w:r>
    </w:p>
    <w:p w14:paraId="748DD70D" w14:textId="3E2337F5" w:rsidR="00BC4731" w:rsidRPr="00BD24B4" w:rsidRDefault="00BC4731" w:rsidP="00F504C7">
      <w:pPr>
        <w:pStyle w:val="b-"/>
      </w:pPr>
      <w:r w:rsidRPr="00BD24B4">
        <w:t>трансмиссионное масло в заднем редукторе</w:t>
      </w:r>
    </w:p>
    <w:p w14:paraId="4B61463C" w14:textId="68267583" w:rsidR="0056157D" w:rsidRPr="00BD24B4" w:rsidRDefault="00813657" w:rsidP="00F504C7">
      <w:pPr>
        <w:pStyle w:val="b-"/>
      </w:pPr>
      <w:r w:rsidRPr="00BD24B4">
        <w:t xml:space="preserve">все фитинги системы смазки. </w:t>
      </w:r>
    </w:p>
    <w:p w14:paraId="2A64D78C" w14:textId="77777777" w:rsidR="00F504C7" w:rsidRPr="00BD24B4" w:rsidRDefault="00F504C7" w:rsidP="00645379">
      <w:pPr>
        <w:pStyle w:val="p"/>
      </w:pPr>
    </w:p>
    <w:tbl>
      <w:tblPr>
        <w:tblStyle w:val="56"/>
        <w:tblW w:w="5000" w:type="pct"/>
        <w:tblCellMar>
          <w:top w:w="85" w:type="dxa"/>
          <w:bottom w:w="85" w:type="dxa"/>
        </w:tblCellMar>
        <w:tblLook w:val="04A0" w:firstRow="1" w:lastRow="0" w:firstColumn="1" w:lastColumn="0" w:noHBand="0" w:noVBand="1"/>
      </w:tblPr>
      <w:tblGrid>
        <w:gridCol w:w="800"/>
        <w:gridCol w:w="5801"/>
      </w:tblGrid>
      <w:tr w:rsidR="00F504C7" w:rsidRPr="00BD24B4" w14:paraId="0F173573" w14:textId="77777777" w:rsidTr="00645379">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79ADF278" w14:textId="77777777" w:rsidR="00F504C7" w:rsidRPr="00BD24B4" w:rsidRDefault="00F504C7" w:rsidP="00645379">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13BD2EB" w14:textId="77777777" w:rsidR="00F504C7" w:rsidRPr="00BD24B4" w:rsidRDefault="00F504C7" w:rsidP="00645379">
            <w:pPr>
              <w:pStyle w:val="afff"/>
            </w:pPr>
            <w:r w:rsidRPr="00BD24B4">
              <w:t>ВНИМАНИЕ</w:t>
            </w:r>
          </w:p>
        </w:tc>
      </w:tr>
      <w:tr w:rsidR="00F504C7" w:rsidRPr="00707D8A" w14:paraId="6E2B8F60" w14:textId="77777777" w:rsidTr="00645379">
        <w:tc>
          <w:tcPr>
            <w:tcW w:w="5000" w:type="pct"/>
            <w:gridSpan w:val="2"/>
            <w:tcBorders>
              <w:top w:val="single" w:sz="4" w:space="0" w:color="auto"/>
              <w:left w:val="nil"/>
              <w:right w:val="nil"/>
            </w:tcBorders>
          </w:tcPr>
          <w:p w14:paraId="086A3979" w14:textId="13613E4E" w:rsidR="00F504C7" w:rsidRPr="00BD24B4" w:rsidRDefault="00F504C7" w:rsidP="00EC7471">
            <w:pPr>
              <w:widowControl w:val="0"/>
              <w:spacing w:line="276" w:lineRule="auto"/>
              <w:jc w:val="both"/>
              <w:rPr>
                <w:rFonts w:cs="Times New Roman"/>
                <w:b/>
                <w:bCs/>
                <w:szCs w:val="24"/>
                <w:lang w:eastAsia="ru-RU"/>
              </w:rPr>
            </w:pPr>
            <w:r w:rsidRPr="00BD24B4">
              <w:rPr>
                <w:rFonts w:cs="Times New Roman"/>
                <w:b/>
                <w:bCs/>
                <w:szCs w:val="24"/>
                <w:lang w:val="ru"/>
              </w:rPr>
              <w:t xml:space="preserve">Если ваш </w:t>
            </w:r>
            <w:proofErr w:type="spellStart"/>
            <w:r w:rsidRPr="00BD24B4">
              <w:rPr>
                <w:rFonts w:cs="Times New Roman"/>
                <w:b/>
                <w:bCs/>
                <w:szCs w:val="24"/>
                <w:lang w:val="ru"/>
              </w:rPr>
              <w:t>квадрицикл</w:t>
            </w:r>
            <w:proofErr w:type="spellEnd"/>
            <w:r w:rsidRPr="00BD24B4">
              <w:rPr>
                <w:rFonts w:cs="Times New Roman"/>
                <w:b/>
                <w:bCs/>
                <w:szCs w:val="24"/>
                <w:lang w:val="ru"/>
              </w:rPr>
              <w:t xml:space="preserve"> погружался в воду, перед запуском двигателя его следует показать своему дилеру. Пренебрежение тщательным осмотром </w:t>
            </w:r>
            <w:proofErr w:type="spellStart"/>
            <w:r w:rsidRPr="00BD24B4">
              <w:rPr>
                <w:rFonts w:cs="Times New Roman"/>
                <w:b/>
                <w:bCs/>
                <w:szCs w:val="24"/>
                <w:lang w:val="ru"/>
              </w:rPr>
              <w:t>квадрицикла</w:t>
            </w:r>
            <w:proofErr w:type="spellEnd"/>
            <w:r w:rsidRPr="00BD24B4">
              <w:rPr>
                <w:rFonts w:cs="Times New Roman"/>
                <w:b/>
                <w:bCs/>
                <w:szCs w:val="24"/>
                <w:lang w:val="ru"/>
              </w:rPr>
              <w:t xml:space="preserve"> может привести к серьезному повреждению двигателя.</w:t>
            </w:r>
          </w:p>
        </w:tc>
      </w:tr>
    </w:tbl>
    <w:p w14:paraId="267715AE" w14:textId="77777777" w:rsidR="00F504C7" w:rsidRPr="00BD24B4" w:rsidRDefault="00F504C7" w:rsidP="00F504C7">
      <w:pPr>
        <w:pStyle w:val="p"/>
      </w:pPr>
    </w:p>
    <w:p w14:paraId="7EB48306" w14:textId="77777777" w:rsidR="0056157D" w:rsidRPr="00BD24B4" w:rsidRDefault="00813657">
      <w:pPr>
        <w:rPr>
          <w:rFonts w:cs="Times New Roman"/>
          <w:lang w:val="ru-RU"/>
        </w:rPr>
      </w:pPr>
      <w:r w:rsidRPr="00BD24B4">
        <w:rPr>
          <w:rFonts w:cs="Times New Roman"/>
          <w:lang w:val="ru-RU"/>
        </w:rPr>
        <w:t xml:space="preserve">Если невозможно показать дилеру </w:t>
      </w:r>
      <w:proofErr w:type="spellStart"/>
      <w:r w:rsidRPr="00BD24B4">
        <w:rPr>
          <w:rFonts w:cs="Times New Roman"/>
          <w:lang w:val="ru-RU"/>
        </w:rPr>
        <w:t>квадрицикл</w:t>
      </w:r>
      <w:proofErr w:type="spellEnd"/>
      <w:r w:rsidRPr="00BD24B4">
        <w:rPr>
          <w:rFonts w:cs="Times New Roman"/>
          <w:lang w:val="ru-RU"/>
        </w:rPr>
        <w:t xml:space="preserve"> до запуска двигателя, требуется выполнить действия, описанные ниже. </w:t>
      </w:r>
    </w:p>
    <w:p w14:paraId="73A7D28F" w14:textId="77777777" w:rsidR="00645379" w:rsidRPr="00BD24B4" w:rsidRDefault="00645379" w:rsidP="00645379">
      <w:pPr>
        <w:pStyle w:val="p"/>
      </w:pPr>
    </w:p>
    <w:p w14:paraId="7DD79DAC" w14:textId="55BBC98E" w:rsidR="0056157D" w:rsidRPr="00BD24B4" w:rsidRDefault="00813657" w:rsidP="00E01FC8">
      <w:pPr>
        <w:pStyle w:val="b"/>
      </w:pPr>
      <w:r w:rsidRPr="00BD24B4">
        <w:t xml:space="preserve">Переместить </w:t>
      </w:r>
      <w:proofErr w:type="spellStart"/>
      <w:r w:rsidRPr="00BD24B4">
        <w:t>квадрицикл</w:t>
      </w:r>
      <w:proofErr w:type="spellEnd"/>
      <w:r w:rsidRPr="00BD24B4">
        <w:t xml:space="preserve"> на сушу или, по крайней мере, туда, где глубина воды </w:t>
      </w:r>
      <w:r w:rsidR="000337A7" w:rsidRPr="00BD24B4">
        <w:t>не превышает</w:t>
      </w:r>
      <w:r w:rsidRPr="00BD24B4">
        <w:t xml:space="preserve"> </w:t>
      </w:r>
      <w:r w:rsidR="000337A7" w:rsidRPr="00BD24B4">
        <w:t>0.3метра</w:t>
      </w:r>
      <w:r w:rsidRPr="00BD24B4">
        <w:t xml:space="preserve">. </w:t>
      </w:r>
      <w:r w:rsidR="000337A7" w:rsidRPr="00BD24B4">
        <w:t xml:space="preserve">Убедиться, что вода не попала в масло двигателя, </w:t>
      </w:r>
      <w:r w:rsidR="003251C9" w:rsidRPr="00BD24B4">
        <w:t>КПП</w:t>
      </w:r>
      <w:r w:rsidR="000337A7" w:rsidRPr="00BD24B4">
        <w:t xml:space="preserve"> и редукторов.</w:t>
      </w:r>
      <w:r w:rsidR="003251C9" w:rsidRPr="00BD24B4">
        <w:t xml:space="preserve"> Если вода попала в масло ни в коем случае не запускать двигатель до замены масла с промывкой. Оставление двигателя с водой в масле даже на короткое время нанесет коррозионные повреждения и потребует серьезного ремонта.</w:t>
      </w:r>
    </w:p>
    <w:p w14:paraId="57C93C38" w14:textId="7438DE81" w:rsidR="0056157D" w:rsidRPr="00BD24B4" w:rsidRDefault="00813657" w:rsidP="00E01FC8">
      <w:pPr>
        <w:pStyle w:val="b"/>
      </w:pPr>
      <w:r w:rsidRPr="00BD24B4">
        <w:t xml:space="preserve">Извлечь свечу зажигания. </w:t>
      </w:r>
    </w:p>
    <w:p w14:paraId="5F702F06" w14:textId="2171477E" w:rsidR="0056157D" w:rsidRPr="00BD24B4" w:rsidRDefault="00813657" w:rsidP="00E01FC8">
      <w:pPr>
        <w:pStyle w:val="b"/>
      </w:pPr>
      <w:r w:rsidRPr="00BD24B4">
        <w:t xml:space="preserve">Несколько раз </w:t>
      </w:r>
      <w:r w:rsidR="000337A7" w:rsidRPr="00BD24B4">
        <w:t>прокрутить</w:t>
      </w:r>
      <w:r w:rsidRPr="00BD24B4">
        <w:t xml:space="preserve"> двигатель с помощью электрического стартера. </w:t>
      </w:r>
    </w:p>
    <w:p w14:paraId="4E56C157" w14:textId="05D1FD58" w:rsidR="0056157D" w:rsidRPr="00BD24B4" w:rsidRDefault="00813657" w:rsidP="00E01FC8">
      <w:pPr>
        <w:pStyle w:val="b"/>
      </w:pPr>
      <w:r w:rsidRPr="00BD24B4">
        <w:t xml:space="preserve">Высушить свечу зажигания и установить ее на место или заменить на новую. </w:t>
      </w:r>
    </w:p>
    <w:p w14:paraId="577336DD" w14:textId="26A6B12F" w:rsidR="0056157D" w:rsidRPr="00BD24B4" w:rsidRDefault="00813657" w:rsidP="00E01FC8">
      <w:pPr>
        <w:pStyle w:val="b"/>
      </w:pPr>
      <w:r w:rsidRPr="00BD24B4">
        <w:t xml:space="preserve">Попытаться запустить двигатель. При необходимости повторить процедуру “сушки”. </w:t>
      </w:r>
    </w:p>
    <w:p w14:paraId="50721517" w14:textId="5C1223B9" w:rsidR="0056157D" w:rsidRPr="00BD24B4" w:rsidRDefault="00813657" w:rsidP="00E01FC8">
      <w:pPr>
        <w:pStyle w:val="b"/>
      </w:pPr>
      <w:r w:rsidRPr="00BD24B4">
        <w:t xml:space="preserve">В независимости от того, удастся ли вам запустить двигатель или нет, необходимо отправить </w:t>
      </w:r>
      <w:proofErr w:type="spellStart"/>
      <w:r w:rsidRPr="00BD24B4">
        <w:t>квадрицикл</w:t>
      </w:r>
      <w:proofErr w:type="spellEnd"/>
      <w:r w:rsidRPr="00BD24B4">
        <w:t xml:space="preserve"> к своему дилеру для технического обслуживания как можно скорее. </w:t>
      </w:r>
    </w:p>
    <w:p w14:paraId="68A2BFBE" w14:textId="1D4A7601" w:rsidR="00F504C7" w:rsidRPr="00BD24B4" w:rsidRDefault="00813657" w:rsidP="00F504C7">
      <w:pPr>
        <w:jc w:val="center"/>
        <w:rPr>
          <w:rFonts w:cs="Times New Roman"/>
        </w:rPr>
      </w:pPr>
      <w:r w:rsidRPr="00BD24B4">
        <w:rPr>
          <w:rFonts w:cs="Times New Roman"/>
          <w:noProof/>
          <w:lang w:val="ru-RU" w:eastAsia="ru-RU"/>
        </w:rPr>
        <w:drawing>
          <wp:inline distT="0" distB="0" distL="0" distR="0" wp14:anchorId="4F49D728" wp14:editId="404CE3C0">
            <wp:extent cx="3005667" cy="1776076"/>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1"/>
                    <a:stretch>
                      <a:fillRect/>
                    </a:stretch>
                  </pic:blipFill>
                  <pic:spPr>
                    <a:xfrm>
                      <a:off x="0" y="0"/>
                      <a:ext cx="3014278" cy="1781164"/>
                    </a:xfrm>
                    <a:prstGeom prst="rect">
                      <a:avLst/>
                    </a:prstGeom>
                  </pic:spPr>
                </pic:pic>
              </a:graphicData>
            </a:graphic>
          </wp:inline>
        </w:drawing>
      </w:r>
    </w:p>
    <w:p w14:paraId="4C9DB61D" w14:textId="77777777" w:rsidR="00F504C7" w:rsidRPr="00BD24B4" w:rsidRDefault="00F504C7">
      <w:pPr>
        <w:spacing w:after="200" w:line="276" w:lineRule="auto"/>
        <w:rPr>
          <w:rFonts w:cs="Times New Roman"/>
        </w:rPr>
      </w:pPr>
      <w:r w:rsidRPr="00BD24B4">
        <w:rPr>
          <w:rFonts w:cs="Times New Roman"/>
        </w:rPr>
        <w:br w:type="page"/>
      </w:r>
    </w:p>
    <w:p w14:paraId="13095028" w14:textId="3D35E89B" w:rsidR="0056157D" w:rsidRPr="00BD24B4" w:rsidRDefault="0056157D">
      <w:pPr>
        <w:rPr>
          <w:rFonts w:cs="Times New Roman"/>
          <w:lang w:val="ru-RU"/>
        </w:rPr>
      </w:pPr>
    </w:p>
    <w:p w14:paraId="3A2212B5" w14:textId="77777777" w:rsidR="0056157D" w:rsidRPr="00BD24B4" w:rsidRDefault="00813657">
      <w:pPr>
        <w:rPr>
          <w:rFonts w:cs="Times New Roman"/>
          <w:lang w:val="ru-RU"/>
        </w:rPr>
      </w:pPr>
      <w:r w:rsidRPr="00BD24B4">
        <w:rPr>
          <w:rFonts w:cs="Times New Roman"/>
          <w:lang w:val="ru-RU"/>
        </w:rPr>
        <w:t xml:space="preserve">Если в систему бесступенчатой коробки передач попала вода, необходимо как можно скорее доставить </w:t>
      </w:r>
      <w:proofErr w:type="spellStart"/>
      <w:r w:rsidRPr="00BD24B4">
        <w:rPr>
          <w:rFonts w:cs="Times New Roman"/>
          <w:lang w:val="ru-RU"/>
        </w:rPr>
        <w:t>квадрицикл</w:t>
      </w:r>
      <w:proofErr w:type="spellEnd"/>
      <w:r w:rsidRPr="00BD24B4">
        <w:rPr>
          <w:rFonts w:cs="Times New Roman"/>
          <w:lang w:val="ru-RU"/>
        </w:rPr>
        <w:t xml:space="preserve"> к своему дилеру для его технического обслуживания. </w:t>
      </w:r>
    </w:p>
    <w:p w14:paraId="35746E30" w14:textId="73E57257" w:rsidR="0056157D" w:rsidRPr="00BD24B4" w:rsidRDefault="0056157D">
      <w:pPr>
        <w:rPr>
          <w:rFonts w:cs="Times New Roman"/>
          <w:lang w:val="ru-RU"/>
        </w:rPr>
      </w:pPr>
    </w:p>
    <w:p w14:paraId="690F6491" w14:textId="77777777" w:rsidR="0056157D" w:rsidRPr="00BD24B4" w:rsidRDefault="00813657" w:rsidP="00666F5B">
      <w:pPr>
        <w:pStyle w:val="bold12"/>
      </w:pPr>
      <w:r w:rsidRPr="00BD24B4">
        <w:t xml:space="preserve">Преодоление препятствий на пути </w:t>
      </w:r>
    </w:p>
    <w:p w14:paraId="1479DD9A" w14:textId="26421478" w:rsidR="0056157D" w:rsidRPr="00BD24B4" w:rsidRDefault="0056157D">
      <w:pPr>
        <w:rPr>
          <w:rFonts w:cs="Times New Roman"/>
          <w:lang w:val="ru-RU"/>
        </w:rPr>
      </w:pPr>
    </w:p>
    <w:p w14:paraId="3846B0D6" w14:textId="77777777" w:rsidR="0056157D" w:rsidRPr="00BD24B4" w:rsidRDefault="00813657" w:rsidP="00666F5B">
      <w:pPr>
        <w:pStyle w:val="bold12"/>
      </w:pPr>
      <w:r w:rsidRPr="00BD24B4">
        <w:t xml:space="preserve">Необходима внимательность!   </w:t>
      </w:r>
    </w:p>
    <w:p w14:paraId="51069FFF" w14:textId="78A4A7E9" w:rsidR="0056157D" w:rsidRPr="00BD24B4" w:rsidRDefault="0056157D">
      <w:pPr>
        <w:rPr>
          <w:rFonts w:cs="Times New Roman"/>
          <w:lang w:val="ru-RU"/>
        </w:rPr>
      </w:pPr>
    </w:p>
    <w:p w14:paraId="32DE49CA" w14:textId="77777777" w:rsidR="0056157D" w:rsidRPr="00BD24B4" w:rsidRDefault="00813657">
      <w:pPr>
        <w:rPr>
          <w:rFonts w:cs="Times New Roman"/>
          <w:lang w:val="ru-RU"/>
        </w:rPr>
      </w:pPr>
      <w:r w:rsidRPr="00BD24B4">
        <w:rPr>
          <w:rFonts w:cs="Times New Roman"/>
          <w:lang w:val="ru-RU"/>
        </w:rPr>
        <w:t xml:space="preserve">Необходимо смотреть вперед и учиться </w:t>
      </w:r>
      <w:r w:rsidR="00F825DC" w:rsidRPr="00BD24B4">
        <w:rPr>
          <w:rFonts w:cs="Times New Roman"/>
          <w:lang w:val="ru-RU"/>
        </w:rPr>
        <w:t>анализировать дорожную ситуацию</w:t>
      </w:r>
      <w:r w:rsidRPr="00BD24B4">
        <w:rPr>
          <w:rFonts w:cs="Times New Roman"/>
          <w:lang w:val="ru-RU"/>
        </w:rPr>
        <w:t xml:space="preserve"> во время </w:t>
      </w:r>
      <w:r w:rsidR="00F825DC" w:rsidRPr="00BD24B4">
        <w:rPr>
          <w:rFonts w:cs="Times New Roman"/>
          <w:lang w:val="ru-RU"/>
        </w:rPr>
        <w:t>поездки</w:t>
      </w:r>
      <w:r w:rsidRPr="00BD24B4">
        <w:rPr>
          <w:rFonts w:cs="Times New Roman"/>
          <w:lang w:val="ru-RU"/>
        </w:rPr>
        <w:t xml:space="preserve">. По возможности держаться правой стороны пути, неизменно сохранять бдительность и помнить о таких опасностях, как бревна, камни и низко свисающие ветви. </w:t>
      </w:r>
    </w:p>
    <w:p w14:paraId="13449B62" w14:textId="77777777" w:rsidR="00666F5B" w:rsidRPr="00BD24B4" w:rsidRDefault="00666F5B" w:rsidP="00666F5B">
      <w:pPr>
        <w:widowControl w:val="0"/>
        <w:spacing w:line="276" w:lineRule="auto"/>
        <w:jc w:val="both"/>
        <w:rPr>
          <w:rFonts w:eastAsia="Times New Roman" w:cs="Times New Roman"/>
          <w:szCs w:val="24"/>
          <w:lang w:val="ru-RU" w:eastAsia="ru-RU"/>
        </w:rPr>
      </w:pPr>
    </w:p>
    <w:tbl>
      <w:tblPr>
        <w:tblStyle w:val="57"/>
        <w:tblW w:w="5000" w:type="pct"/>
        <w:tblCellMar>
          <w:top w:w="85" w:type="dxa"/>
          <w:bottom w:w="85" w:type="dxa"/>
        </w:tblCellMar>
        <w:tblLook w:val="04A0" w:firstRow="1" w:lastRow="0" w:firstColumn="1" w:lastColumn="0" w:noHBand="0" w:noVBand="1"/>
      </w:tblPr>
      <w:tblGrid>
        <w:gridCol w:w="800"/>
        <w:gridCol w:w="5801"/>
      </w:tblGrid>
      <w:tr w:rsidR="00666F5B" w:rsidRPr="00BD24B4" w14:paraId="6465B07D" w14:textId="77777777" w:rsidTr="00645379">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4A09C136" w14:textId="77777777" w:rsidR="00666F5B" w:rsidRPr="00BD24B4" w:rsidRDefault="00666F5B" w:rsidP="00645379">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34620D0" w14:textId="77777777" w:rsidR="00666F5B" w:rsidRPr="00BD24B4" w:rsidRDefault="00666F5B" w:rsidP="00645379">
            <w:pPr>
              <w:pStyle w:val="afff"/>
            </w:pPr>
            <w:r w:rsidRPr="00BD24B4">
              <w:t>ПРЕДУПРЕЖДЕНИЕ</w:t>
            </w:r>
          </w:p>
        </w:tc>
      </w:tr>
      <w:tr w:rsidR="00666F5B" w:rsidRPr="00707D8A" w14:paraId="60518D6F" w14:textId="77777777" w:rsidTr="00645379">
        <w:tc>
          <w:tcPr>
            <w:tcW w:w="5000" w:type="pct"/>
            <w:gridSpan w:val="2"/>
            <w:tcBorders>
              <w:top w:val="single" w:sz="4" w:space="0" w:color="auto"/>
              <w:left w:val="nil"/>
              <w:right w:val="nil"/>
            </w:tcBorders>
          </w:tcPr>
          <w:p w14:paraId="2C309F07" w14:textId="1308CBE6" w:rsidR="00666F5B" w:rsidRPr="00BD24B4" w:rsidRDefault="00666F5B" w:rsidP="0014427F">
            <w:pPr>
              <w:widowControl w:val="0"/>
              <w:jc w:val="both"/>
              <w:rPr>
                <w:rFonts w:cs="Times New Roman"/>
                <w:szCs w:val="24"/>
                <w:lang w:eastAsia="ru-RU"/>
              </w:rPr>
            </w:pPr>
            <w:r w:rsidRPr="00BD24B4">
              <w:rPr>
                <w:rFonts w:cs="Times New Roman"/>
                <w:szCs w:val="24"/>
                <w:lang w:val="ru"/>
              </w:rPr>
              <w:t>Не все препятствия видны. Передвигайтесь с осторожностью по такой местности, поскольку столкновение транспортного средства со скрытым препятствием может привести к серьезным травмам или смерти.</w:t>
            </w:r>
          </w:p>
        </w:tc>
      </w:tr>
    </w:tbl>
    <w:p w14:paraId="1CE8C6BF" w14:textId="77777777" w:rsidR="00666F5B" w:rsidRPr="00BD24B4" w:rsidRDefault="00666F5B" w:rsidP="00666F5B">
      <w:pPr>
        <w:widowControl w:val="0"/>
        <w:spacing w:line="276" w:lineRule="auto"/>
        <w:jc w:val="both"/>
        <w:rPr>
          <w:rFonts w:eastAsia="Times New Roman" w:cs="Times New Roman"/>
          <w:szCs w:val="24"/>
          <w:lang w:val="ru-RU" w:eastAsia="ru-RU"/>
        </w:rPr>
      </w:pPr>
    </w:p>
    <w:p w14:paraId="00E95E5D" w14:textId="3148A10B" w:rsidR="00666F5B" w:rsidRPr="00BD24B4" w:rsidRDefault="00666F5B" w:rsidP="00666F5B">
      <w:pPr>
        <w:widowControl w:val="0"/>
        <w:spacing w:line="276" w:lineRule="auto"/>
        <w:jc w:val="center"/>
        <w:rPr>
          <w:rFonts w:eastAsia="Times New Roman" w:cs="Times New Roman"/>
          <w:szCs w:val="24"/>
          <w:lang w:val="ru-RU" w:eastAsia="ru-RU"/>
        </w:rPr>
      </w:pPr>
      <w:r w:rsidRPr="00BD24B4">
        <w:rPr>
          <w:rFonts w:cs="Times New Roman"/>
          <w:noProof/>
          <w:lang w:val="ru-RU" w:eastAsia="ru-RU"/>
        </w:rPr>
        <w:drawing>
          <wp:inline distT="0" distB="0" distL="0" distR="0" wp14:anchorId="4A56FFAF" wp14:editId="7B03937B">
            <wp:extent cx="3759200" cy="19631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55_img_1.jpeg"/>
                    <pic:cNvPicPr/>
                  </pic:nvPicPr>
                  <pic:blipFill>
                    <a:blip r:embed="rId32"/>
                    <a:stretch>
                      <a:fillRect/>
                    </a:stretch>
                  </pic:blipFill>
                  <pic:spPr>
                    <a:xfrm>
                      <a:off x="0" y="0"/>
                      <a:ext cx="3764519" cy="1965963"/>
                    </a:xfrm>
                    <a:prstGeom prst="rect">
                      <a:avLst/>
                    </a:prstGeom>
                  </pic:spPr>
                </pic:pic>
              </a:graphicData>
            </a:graphic>
          </wp:inline>
        </w:drawing>
      </w:r>
    </w:p>
    <w:p w14:paraId="291D437D" w14:textId="77777777" w:rsidR="00666F5B" w:rsidRPr="00BD24B4" w:rsidRDefault="00666F5B" w:rsidP="00666F5B">
      <w:pPr>
        <w:widowControl w:val="0"/>
        <w:spacing w:line="276" w:lineRule="auto"/>
        <w:jc w:val="both"/>
        <w:rPr>
          <w:rFonts w:eastAsia="Times New Roman" w:cs="Times New Roman"/>
          <w:szCs w:val="24"/>
          <w:lang w:val="ru-RU" w:eastAsia="ru-RU"/>
        </w:rPr>
      </w:pPr>
    </w:p>
    <w:tbl>
      <w:tblPr>
        <w:tblStyle w:val="57"/>
        <w:tblW w:w="5000" w:type="pct"/>
        <w:tblCellMar>
          <w:top w:w="85" w:type="dxa"/>
          <w:bottom w:w="85" w:type="dxa"/>
        </w:tblCellMar>
        <w:tblLook w:val="04A0" w:firstRow="1" w:lastRow="0" w:firstColumn="1" w:lastColumn="0" w:noHBand="0" w:noVBand="1"/>
      </w:tblPr>
      <w:tblGrid>
        <w:gridCol w:w="800"/>
        <w:gridCol w:w="5801"/>
      </w:tblGrid>
      <w:tr w:rsidR="00666F5B" w:rsidRPr="00BD24B4" w14:paraId="485A0269" w14:textId="77777777" w:rsidTr="00645379">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13D5BA94" w14:textId="77777777" w:rsidR="00666F5B" w:rsidRPr="00BD24B4" w:rsidRDefault="00666F5B" w:rsidP="00645379">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9637A5D" w14:textId="77777777" w:rsidR="00666F5B" w:rsidRPr="00BD24B4" w:rsidRDefault="00666F5B" w:rsidP="00645379">
            <w:pPr>
              <w:pStyle w:val="afff"/>
            </w:pPr>
            <w:r w:rsidRPr="00BD24B4">
              <w:t>ПРЕДУПРЕЖДЕНИЕ</w:t>
            </w:r>
          </w:p>
        </w:tc>
      </w:tr>
      <w:tr w:rsidR="00666F5B" w:rsidRPr="00707D8A" w14:paraId="73CB2D40" w14:textId="77777777" w:rsidTr="00645379">
        <w:tc>
          <w:tcPr>
            <w:tcW w:w="5000" w:type="pct"/>
            <w:gridSpan w:val="2"/>
            <w:tcBorders>
              <w:top w:val="single" w:sz="4" w:space="0" w:color="auto"/>
              <w:left w:val="nil"/>
              <w:right w:val="nil"/>
            </w:tcBorders>
          </w:tcPr>
          <w:p w14:paraId="62B2CB6E" w14:textId="77777777" w:rsidR="00666F5B" w:rsidRPr="00BD24B4" w:rsidRDefault="00666F5B" w:rsidP="00EC7471">
            <w:pPr>
              <w:widowControl w:val="0"/>
              <w:spacing w:line="276" w:lineRule="auto"/>
              <w:jc w:val="both"/>
              <w:rPr>
                <w:rFonts w:cs="Times New Roman"/>
                <w:b/>
                <w:szCs w:val="24"/>
                <w:lang w:val="ru"/>
              </w:rPr>
            </w:pPr>
            <w:r w:rsidRPr="00BD24B4">
              <w:rPr>
                <w:rFonts w:cs="Times New Roman"/>
                <w:b/>
                <w:szCs w:val="24"/>
                <w:lang w:val="ru"/>
              </w:rPr>
              <w:t xml:space="preserve">Двигаться на </w:t>
            </w:r>
            <w:proofErr w:type="spellStart"/>
            <w:r w:rsidRPr="00BD24B4">
              <w:rPr>
                <w:rFonts w:cs="Times New Roman"/>
                <w:b/>
                <w:szCs w:val="24"/>
                <w:lang w:val="ru"/>
              </w:rPr>
              <w:t>квадрицикле</w:t>
            </w:r>
            <w:proofErr w:type="spellEnd"/>
            <w:r w:rsidRPr="00BD24B4">
              <w:rPr>
                <w:rFonts w:cs="Times New Roman"/>
                <w:b/>
                <w:szCs w:val="24"/>
                <w:lang w:val="ru"/>
              </w:rPr>
              <w:t xml:space="preserve"> задним ходом может быть опасно!</w:t>
            </w:r>
          </w:p>
          <w:p w14:paraId="4E373B8F" w14:textId="77777777" w:rsidR="00666F5B" w:rsidRPr="00BD24B4" w:rsidRDefault="00666F5B" w:rsidP="00EC7471">
            <w:pPr>
              <w:widowControl w:val="0"/>
              <w:spacing w:line="276" w:lineRule="auto"/>
              <w:jc w:val="both"/>
              <w:rPr>
                <w:rFonts w:cs="Times New Roman"/>
                <w:b/>
                <w:szCs w:val="24"/>
                <w:lang w:val="ru"/>
              </w:rPr>
            </w:pPr>
          </w:p>
          <w:p w14:paraId="401B5651" w14:textId="37F4C879" w:rsidR="00666F5B" w:rsidRPr="00BD24B4" w:rsidRDefault="00666F5B" w:rsidP="00EC7471">
            <w:pPr>
              <w:widowControl w:val="0"/>
              <w:spacing w:line="276" w:lineRule="auto"/>
              <w:jc w:val="both"/>
              <w:rPr>
                <w:rFonts w:cs="Times New Roman"/>
                <w:szCs w:val="24"/>
                <w:lang w:val="ru"/>
              </w:rPr>
            </w:pPr>
            <w:r w:rsidRPr="00BD24B4">
              <w:rPr>
                <w:rFonts w:cs="Times New Roman"/>
                <w:szCs w:val="24"/>
                <w:lang w:val="ru"/>
              </w:rPr>
              <w:t xml:space="preserve">Может случиться столкновение с препятствием или человеком позади вас, либо </w:t>
            </w:r>
            <w:proofErr w:type="spellStart"/>
            <w:r w:rsidRPr="00BD24B4">
              <w:rPr>
                <w:rFonts w:cs="Times New Roman"/>
                <w:szCs w:val="24"/>
                <w:lang w:val="ru"/>
              </w:rPr>
              <w:t>квадрицикл</w:t>
            </w:r>
            <w:proofErr w:type="spellEnd"/>
            <w:r w:rsidRPr="00BD24B4">
              <w:rPr>
                <w:rFonts w:cs="Times New Roman"/>
                <w:szCs w:val="24"/>
                <w:lang w:val="ru"/>
              </w:rPr>
              <w:t xml:space="preserve"> может опрокинуться назад на крутом склоне, что приведет к серьезным травмам или смерти.</w:t>
            </w:r>
          </w:p>
        </w:tc>
      </w:tr>
    </w:tbl>
    <w:p w14:paraId="5493E98F" w14:textId="77777777" w:rsidR="00666F5B" w:rsidRPr="00BD24B4" w:rsidRDefault="00666F5B" w:rsidP="00666F5B">
      <w:pPr>
        <w:widowControl w:val="0"/>
        <w:spacing w:line="276" w:lineRule="auto"/>
        <w:jc w:val="both"/>
        <w:rPr>
          <w:rFonts w:eastAsia="Times New Roman" w:cs="Times New Roman"/>
          <w:szCs w:val="24"/>
          <w:lang w:val="ru-RU"/>
        </w:rPr>
      </w:pPr>
    </w:p>
    <w:p w14:paraId="3480F2B4" w14:textId="77777777" w:rsidR="0056157D" w:rsidRPr="00BD24B4" w:rsidRDefault="00813657" w:rsidP="00666F5B">
      <w:pPr>
        <w:pStyle w:val="bold12"/>
      </w:pPr>
      <w:r w:rsidRPr="00BD24B4">
        <w:t xml:space="preserve">Движение задним ходом </w:t>
      </w:r>
    </w:p>
    <w:p w14:paraId="59BF0983" w14:textId="4707D955" w:rsidR="0056157D" w:rsidRPr="00BD24B4" w:rsidRDefault="00813657" w:rsidP="00645379">
      <w:pPr>
        <w:pStyle w:val="n"/>
        <w:numPr>
          <w:ilvl w:val="0"/>
          <w:numId w:val="32"/>
        </w:numPr>
        <w:spacing w:after="0"/>
        <w:ind w:left="425"/>
      </w:pPr>
      <w:r w:rsidRPr="00BD24B4">
        <w:t xml:space="preserve">Избегать движения задним ходом на крутых склонах. </w:t>
      </w:r>
    </w:p>
    <w:p w14:paraId="53891D76" w14:textId="3166A6EE" w:rsidR="0056157D" w:rsidRPr="00BD24B4" w:rsidRDefault="00813657" w:rsidP="00645379">
      <w:pPr>
        <w:pStyle w:val="n"/>
        <w:spacing w:after="0"/>
      </w:pPr>
      <w:r w:rsidRPr="00BD24B4">
        <w:t xml:space="preserve">Всегда двигаться задним ходом медленно. </w:t>
      </w:r>
    </w:p>
    <w:p w14:paraId="717A5EAF" w14:textId="60F76040" w:rsidR="0056157D" w:rsidRPr="00BD24B4" w:rsidRDefault="00813657" w:rsidP="00645379">
      <w:pPr>
        <w:pStyle w:val="n"/>
        <w:spacing w:after="0"/>
      </w:pPr>
      <w:r w:rsidRPr="00BD24B4">
        <w:t xml:space="preserve">При движении задним ходом слегка нажимать на тормоза для притормаживания. </w:t>
      </w:r>
    </w:p>
    <w:p w14:paraId="58C55BCE" w14:textId="7B422982" w:rsidR="0056157D" w:rsidRPr="00BD24B4" w:rsidRDefault="00813657" w:rsidP="00645379">
      <w:pPr>
        <w:pStyle w:val="n"/>
        <w:spacing w:after="0"/>
      </w:pPr>
      <w:r w:rsidRPr="00BD24B4">
        <w:t xml:space="preserve">При движении задним ходом следует избегать </w:t>
      </w:r>
      <w:r w:rsidR="00E8096D" w:rsidRPr="00BD24B4">
        <w:t>резких и крутых поворотов</w:t>
      </w:r>
      <w:r w:rsidRPr="00BD24B4">
        <w:t xml:space="preserve">. </w:t>
      </w:r>
    </w:p>
    <w:p w14:paraId="437C0985" w14:textId="4B880D02" w:rsidR="0056157D" w:rsidRPr="00BD24B4" w:rsidRDefault="00813657" w:rsidP="00645379">
      <w:pPr>
        <w:pStyle w:val="n"/>
        <w:spacing w:after="0"/>
      </w:pPr>
      <w:r w:rsidRPr="00BD24B4">
        <w:t xml:space="preserve">При движении задним ходом никогда не открывать дроссельную заслонку резко. </w:t>
      </w:r>
    </w:p>
    <w:p w14:paraId="19A249FB" w14:textId="3D67E975" w:rsidR="0056157D" w:rsidRPr="00BD24B4" w:rsidRDefault="0056157D">
      <w:pPr>
        <w:rPr>
          <w:rFonts w:cs="Times New Roman"/>
          <w:lang w:val="ru-RU"/>
        </w:rPr>
      </w:pPr>
    </w:p>
    <w:p w14:paraId="5F40DC2A" w14:textId="5673FE47" w:rsidR="0056157D" w:rsidRPr="00BD24B4" w:rsidRDefault="00BC4731">
      <w:pPr>
        <w:rPr>
          <w:rFonts w:cs="Times New Roman"/>
          <w:lang w:val="ru-RU"/>
        </w:rPr>
      </w:pPr>
      <w:r w:rsidRPr="00BD24B4">
        <w:rPr>
          <w:rFonts w:cs="Times New Roman"/>
          <w:b/>
          <w:lang w:val="ru-RU"/>
        </w:rPr>
        <w:t>ПРИМЕЧАНИ</w:t>
      </w:r>
      <w:r w:rsidR="00666F5B" w:rsidRPr="00BD24B4">
        <w:rPr>
          <w:rFonts w:cs="Times New Roman"/>
          <w:b/>
          <w:lang w:val="ru-RU"/>
        </w:rPr>
        <w:t>Е</w:t>
      </w:r>
      <w:r w:rsidRPr="00BD24B4">
        <w:rPr>
          <w:rFonts w:cs="Times New Roman"/>
          <w:b/>
          <w:lang w:val="ru-RU"/>
        </w:rPr>
        <w:t>:</w:t>
      </w:r>
      <w:r w:rsidRPr="00BD24B4">
        <w:rPr>
          <w:rFonts w:cs="Times New Roman"/>
          <w:lang w:val="ru-RU"/>
        </w:rPr>
        <w:t xml:space="preserve"> не</w:t>
      </w:r>
      <w:r w:rsidR="00813657" w:rsidRPr="00BD24B4">
        <w:rPr>
          <w:rFonts w:cs="Times New Roman"/>
          <w:lang w:val="ru-RU"/>
        </w:rPr>
        <w:t xml:space="preserve"> ездить с широко открытой дроссельной заслонкой. Открывать дроссельную заслонку ровно настолько, насколько это необходимо для поддержания желаемой скорости. </w:t>
      </w:r>
    </w:p>
    <w:p w14:paraId="63D3304E" w14:textId="77777777" w:rsidR="00666F5B" w:rsidRPr="00BD24B4" w:rsidRDefault="00666F5B" w:rsidP="00666F5B">
      <w:pPr>
        <w:widowControl w:val="0"/>
        <w:spacing w:line="276" w:lineRule="auto"/>
        <w:jc w:val="both"/>
        <w:rPr>
          <w:rFonts w:eastAsia="Times New Roman" w:cs="Times New Roman"/>
          <w:szCs w:val="24"/>
          <w:lang w:val="ru-RU"/>
        </w:rPr>
      </w:pPr>
    </w:p>
    <w:tbl>
      <w:tblPr>
        <w:tblStyle w:val="58"/>
        <w:tblW w:w="5000" w:type="pct"/>
        <w:tblCellMar>
          <w:top w:w="85" w:type="dxa"/>
          <w:bottom w:w="85" w:type="dxa"/>
        </w:tblCellMar>
        <w:tblLook w:val="04A0" w:firstRow="1" w:lastRow="0" w:firstColumn="1" w:lastColumn="0" w:noHBand="0" w:noVBand="1"/>
      </w:tblPr>
      <w:tblGrid>
        <w:gridCol w:w="800"/>
        <w:gridCol w:w="5801"/>
      </w:tblGrid>
      <w:tr w:rsidR="00666F5B" w:rsidRPr="00BD24B4" w14:paraId="50CF7905" w14:textId="77777777" w:rsidTr="00645379">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37F0FBAD" w14:textId="77777777" w:rsidR="00666F5B" w:rsidRPr="00BD24B4" w:rsidRDefault="00666F5B" w:rsidP="00645379">
            <w:pPr>
              <w:pStyle w:val="1b"/>
              <w:rPr>
                <w:rFonts w:cs="Times New Roman"/>
                <w:szCs w:val="24"/>
              </w:rPr>
            </w:pPr>
            <w:r w:rsidRPr="00BD24B4">
              <w:lastRenderedPageBreak/>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2F3DF6F" w14:textId="77777777" w:rsidR="00666F5B" w:rsidRPr="00BD24B4" w:rsidRDefault="00666F5B" w:rsidP="00645379">
            <w:pPr>
              <w:pStyle w:val="afff"/>
            </w:pPr>
            <w:r w:rsidRPr="00BD24B4">
              <w:t>ВНИМАНИЕ</w:t>
            </w:r>
          </w:p>
        </w:tc>
      </w:tr>
      <w:tr w:rsidR="00666F5B" w:rsidRPr="00707D8A" w14:paraId="59697BD1" w14:textId="77777777" w:rsidTr="00645379">
        <w:tc>
          <w:tcPr>
            <w:tcW w:w="5000" w:type="pct"/>
            <w:gridSpan w:val="2"/>
            <w:tcBorders>
              <w:top w:val="single" w:sz="4" w:space="0" w:color="auto"/>
              <w:left w:val="nil"/>
              <w:right w:val="nil"/>
            </w:tcBorders>
          </w:tcPr>
          <w:p w14:paraId="42628A89" w14:textId="393FBC77" w:rsidR="00666F5B" w:rsidRPr="00BD24B4" w:rsidRDefault="00666F5B" w:rsidP="00645379">
            <w:pPr>
              <w:rPr>
                <w:lang w:eastAsia="ru-RU"/>
              </w:rPr>
            </w:pPr>
            <w:r w:rsidRPr="00BD24B4">
              <w:rPr>
                <w:lang w:val="ru"/>
              </w:rPr>
              <w:t>Открытие дроссельной заслонки больше, чем необходимо, может привести к накоплению избыточного количества топлива в выхлопной системе, в результате чего появятся хлопки в двигателе и/или двигатель может быть поврежден.</w:t>
            </w:r>
          </w:p>
        </w:tc>
      </w:tr>
    </w:tbl>
    <w:p w14:paraId="77ED81F9" w14:textId="77777777" w:rsidR="00666F5B" w:rsidRPr="00BD24B4" w:rsidRDefault="00666F5B">
      <w:pPr>
        <w:rPr>
          <w:rFonts w:cs="Times New Roman"/>
          <w:lang w:val="ru-RU"/>
        </w:rPr>
      </w:pPr>
    </w:p>
    <w:tbl>
      <w:tblPr>
        <w:tblStyle w:val="57"/>
        <w:tblW w:w="5000" w:type="pct"/>
        <w:tblCellMar>
          <w:top w:w="85" w:type="dxa"/>
          <w:bottom w:w="85" w:type="dxa"/>
        </w:tblCellMar>
        <w:tblLook w:val="04A0" w:firstRow="1" w:lastRow="0" w:firstColumn="1" w:lastColumn="0" w:noHBand="0" w:noVBand="1"/>
      </w:tblPr>
      <w:tblGrid>
        <w:gridCol w:w="800"/>
        <w:gridCol w:w="5801"/>
      </w:tblGrid>
      <w:tr w:rsidR="00666F5B" w:rsidRPr="00BD24B4" w14:paraId="03994401" w14:textId="77777777" w:rsidTr="00645379">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6A440A87" w14:textId="77777777" w:rsidR="00666F5B" w:rsidRPr="00BD24B4" w:rsidRDefault="00666F5B" w:rsidP="00645379">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F54CF15" w14:textId="77777777" w:rsidR="00666F5B" w:rsidRPr="00BD24B4" w:rsidRDefault="00666F5B" w:rsidP="00645379">
            <w:pPr>
              <w:pStyle w:val="afff"/>
            </w:pPr>
            <w:r w:rsidRPr="00BD24B4">
              <w:t>ПРЕДУПРЕЖДЕНИЕ</w:t>
            </w:r>
          </w:p>
        </w:tc>
      </w:tr>
      <w:tr w:rsidR="00666F5B" w:rsidRPr="00707D8A" w14:paraId="0DB9A704" w14:textId="77777777" w:rsidTr="00645379">
        <w:tc>
          <w:tcPr>
            <w:tcW w:w="5000" w:type="pct"/>
            <w:gridSpan w:val="2"/>
            <w:tcBorders>
              <w:top w:val="single" w:sz="4" w:space="0" w:color="auto"/>
              <w:left w:val="nil"/>
              <w:right w:val="nil"/>
            </w:tcBorders>
          </w:tcPr>
          <w:p w14:paraId="54424764" w14:textId="50DA2564" w:rsidR="00666F5B" w:rsidRPr="00BD24B4" w:rsidRDefault="00666F5B" w:rsidP="0014427F">
            <w:pPr>
              <w:rPr>
                <w:lang w:val="ru"/>
              </w:rPr>
            </w:pPr>
            <w:r w:rsidRPr="00BD24B4">
              <w:rPr>
                <w:lang w:val="ru"/>
              </w:rPr>
              <w:t>Открытие дроссельной заслонки больше, чем требуется, может привести к накоплению избыточного количества топлива в выхлопной системе и при его воспламенении катализатором в глушителе МОЖЕТ ПРИВЕСТИ К ПЕРЕГРЕВУ ГЛУШИТЕЛЯ И РИСКУ ВОЗГОРАНИЯ.</w:t>
            </w:r>
          </w:p>
        </w:tc>
      </w:tr>
    </w:tbl>
    <w:p w14:paraId="2648F635" w14:textId="77777777" w:rsidR="00666F5B" w:rsidRPr="00BD24B4" w:rsidRDefault="00666F5B" w:rsidP="00666F5B">
      <w:pPr>
        <w:widowControl w:val="0"/>
        <w:spacing w:line="276" w:lineRule="auto"/>
        <w:jc w:val="both"/>
        <w:rPr>
          <w:rFonts w:eastAsia="Times New Roman" w:cs="Times New Roman"/>
          <w:szCs w:val="24"/>
          <w:lang w:val="ru-RU"/>
        </w:rPr>
      </w:pPr>
    </w:p>
    <w:p w14:paraId="42B5B464" w14:textId="77777777" w:rsidR="0056157D" w:rsidRPr="00BD24B4" w:rsidRDefault="00813657">
      <w:pPr>
        <w:rPr>
          <w:rFonts w:cs="Times New Roman"/>
          <w:lang w:val="ru-RU"/>
        </w:rPr>
      </w:pPr>
      <w:r w:rsidRPr="00BD24B4">
        <w:rPr>
          <w:rFonts w:cs="Times New Roman"/>
          <w:lang w:val="ru-RU"/>
        </w:rPr>
        <w:t xml:space="preserve">Никогда не ездить при хлопках в двигателе более 1 минуты. </w:t>
      </w:r>
    </w:p>
    <w:p w14:paraId="1F66CD20" w14:textId="36732CA2" w:rsidR="00515DAF" w:rsidRPr="00BD24B4" w:rsidRDefault="00515DAF">
      <w:pPr>
        <w:rPr>
          <w:rFonts w:cs="Times New Roman"/>
          <w:lang w:val="ru-RU"/>
        </w:rPr>
      </w:pPr>
    </w:p>
    <w:p w14:paraId="45D80AFC" w14:textId="77777777" w:rsidR="00515DAF" w:rsidRPr="00BD24B4" w:rsidRDefault="00813657" w:rsidP="00666F5B">
      <w:pPr>
        <w:jc w:val="center"/>
        <w:rPr>
          <w:rFonts w:cs="Times New Roman"/>
          <w:lang w:val="ru-RU"/>
        </w:rPr>
      </w:pPr>
      <w:r w:rsidRPr="00BD24B4">
        <w:rPr>
          <w:rFonts w:cs="Times New Roman"/>
          <w:noProof/>
          <w:lang w:val="ru-RU" w:eastAsia="ru-RU"/>
        </w:rPr>
        <w:drawing>
          <wp:inline distT="0" distB="0" distL="0" distR="0" wp14:anchorId="3B65EC8D" wp14:editId="06E68117">
            <wp:extent cx="4182533" cy="2099756"/>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56_img_1.png"/>
                    <pic:cNvPicPr/>
                  </pic:nvPicPr>
                  <pic:blipFill>
                    <a:blip r:embed="rId33"/>
                    <a:stretch>
                      <a:fillRect/>
                    </a:stretch>
                  </pic:blipFill>
                  <pic:spPr>
                    <a:xfrm>
                      <a:off x="0" y="0"/>
                      <a:ext cx="4185422" cy="2101206"/>
                    </a:xfrm>
                    <a:prstGeom prst="rect">
                      <a:avLst/>
                    </a:prstGeom>
                  </pic:spPr>
                </pic:pic>
              </a:graphicData>
            </a:graphic>
          </wp:inline>
        </w:drawing>
      </w:r>
    </w:p>
    <w:p w14:paraId="5D2E03FC" w14:textId="495BC3D2" w:rsidR="00666F5B" w:rsidRPr="00BD24B4" w:rsidRDefault="00666F5B">
      <w:pPr>
        <w:spacing w:after="200" w:line="276" w:lineRule="auto"/>
        <w:rPr>
          <w:rFonts w:cs="Times New Roman"/>
          <w:lang w:val="ru-RU"/>
        </w:rPr>
      </w:pPr>
      <w:r w:rsidRPr="00BD24B4">
        <w:rPr>
          <w:rFonts w:cs="Times New Roman"/>
          <w:lang w:val="ru-RU"/>
        </w:rPr>
        <w:br w:type="page"/>
      </w:r>
    </w:p>
    <w:p w14:paraId="607430FE" w14:textId="77777777" w:rsidR="00666F5B" w:rsidRPr="00BD24B4" w:rsidRDefault="00666F5B" w:rsidP="00666F5B">
      <w:pPr>
        <w:jc w:val="center"/>
        <w:rPr>
          <w:rFonts w:cs="Times New Roman"/>
          <w:lang w:val="ru-RU"/>
        </w:rPr>
      </w:pPr>
    </w:p>
    <w:p w14:paraId="4ED9425A" w14:textId="4513B689" w:rsidR="0056157D" w:rsidRPr="00BD24B4" w:rsidRDefault="0056157D">
      <w:pPr>
        <w:rPr>
          <w:rFonts w:cs="Times New Roman"/>
          <w:lang w:val="ru-RU"/>
        </w:rPr>
      </w:pPr>
    </w:p>
    <w:p w14:paraId="6AA853B6" w14:textId="77777777" w:rsidR="0056157D" w:rsidRPr="00BD24B4" w:rsidRDefault="00813657" w:rsidP="00666F5B">
      <w:pPr>
        <w:pStyle w:val="bold12"/>
        <w:rPr>
          <w:lang w:val="en-US"/>
        </w:rPr>
      </w:pPr>
      <w:r w:rsidRPr="00BD24B4">
        <w:t xml:space="preserve">Парковка на склоне </w:t>
      </w:r>
    </w:p>
    <w:p w14:paraId="7ADC2056" w14:textId="77777777" w:rsidR="003C0DC6" w:rsidRPr="00BD24B4" w:rsidRDefault="003C0DC6" w:rsidP="00666F5B">
      <w:pPr>
        <w:pStyle w:val="bold12"/>
        <w:rPr>
          <w:lang w:val="en-US"/>
        </w:rPr>
      </w:pPr>
    </w:p>
    <w:p w14:paraId="14B6109E" w14:textId="225CC3E1" w:rsidR="0056157D" w:rsidRPr="00BD24B4" w:rsidRDefault="00666F5B" w:rsidP="00666F5B">
      <w:pPr>
        <w:rPr>
          <w:rFonts w:cs="Times New Roman"/>
          <w:lang w:val="ru-RU"/>
        </w:rPr>
      </w:pPr>
      <w:r w:rsidRPr="00BD24B4">
        <w:rPr>
          <w:rFonts w:cs="Times New Roman"/>
          <w:noProof/>
          <w:lang w:val="ru-RU" w:eastAsia="ru-RU"/>
        </w:rPr>
        <w:drawing>
          <wp:inline distT="0" distB="0" distL="0" distR="0" wp14:anchorId="5BD364D4" wp14:editId="2E0B082E">
            <wp:extent cx="4038600" cy="247933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57_img_1.jpeg"/>
                    <pic:cNvPicPr/>
                  </pic:nvPicPr>
                  <pic:blipFill>
                    <a:blip r:embed="rId34"/>
                    <a:stretch>
                      <a:fillRect/>
                    </a:stretch>
                  </pic:blipFill>
                  <pic:spPr>
                    <a:xfrm>
                      <a:off x="0" y="0"/>
                      <a:ext cx="4038600" cy="2479333"/>
                    </a:xfrm>
                    <a:prstGeom prst="rect">
                      <a:avLst/>
                    </a:prstGeom>
                  </pic:spPr>
                </pic:pic>
              </a:graphicData>
            </a:graphic>
          </wp:inline>
        </w:drawing>
      </w:r>
    </w:p>
    <w:p w14:paraId="63B23E8B" w14:textId="77777777" w:rsidR="00666F5B" w:rsidRPr="00BD24B4" w:rsidRDefault="00666F5B" w:rsidP="00666F5B">
      <w:pPr>
        <w:rPr>
          <w:rFonts w:cs="Times New Roman"/>
          <w:lang w:val="ru-RU"/>
        </w:rPr>
      </w:pPr>
    </w:p>
    <w:p w14:paraId="7A64F32C" w14:textId="77777777" w:rsidR="0056157D" w:rsidRPr="00BD24B4" w:rsidRDefault="00813657">
      <w:pPr>
        <w:rPr>
          <w:rFonts w:cs="Times New Roman"/>
          <w:b/>
        </w:rPr>
      </w:pPr>
      <w:r w:rsidRPr="00BD24B4">
        <w:rPr>
          <w:rFonts w:cs="Times New Roman"/>
          <w:b/>
          <w:lang w:val="ru-RU"/>
        </w:rPr>
        <w:t xml:space="preserve">Всегда после парковки транспортного средства </w:t>
      </w:r>
    </w:p>
    <w:p w14:paraId="3E1D1AB3" w14:textId="77777777" w:rsidR="00645379" w:rsidRPr="00BD24B4" w:rsidRDefault="00645379">
      <w:pPr>
        <w:rPr>
          <w:rFonts w:cs="Times New Roman"/>
          <w:b/>
        </w:rPr>
      </w:pPr>
    </w:p>
    <w:p w14:paraId="47F8DFC6" w14:textId="72199ECC" w:rsidR="0056157D" w:rsidRPr="00BD24B4" w:rsidRDefault="00813657" w:rsidP="00645379">
      <w:pPr>
        <w:pStyle w:val="n"/>
        <w:numPr>
          <w:ilvl w:val="0"/>
          <w:numId w:val="33"/>
        </w:numPr>
        <w:spacing w:after="0"/>
        <w:ind w:left="425"/>
      </w:pPr>
      <w:r w:rsidRPr="00BD24B4">
        <w:t xml:space="preserve">Выключать двигатель. </w:t>
      </w:r>
    </w:p>
    <w:p w14:paraId="67CF7179" w14:textId="5E2A63F4" w:rsidR="0056157D" w:rsidRPr="00BD24B4" w:rsidRDefault="00813657" w:rsidP="00645379">
      <w:pPr>
        <w:pStyle w:val="n"/>
        <w:spacing w:after="0"/>
      </w:pPr>
      <w:r w:rsidRPr="00BD24B4">
        <w:t>Включить передачу</w:t>
      </w:r>
      <w:r w:rsidR="00A91399" w:rsidRPr="00BD24B4">
        <w:t xml:space="preserve"> Р (паркинг)</w:t>
      </w:r>
      <w:r w:rsidRPr="00BD24B4">
        <w:t xml:space="preserve">. </w:t>
      </w:r>
    </w:p>
    <w:p w14:paraId="06C1A2DD" w14:textId="7CF2D9BD" w:rsidR="0056157D" w:rsidRPr="00BD24B4" w:rsidRDefault="00813657" w:rsidP="00645379">
      <w:pPr>
        <w:pStyle w:val="n"/>
        <w:spacing w:after="0"/>
      </w:pPr>
      <w:r w:rsidRPr="00BD24B4">
        <w:t xml:space="preserve">Ставить на ручной тормоз. </w:t>
      </w:r>
    </w:p>
    <w:p w14:paraId="66076593" w14:textId="729C9C81" w:rsidR="0056157D" w:rsidRPr="00BD24B4" w:rsidRDefault="00A91399" w:rsidP="00645379">
      <w:pPr>
        <w:pStyle w:val="n"/>
        <w:spacing w:after="0"/>
      </w:pPr>
      <w:r w:rsidRPr="00BD24B4">
        <w:t>Установить дополнительно противооткатные башмаки под колеса.</w:t>
      </w:r>
    </w:p>
    <w:p w14:paraId="123EF269" w14:textId="327A265F" w:rsidR="0056157D" w:rsidRPr="00BD24B4" w:rsidRDefault="00813657" w:rsidP="00645379">
      <w:pPr>
        <w:pStyle w:val="n"/>
        <w:spacing w:after="0"/>
      </w:pPr>
      <w:r w:rsidRPr="00BD24B4">
        <w:t xml:space="preserve">Избегать парковки на склоне. Если все же необходимо припарковаться на склоне, то всегда блокировать задние колеса со стороны ниже по спуску, как описано выше. </w:t>
      </w:r>
    </w:p>
    <w:p w14:paraId="0A3675D7" w14:textId="3718B36E" w:rsidR="0056157D" w:rsidRPr="00BD24B4" w:rsidRDefault="00813657" w:rsidP="00645379">
      <w:pPr>
        <w:pStyle w:val="n"/>
        <w:spacing w:after="0"/>
      </w:pPr>
      <w:r w:rsidRPr="00BD24B4">
        <w:t xml:space="preserve">Не оставлять </w:t>
      </w:r>
      <w:proofErr w:type="spellStart"/>
      <w:r w:rsidRPr="00BD24B4">
        <w:t>квадрицикл</w:t>
      </w:r>
      <w:proofErr w:type="spellEnd"/>
      <w:r w:rsidRPr="00BD24B4">
        <w:t xml:space="preserve"> на склоне на стояночном тормозе более чем на пять минут. </w:t>
      </w:r>
    </w:p>
    <w:p w14:paraId="0C2A2E88" w14:textId="25805235" w:rsidR="00515DAF" w:rsidRPr="00BD24B4" w:rsidRDefault="00515DAF">
      <w:pPr>
        <w:rPr>
          <w:rFonts w:cs="Times New Roman"/>
          <w:lang w:val="ru-RU"/>
        </w:rPr>
      </w:pPr>
    </w:p>
    <w:p w14:paraId="18162B14" w14:textId="77777777" w:rsidR="00666F5B" w:rsidRPr="00BD24B4" w:rsidRDefault="00666F5B">
      <w:pPr>
        <w:spacing w:after="200" w:line="276" w:lineRule="auto"/>
        <w:rPr>
          <w:rFonts w:cs="Times New Roman"/>
          <w:lang w:val="ru-RU"/>
        </w:rPr>
      </w:pPr>
      <w:r w:rsidRPr="00BD24B4">
        <w:rPr>
          <w:rFonts w:cs="Times New Roman"/>
          <w:lang w:val="ru-RU"/>
        </w:rPr>
        <w:br w:type="page"/>
      </w:r>
    </w:p>
    <w:p w14:paraId="257F64B3" w14:textId="77777777" w:rsidR="00666F5B" w:rsidRPr="00BD24B4" w:rsidRDefault="00666F5B">
      <w:pPr>
        <w:rPr>
          <w:rFonts w:cs="Times New Roman"/>
          <w:lang w:val="ru-RU"/>
        </w:rPr>
      </w:pPr>
    </w:p>
    <w:p w14:paraId="6802806B" w14:textId="747DA763" w:rsidR="0056157D" w:rsidRPr="00BD24B4" w:rsidRDefault="00813657" w:rsidP="00666F5B">
      <w:pPr>
        <w:pStyle w:val="1"/>
      </w:pPr>
      <w:bookmarkStart w:id="15" w:name="_Toc220542615"/>
      <w:r w:rsidRPr="00BD24B4">
        <w:t>13.</w:t>
      </w:r>
      <w:r w:rsidR="00666F5B" w:rsidRPr="00BD24B4">
        <w:tab/>
      </w:r>
      <w:r w:rsidRPr="00BD24B4">
        <w:t xml:space="preserve">СИСТЕМА </w:t>
      </w:r>
      <w:r w:rsidR="00A91399" w:rsidRPr="00BD24B4">
        <w:t>БЕССТУПЕНЧАТОЙ ПЕРЕДАЧИ МОМЕНТА</w:t>
      </w:r>
      <w:bookmarkEnd w:id="15"/>
    </w:p>
    <w:p w14:paraId="44BF02B7" w14:textId="138B879D" w:rsidR="0056157D" w:rsidRPr="00BD24B4" w:rsidRDefault="0056157D">
      <w:pPr>
        <w:rPr>
          <w:rFonts w:cs="Times New Roman"/>
          <w:lang w:val="ru-RU"/>
        </w:rPr>
      </w:pPr>
    </w:p>
    <w:p w14:paraId="6EEA62F6" w14:textId="77777777" w:rsidR="0056157D" w:rsidRPr="00BD24B4" w:rsidRDefault="00813657" w:rsidP="005E165D">
      <w:pPr>
        <w:pStyle w:val="bold12"/>
      </w:pPr>
      <w:r w:rsidRPr="00BD24B4">
        <w:t>Система бесступенчатой передач</w:t>
      </w:r>
      <w:r w:rsidR="00A91399" w:rsidRPr="00BD24B4">
        <w:t>и момента (вариатор)</w:t>
      </w:r>
      <w:r w:rsidRPr="00BD24B4">
        <w:t xml:space="preserve"> </w:t>
      </w:r>
    </w:p>
    <w:p w14:paraId="1CF12185" w14:textId="6ADE553E" w:rsidR="0056157D" w:rsidRPr="00BD24B4" w:rsidRDefault="0056157D">
      <w:pPr>
        <w:rPr>
          <w:rFonts w:cs="Times New Roman"/>
          <w:lang w:val="ru-RU"/>
        </w:rPr>
      </w:pPr>
    </w:p>
    <w:p w14:paraId="2C67BA3D" w14:textId="77777777" w:rsidR="0056157D" w:rsidRPr="00BD24B4" w:rsidRDefault="00813657">
      <w:pPr>
        <w:rPr>
          <w:rFonts w:cs="Times New Roman"/>
          <w:lang w:val="ru-RU"/>
        </w:rPr>
      </w:pPr>
      <w:r w:rsidRPr="00BD24B4">
        <w:rPr>
          <w:rFonts w:cs="Times New Roman"/>
          <w:lang w:val="ru-RU"/>
        </w:rPr>
        <w:t xml:space="preserve">На </w:t>
      </w:r>
      <w:proofErr w:type="spellStart"/>
      <w:r w:rsidR="00A91399" w:rsidRPr="00BD24B4">
        <w:rPr>
          <w:rFonts w:cs="Times New Roman"/>
          <w:lang w:val="ru-RU"/>
        </w:rPr>
        <w:t>квадрициклах</w:t>
      </w:r>
      <w:proofErr w:type="spellEnd"/>
      <w:r w:rsidR="00A91399" w:rsidRPr="00BD24B4">
        <w:rPr>
          <w:rFonts w:cs="Times New Roman"/>
          <w:lang w:val="ru-RU"/>
        </w:rPr>
        <w:t xml:space="preserve"> приблизительная</w:t>
      </w:r>
      <w:r w:rsidRPr="00BD24B4">
        <w:rPr>
          <w:rFonts w:cs="Times New Roman"/>
          <w:lang w:val="ru-RU"/>
        </w:rPr>
        <w:t xml:space="preserve"> разница в передаточном </w:t>
      </w:r>
    </w:p>
    <w:p w14:paraId="69D52BF6" w14:textId="77777777" w:rsidR="0056157D" w:rsidRPr="00BD24B4" w:rsidRDefault="00813657">
      <w:pPr>
        <w:rPr>
          <w:rFonts w:cs="Times New Roman"/>
          <w:lang w:val="ru-RU"/>
        </w:rPr>
      </w:pPr>
      <w:r w:rsidRPr="00BD24B4">
        <w:rPr>
          <w:rFonts w:cs="Times New Roman"/>
          <w:lang w:val="ru-RU"/>
        </w:rPr>
        <w:t>отношении между диапазонами низших и высших передач и составляет 1:2,05. Эта разница в передаточном отношении влияет на работу бесступенчато</w:t>
      </w:r>
      <w:r w:rsidR="00A91399" w:rsidRPr="00BD24B4">
        <w:rPr>
          <w:rFonts w:cs="Times New Roman"/>
          <w:lang w:val="ru-RU"/>
        </w:rPr>
        <w:t>й передачи момента</w:t>
      </w:r>
      <w:r w:rsidRPr="00BD24B4">
        <w:rPr>
          <w:rFonts w:cs="Times New Roman"/>
          <w:lang w:val="ru-RU"/>
        </w:rPr>
        <w:t xml:space="preserve">, особенно на скоростях менее </w:t>
      </w:r>
      <w:r w:rsidR="00A91399" w:rsidRPr="00BD24B4">
        <w:rPr>
          <w:rFonts w:cs="Times New Roman"/>
          <w:lang w:val="ru-RU"/>
        </w:rPr>
        <w:t>15 км/час</w:t>
      </w:r>
      <w:r w:rsidRPr="00BD24B4">
        <w:rPr>
          <w:rFonts w:cs="Times New Roman"/>
          <w:lang w:val="ru-RU"/>
        </w:rPr>
        <w:t xml:space="preserve">, из-за зависимости системы от частоты вращения двигателя. </w:t>
      </w:r>
    </w:p>
    <w:p w14:paraId="6C15994B" w14:textId="534C103D" w:rsidR="0056157D" w:rsidRPr="00BD24B4" w:rsidRDefault="0056157D">
      <w:pPr>
        <w:rPr>
          <w:rFonts w:cs="Times New Roman"/>
          <w:lang w:val="ru-RU"/>
        </w:rPr>
      </w:pPr>
    </w:p>
    <w:p w14:paraId="7FE1CE98" w14:textId="77777777" w:rsidR="0056157D" w:rsidRPr="00BD24B4" w:rsidRDefault="00813657">
      <w:pPr>
        <w:rPr>
          <w:rFonts w:cs="Times New Roman"/>
          <w:lang w:val="ru-RU"/>
        </w:rPr>
      </w:pPr>
      <w:r w:rsidRPr="00BD24B4">
        <w:rPr>
          <w:rFonts w:cs="Times New Roman"/>
          <w:lang w:val="ru-RU"/>
        </w:rPr>
        <w:t xml:space="preserve">Переключение </w:t>
      </w:r>
      <w:r w:rsidR="00A91399" w:rsidRPr="00BD24B4">
        <w:rPr>
          <w:rFonts w:cs="Times New Roman"/>
          <w:lang w:val="ru-RU"/>
        </w:rPr>
        <w:t xml:space="preserve">на пониженную </w:t>
      </w:r>
      <w:r w:rsidRPr="00BD24B4">
        <w:rPr>
          <w:rFonts w:cs="Times New Roman"/>
          <w:lang w:val="ru-RU"/>
        </w:rPr>
        <w:t>передач</w:t>
      </w:r>
      <w:r w:rsidR="00A91399" w:rsidRPr="00BD24B4">
        <w:rPr>
          <w:rFonts w:cs="Times New Roman"/>
          <w:lang w:val="ru-RU"/>
        </w:rPr>
        <w:t>у</w:t>
      </w:r>
      <w:r w:rsidRPr="00BD24B4">
        <w:rPr>
          <w:rFonts w:cs="Times New Roman"/>
          <w:lang w:val="ru-RU"/>
        </w:rPr>
        <w:t xml:space="preserve"> при езде на низкой скорости </w:t>
      </w:r>
      <w:r w:rsidR="00A91399" w:rsidRPr="00BD24B4">
        <w:rPr>
          <w:rFonts w:cs="Times New Roman"/>
          <w:lang w:val="ru-RU"/>
        </w:rPr>
        <w:t xml:space="preserve">благоприятно скажется на работе и температурном режиме </w:t>
      </w:r>
      <w:r w:rsidR="00B30C86" w:rsidRPr="00BD24B4">
        <w:rPr>
          <w:rFonts w:cs="Times New Roman"/>
          <w:lang w:val="ru-RU"/>
        </w:rPr>
        <w:t xml:space="preserve">вариатора и автоматического сцепления и предотвратит </w:t>
      </w:r>
      <w:r w:rsidR="002E6046" w:rsidRPr="00BD24B4">
        <w:rPr>
          <w:rFonts w:cs="Times New Roman"/>
          <w:lang w:val="ru-RU"/>
        </w:rPr>
        <w:t xml:space="preserve">его </w:t>
      </w:r>
      <w:r w:rsidR="00B30C86" w:rsidRPr="00BD24B4">
        <w:rPr>
          <w:rFonts w:cs="Times New Roman"/>
          <w:lang w:val="ru-RU"/>
        </w:rPr>
        <w:t>преждевременный выход из строя</w:t>
      </w:r>
      <w:r w:rsidRPr="00BD24B4">
        <w:rPr>
          <w:rFonts w:cs="Times New Roman"/>
          <w:lang w:val="ru-RU"/>
        </w:rPr>
        <w:t xml:space="preserve">. Снижение температуры внутри сцепления продлевает срок службы компонентов бесступенчатой коробки передач (ремня, крышки и т.д.). </w:t>
      </w:r>
    </w:p>
    <w:p w14:paraId="173740CD" w14:textId="77777777" w:rsidR="005E165D" w:rsidRPr="00BD24B4" w:rsidRDefault="005E165D">
      <w:pPr>
        <w:rPr>
          <w:rFonts w:cs="Times New Roman"/>
          <w:lang w:val="ru-RU"/>
        </w:rPr>
      </w:pPr>
    </w:p>
    <w:p w14:paraId="367E363E" w14:textId="77777777" w:rsidR="0056157D" w:rsidRPr="00BD24B4" w:rsidRDefault="00813657" w:rsidP="005E165D">
      <w:pPr>
        <w:pStyle w:val="bold12"/>
      </w:pPr>
      <w:r w:rsidRPr="00BD24B4">
        <w:t xml:space="preserve">Когда использовать диапазон низших передач </w:t>
      </w:r>
    </w:p>
    <w:p w14:paraId="7B3809AE" w14:textId="3DBDC98C" w:rsidR="0056157D" w:rsidRPr="00BD24B4" w:rsidRDefault="0056157D">
      <w:pPr>
        <w:rPr>
          <w:rFonts w:cs="Times New Roman"/>
          <w:lang w:val="ru-RU"/>
        </w:rPr>
      </w:pPr>
    </w:p>
    <w:p w14:paraId="18A53931" w14:textId="77777777" w:rsidR="0056157D" w:rsidRPr="00BD24B4" w:rsidRDefault="00813657">
      <w:pPr>
        <w:rPr>
          <w:rFonts w:cs="Times New Roman"/>
          <w:lang w:val="ru-RU"/>
        </w:rPr>
      </w:pPr>
      <w:r w:rsidRPr="00BD24B4">
        <w:rPr>
          <w:rFonts w:cs="Times New Roman"/>
          <w:lang w:val="ru-RU"/>
        </w:rPr>
        <w:t xml:space="preserve">Ниже приведены рекомендации касательно использования диапазона низших, а не высших передач. </w:t>
      </w:r>
    </w:p>
    <w:p w14:paraId="464EDB49" w14:textId="34E9C7DE" w:rsidR="0056157D" w:rsidRPr="00BD24B4" w:rsidRDefault="0056157D">
      <w:pPr>
        <w:rPr>
          <w:rFonts w:cs="Times New Roman"/>
          <w:lang w:val="ru-RU"/>
        </w:rPr>
      </w:pPr>
    </w:p>
    <w:p w14:paraId="4A4E5BDD" w14:textId="77777777" w:rsidR="0056157D" w:rsidRPr="00BD24B4" w:rsidRDefault="00813657" w:rsidP="005E165D">
      <w:pPr>
        <w:pStyle w:val="bold12"/>
      </w:pPr>
      <w:r w:rsidRPr="00BD24B4">
        <w:t xml:space="preserve">Диапазон низших передач </w:t>
      </w:r>
    </w:p>
    <w:p w14:paraId="61ED57F2" w14:textId="6D402F70" w:rsidR="0056157D" w:rsidRPr="00BD24B4" w:rsidRDefault="00813657" w:rsidP="00E01FC8">
      <w:pPr>
        <w:pStyle w:val="b"/>
      </w:pPr>
      <w:r w:rsidRPr="00BD24B4">
        <w:t xml:space="preserve">Базовое движение на скорости </w:t>
      </w:r>
      <w:r w:rsidR="00B30C86" w:rsidRPr="00BD24B4">
        <w:t>менее 15</w:t>
      </w:r>
      <w:r w:rsidRPr="00BD24B4">
        <w:t xml:space="preserve"> км/ч</w:t>
      </w:r>
      <w:r w:rsidR="00B30C86" w:rsidRPr="00BD24B4">
        <w:t>.</w:t>
      </w:r>
    </w:p>
    <w:p w14:paraId="4BCF76B1" w14:textId="182DD52B" w:rsidR="0056157D" w:rsidRPr="00BD24B4" w:rsidRDefault="00813657" w:rsidP="00E01FC8">
      <w:pPr>
        <w:pStyle w:val="b"/>
      </w:pPr>
      <w:r w:rsidRPr="00BD24B4">
        <w:t xml:space="preserve">Буксировка тяжелых грузов </w:t>
      </w:r>
    </w:p>
    <w:p w14:paraId="09236DF4" w14:textId="04CBE9C0" w:rsidR="0056157D" w:rsidRPr="00BD24B4" w:rsidRDefault="00813657" w:rsidP="00E01FC8">
      <w:pPr>
        <w:pStyle w:val="b"/>
      </w:pPr>
      <w:r w:rsidRPr="00BD24B4">
        <w:t xml:space="preserve">Езда по пересеченной местности (болота, горы и т.д.) на низких скоростях. </w:t>
      </w:r>
    </w:p>
    <w:p w14:paraId="74F0C734" w14:textId="77777777" w:rsidR="0056157D" w:rsidRPr="00BD24B4" w:rsidRDefault="00813657">
      <w:pPr>
        <w:rPr>
          <w:rFonts w:cs="Times New Roman"/>
          <w:lang w:val="ru-RU"/>
        </w:rPr>
      </w:pPr>
      <w:r w:rsidRPr="00BD24B4">
        <w:rPr>
          <w:rFonts w:cs="Times New Roman"/>
          <w:lang w:val="ru-RU"/>
        </w:rPr>
        <w:t xml:space="preserve"> </w:t>
      </w:r>
    </w:p>
    <w:p w14:paraId="13307A0F" w14:textId="77777777" w:rsidR="0056157D" w:rsidRPr="00BD24B4" w:rsidRDefault="00813657" w:rsidP="005E165D">
      <w:pPr>
        <w:pStyle w:val="bold12"/>
      </w:pPr>
      <w:r w:rsidRPr="00BD24B4">
        <w:t xml:space="preserve">Диапазон высших передач: </w:t>
      </w:r>
    </w:p>
    <w:p w14:paraId="07673863" w14:textId="47EAC0DA" w:rsidR="0056157D" w:rsidRPr="00BD24B4" w:rsidRDefault="00813657" w:rsidP="00E01FC8">
      <w:pPr>
        <w:pStyle w:val="b"/>
      </w:pPr>
      <w:r w:rsidRPr="00BD24B4">
        <w:t>Базовое движение на скорости более 1</w:t>
      </w:r>
      <w:r w:rsidR="00B30C86" w:rsidRPr="00BD24B4">
        <w:t>5</w:t>
      </w:r>
      <w:r w:rsidRPr="00BD24B4">
        <w:t xml:space="preserve"> км/ч</w:t>
      </w:r>
    </w:p>
    <w:p w14:paraId="57925551" w14:textId="45E73F1A" w:rsidR="0056157D" w:rsidRPr="00BD24B4" w:rsidRDefault="00813657" w:rsidP="00E01FC8">
      <w:pPr>
        <w:pStyle w:val="b"/>
      </w:pPr>
      <w:r w:rsidRPr="00BD24B4">
        <w:t xml:space="preserve">Высокие скорости движения </w:t>
      </w:r>
    </w:p>
    <w:p w14:paraId="5A4D070A" w14:textId="77777777" w:rsidR="000D11C0" w:rsidRPr="00BD24B4" w:rsidRDefault="000D11C0" w:rsidP="000D11C0">
      <w:pPr>
        <w:rPr>
          <w:rFonts w:cs="Times New Roman"/>
          <w:lang w:val="ru-RU"/>
        </w:rPr>
      </w:pPr>
    </w:p>
    <w:tbl>
      <w:tblPr>
        <w:tblStyle w:val="58"/>
        <w:tblW w:w="5000" w:type="pct"/>
        <w:tblCellMar>
          <w:top w:w="85" w:type="dxa"/>
          <w:bottom w:w="85" w:type="dxa"/>
        </w:tblCellMar>
        <w:tblLook w:val="04A0" w:firstRow="1" w:lastRow="0" w:firstColumn="1" w:lastColumn="0" w:noHBand="0" w:noVBand="1"/>
      </w:tblPr>
      <w:tblGrid>
        <w:gridCol w:w="800"/>
        <w:gridCol w:w="5801"/>
      </w:tblGrid>
      <w:tr w:rsidR="000D11C0" w:rsidRPr="00BD24B4" w14:paraId="02799937" w14:textId="77777777" w:rsidTr="00BF3AE0">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37737B1B" w14:textId="77777777" w:rsidR="000D11C0" w:rsidRPr="00BD24B4" w:rsidRDefault="000D11C0" w:rsidP="00BF3AE0">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44692C6" w14:textId="6495E431" w:rsidR="000D11C0" w:rsidRPr="00BD24B4" w:rsidRDefault="000D11C0" w:rsidP="00BF3AE0">
            <w:pPr>
              <w:pStyle w:val="afff"/>
            </w:pPr>
            <w:r w:rsidRPr="00BD24B4">
              <w:t>ПРЕДУПРЕЖДЕНИЕ</w:t>
            </w:r>
          </w:p>
        </w:tc>
      </w:tr>
      <w:tr w:rsidR="000D11C0" w:rsidRPr="00707D8A" w14:paraId="6A0DFDC6" w14:textId="77777777" w:rsidTr="00BF3AE0">
        <w:tc>
          <w:tcPr>
            <w:tcW w:w="5000" w:type="pct"/>
            <w:gridSpan w:val="2"/>
            <w:tcBorders>
              <w:top w:val="single" w:sz="4" w:space="0" w:color="auto"/>
              <w:left w:val="nil"/>
              <w:right w:val="nil"/>
            </w:tcBorders>
          </w:tcPr>
          <w:p w14:paraId="5474F9B2" w14:textId="77777777" w:rsidR="000D11C0" w:rsidRDefault="000D11C0" w:rsidP="000D11C0">
            <w:pPr>
              <w:rPr>
                <w:lang w:eastAsia="ru-RU"/>
              </w:rPr>
            </w:pPr>
            <w:r>
              <w:rPr>
                <w:lang w:eastAsia="ru-RU"/>
              </w:rPr>
              <w:t>ПРЕДОТВРАЩЕНИЕ ПЕРЕГРЕВА ВАРИАТОРА</w:t>
            </w:r>
          </w:p>
          <w:p w14:paraId="269BFE6D" w14:textId="77777777" w:rsidR="000D11C0" w:rsidRPr="000D11C0" w:rsidRDefault="000D11C0" w:rsidP="000D11C0">
            <w:pPr>
              <w:rPr>
                <w:sz w:val="10"/>
                <w:szCs w:val="18"/>
                <w:lang w:eastAsia="ru-RU"/>
              </w:rPr>
            </w:pPr>
          </w:p>
          <w:p w14:paraId="497C707E" w14:textId="77777777" w:rsidR="000D11C0" w:rsidRDefault="000D11C0" w:rsidP="000D11C0">
            <w:pPr>
              <w:rPr>
                <w:lang w:eastAsia="ru-RU"/>
              </w:rPr>
            </w:pPr>
            <w:r>
              <w:rPr>
                <w:lang w:eastAsia="ru-RU"/>
              </w:rPr>
              <w:t>Для обеспечения нормального теплового режима работы вариатора и продления его срока службы избегайте длительной (более 15-20 минут) эксплуатации квадроцикла в следующих условиях:</w:t>
            </w:r>
          </w:p>
          <w:p w14:paraId="45F463E5" w14:textId="77777777" w:rsidR="000D11C0" w:rsidRPr="000D11C0" w:rsidRDefault="000D11C0" w:rsidP="000D11C0">
            <w:pPr>
              <w:rPr>
                <w:sz w:val="10"/>
                <w:szCs w:val="18"/>
                <w:lang w:eastAsia="ru-RU"/>
              </w:rPr>
            </w:pPr>
          </w:p>
          <w:p w14:paraId="4BA92507" w14:textId="77777777" w:rsidR="000D11C0" w:rsidRDefault="000D11C0" w:rsidP="000D11C0">
            <w:pPr>
              <w:rPr>
                <w:lang w:eastAsia="ru-RU"/>
              </w:rPr>
            </w:pPr>
            <w:r>
              <w:rPr>
                <w:lang w:eastAsia="ru-RU"/>
              </w:rPr>
              <w:t>Движение с очень малой скоростью (менее 10-15 км/ч).</w:t>
            </w:r>
          </w:p>
          <w:p w14:paraId="32FE5968" w14:textId="77777777" w:rsidR="000D11C0" w:rsidRPr="000D11C0" w:rsidRDefault="000D11C0" w:rsidP="000D11C0">
            <w:pPr>
              <w:rPr>
                <w:sz w:val="10"/>
                <w:szCs w:val="18"/>
                <w:lang w:eastAsia="ru-RU"/>
              </w:rPr>
            </w:pPr>
          </w:p>
          <w:p w14:paraId="62B8B8C8" w14:textId="77777777" w:rsidR="000D11C0" w:rsidRDefault="000D11C0" w:rsidP="000D11C0">
            <w:pPr>
              <w:rPr>
                <w:lang w:eastAsia="ru-RU"/>
              </w:rPr>
            </w:pPr>
            <w:r>
              <w:rPr>
                <w:lang w:eastAsia="ru-RU"/>
              </w:rPr>
              <w:t>Буксировка тяжелых грузов или преодоление тяжелого бездорожья (глубокая грязь, песок, крутые подъемы) на высокой передаче (режим H).</w:t>
            </w:r>
          </w:p>
          <w:p w14:paraId="6395ADDD" w14:textId="77777777" w:rsidR="000D11C0" w:rsidRPr="000D11C0" w:rsidRDefault="000D11C0" w:rsidP="000D11C0">
            <w:pPr>
              <w:rPr>
                <w:sz w:val="10"/>
                <w:szCs w:val="18"/>
                <w:lang w:eastAsia="ru-RU"/>
              </w:rPr>
            </w:pPr>
          </w:p>
          <w:p w14:paraId="003BF5FE" w14:textId="77777777" w:rsidR="000D11C0" w:rsidRDefault="000D11C0" w:rsidP="000D11C0">
            <w:pPr>
              <w:rPr>
                <w:lang w:eastAsia="ru-RU"/>
              </w:rPr>
            </w:pPr>
            <w:r>
              <w:rPr>
                <w:lang w:eastAsia="ru-RU"/>
              </w:rPr>
              <w:t>Причина: В данных режимах двигатель работает на низких оборотах. Вентилятор вариатора, вращаясь медленно, не создаёт достаточного потока воздуха для эффективного отвода тепла, что приводит к его перегреву, потере производительности и ускоренному износу.</w:t>
            </w:r>
          </w:p>
          <w:p w14:paraId="1758CAAC" w14:textId="77777777" w:rsidR="000D11C0" w:rsidRPr="000D11C0" w:rsidRDefault="000D11C0" w:rsidP="000D11C0">
            <w:pPr>
              <w:rPr>
                <w:sz w:val="10"/>
                <w:szCs w:val="18"/>
                <w:lang w:eastAsia="ru-RU"/>
              </w:rPr>
            </w:pPr>
          </w:p>
          <w:p w14:paraId="4463E135" w14:textId="77777777" w:rsidR="000D11C0" w:rsidRDefault="000D11C0" w:rsidP="000D11C0">
            <w:pPr>
              <w:rPr>
                <w:lang w:eastAsia="ru-RU"/>
              </w:rPr>
            </w:pPr>
            <w:r>
              <w:rPr>
                <w:lang w:eastAsia="ru-RU"/>
              </w:rPr>
              <w:t>Рекомендации:</w:t>
            </w:r>
          </w:p>
          <w:p w14:paraId="46C3835B" w14:textId="77777777" w:rsidR="000D11C0" w:rsidRPr="000D11C0" w:rsidRDefault="000D11C0" w:rsidP="000D11C0">
            <w:pPr>
              <w:rPr>
                <w:sz w:val="12"/>
                <w:szCs w:val="20"/>
                <w:lang w:eastAsia="ru-RU"/>
              </w:rPr>
            </w:pPr>
          </w:p>
          <w:p w14:paraId="55930297" w14:textId="77777777" w:rsidR="000D11C0" w:rsidRDefault="000D11C0" w:rsidP="000D11C0">
            <w:pPr>
              <w:rPr>
                <w:lang w:eastAsia="ru-RU"/>
              </w:rPr>
            </w:pPr>
            <w:r>
              <w:rPr>
                <w:lang w:eastAsia="ru-RU"/>
              </w:rPr>
              <w:t>При движении в сложных условиях ВСЕГДА используйте пониженный диапазон (L).</w:t>
            </w:r>
          </w:p>
          <w:p w14:paraId="03D72E1B" w14:textId="77777777" w:rsidR="000D11C0" w:rsidRPr="000D11C0" w:rsidRDefault="000D11C0" w:rsidP="000D11C0">
            <w:pPr>
              <w:rPr>
                <w:sz w:val="12"/>
                <w:szCs w:val="20"/>
                <w:lang w:eastAsia="ru-RU"/>
              </w:rPr>
            </w:pPr>
          </w:p>
          <w:p w14:paraId="71106DB7" w14:textId="77777777" w:rsidR="000D11C0" w:rsidRDefault="000D11C0" w:rsidP="000D11C0">
            <w:pPr>
              <w:rPr>
                <w:lang w:eastAsia="ru-RU"/>
              </w:rPr>
            </w:pPr>
            <w:r>
              <w:rPr>
                <w:lang w:eastAsia="ru-RU"/>
              </w:rPr>
              <w:t>Планируйте маршрут, минимизируя участки, требующие сверхмедленного движения.</w:t>
            </w:r>
          </w:p>
          <w:p w14:paraId="1E4DF041" w14:textId="77777777" w:rsidR="000D11C0" w:rsidRPr="000D11C0" w:rsidRDefault="000D11C0" w:rsidP="000D11C0">
            <w:pPr>
              <w:rPr>
                <w:sz w:val="12"/>
                <w:szCs w:val="20"/>
                <w:lang w:eastAsia="ru-RU"/>
              </w:rPr>
            </w:pPr>
          </w:p>
          <w:p w14:paraId="2F06C14F" w14:textId="77777777" w:rsidR="000D11C0" w:rsidRDefault="000D11C0" w:rsidP="000D11C0">
            <w:pPr>
              <w:rPr>
                <w:lang w:eastAsia="ru-RU"/>
              </w:rPr>
            </w:pPr>
            <w:r>
              <w:rPr>
                <w:lang w:eastAsia="ru-RU"/>
              </w:rPr>
              <w:t>При необходимости длительной работы в таком режиме делайте технологические остановки каждые 15-20 минут для остывания силового агрегата и трансмиссии.</w:t>
            </w:r>
          </w:p>
          <w:p w14:paraId="3132C96B" w14:textId="77777777" w:rsidR="000D11C0" w:rsidRPr="000D11C0" w:rsidRDefault="000D11C0" w:rsidP="000D11C0">
            <w:pPr>
              <w:rPr>
                <w:sz w:val="10"/>
                <w:szCs w:val="18"/>
                <w:lang w:eastAsia="ru-RU"/>
              </w:rPr>
            </w:pPr>
          </w:p>
          <w:p w14:paraId="0DF779F2" w14:textId="0465DFEC" w:rsidR="000D11C0" w:rsidRPr="00BD24B4" w:rsidRDefault="000D11C0" w:rsidP="000D11C0">
            <w:pPr>
              <w:rPr>
                <w:lang w:eastAsia="ru-RU"/>
              </w:rPr>
            </w:pPr>
            <w:r>
              <w:rPr>
                <w:lang w:eastAsia="ru-RU"/>
              </w:rPr>
              <w:t>Перегрев вариатора, вызванный нарушением данных рекомендаций, может привести к выходу его из строя и не является гарантийным случаем.</w:t>
            </w:r>
          </w:p>
        </w:tc>
      </w:tr>
    </w:tbl>
    <w:p w14:paraId="4B3E7E07" w14:textId="77777777" w:rsidR="00191C9F" w:rsidRDefault="00191C9F" w:rsidP="00191C9F">
      <w:pPr>
        <w:rPr>
          <w:rFonts w:cs="Times New Roman"/>
          <w:lang w:val="ru-RU"/>
        </w:rPr>
      </w:pPr>
    </w:p>
    <w:p w14:paraId="61C65734" w14:textId="6434A191" w:rsidR="005E165D" w:rsidRPr="00BD24B4" w:rsidRDefault="005E165D">
      <w:pPr>
        <w:spacing w:after="200" w:line="276" w:lineRule="auto"/>
        <w:rPr>
          <w:rFonts w:cs="Times New Roman"/>
          <w:lang w:val="ru-RU"/>
        </w:rPr>
      </w:pPr>
      <w:r w:rsidRPr="00BD24B4">
        <w:rPr>
          <w:rFonts w:cs="Times New Roman"/>
          <w:lang w:val="ru-RU"/>
        </w:rPr>
        <w:lastRenderedPageBreak/>
        <w:br w:type="page"/>
      </w:r>
    </w:p>
    <w:p w14:paraId="09CB79FF" w14:textId="77777777" w:rsidR="00515DAF" w:rsidRPr="00BD24B4" w:rsidRDefault="00515DAF">
      <w:pPr>
        <w:rPr>
          <w:rFonts w:cs="Times New Roman"/>
          <w:lang w:val="ru-RU"/>
        </w:rPr>
      </w:pPr>
    </w:p>
    <w:p w14:paraId="0E20A3DA" w14:textId="5E13E554" w:rsidR="0056157D" w:rsidRPr="00BD24B4" w:rsidRDefault="00813657" w:rsidP="005E165D">
      <w:pPr>
        <w:pStyle w:val="1"/>
      </w:pPr>
      <w:bookmarkStart w:id="16" w:name="_Toc220542616"/>
      <w:r w:rsidRPr="00BD24B4">
        <w:t xml:space="preserve">14. </w:t>
      </w:r>
      <w:r w:rsidR="005E165D" w:rsidRPr="00BD24B4">
        <w:tab/>
      </w:r>
      <w:r w:rsidRPr="00BD24B4">
        <w:t>АККУМУЛЯТОР</w:t>
      </w:r>
      <w:bookmarkEnd w:id="16"/>
      <w:r w:rsidRPr="00BD24B4">
        <w:t xml:space="preserve"> </w:t>
      </w:r>
    </w:p>
    <w:p w14:paraId="58B3BD28" w14:textId="77777777" w:rsidR="005E165D" w:rsidRPr="00BD24B4" w:rsidRDefault="005E165D" w:rsidP="005E165D">
      <w:pPr>
        <w:widowControl w:val="0"/>
        <w:spacing w:line="276" w:lineRule="auto"/>
        <w:jc w:val="both"/>
        <w:rPr>
          <w:rFonts w:eastAsia="Times New Roman" w:cs="Times New Roman"/>
          <w:szCs w:val="24"/>
        </w:rPr>
      </w:pPr>
    </w:p>
    <w:tbl>
      <w:tblPr>
        <w:tblStyle w:val="59"/>
        <w:tblW w:w="5000" w:type="pct"/>
        <w:tblCellMar>
          <w:top w:w="85" w:type="dxa"/>
          <w:bottom w:w="85" w:type="dxa"/>
        </w:tblCellMar>
        <w:tblLook w:val="04A0" w:firstRow="1" w:lastRow="0" w:firstColumn="1" w:lastColumn="0" w:noHBand="0" w:noVBand="1"/>
      </w:tblPr>
      <w:tblGrid>
        <w:gridCol w:w="800"/>
        <w:gridCol w:w="5801"/>
      </w:tblGrid>
      <w:tr w:rsidR="005E165D" w:rsidRPr="00BD24B4" w14:paraId="19E3FC7C" w14:textId="77777777" w:rsidTr="00AC7DBA">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026C820C" w14:textId="77777777" w:rsidR="005E165D" w:rsidRPr="00BD24B4" w:rsidRDefault="005E165D" w:rsidP="00AC7DBA">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7C5CA06" w14:textId="77777777" w:rsidR="005E165D" w:rsidRPr="00BD24B4" w:rsidRDefault="005E165D" w:rsidP="00AC7DBA">
            <w:pPr>
              <w:pStyle w:val="afff"/>
            </w:pPr>
            <w:r w:rsidRPr="00BD24B4">
              <w:t>ПРЕДУПРЕЖДЕНИЕ</w:t>
            </w:r>
          </w:p>
        </w:tc>
      </w:tr>
      <w:tr w:rsidR="005E165D" w:rsidRPr="00707D8A" w14:paraId="457130E0" w14:textId="77777777" w:rsidTr="00AC7DBA">
        <w:tc>
          <w:tcPr>
            <w:tcW w:w="5000" w:type="pct"/>
            <w:gridSpan w:val="2"/>
            <w:tcBorders>
              <w:top w:val="single" w:sz="4" w:space="0" w:color="auto"/>
              <w:left w:val="nil"/>
              <w:right w:val="nil"/>
            </w:tcBorders>
          </w:tcPr>
          <w:p w14:paraId="5A59E348" w14:textId="7DE23172" w:rsidR="005E165D" w:rsidRPr="00BD24B4" w:rsidRDefault="005E165D" w:rsidP="00AC7DBA">
            <w:pPr>
              <w:rPr>
                <w:lang w:eastAsia="ru-RU"/>
              </w:rPr>
            </w:pPr>
            <w:r w:rsidRPr="00BD24B4">
              <w:rPr>
                <w:lang w:val="ru"/>
              </w:rPr>
              <w:t>При отключении аккумулятора сначала отсоединить отрицательный (черный) провод. При установке аккумулятора на место подсоединять отрицательный (черный) провод последним, иначе может возникнуть взрывоопасная ситуация, которая может привести к серьезным травмам или смерти.</w:t>
            </w:r>
          </w:p>
        </w:tc>
      </w:tr>
    </w:tbl>
    <w:p w14:paraId="74919AA1" w14:textId="77777777" w:rsidR="005E165D" w:rsidRPr="00BD24B4" w:rsidRDefault="005E165D" w:rsidP="005E165D">
      <w:pPr>
        <w:widowControl w:val="0"/>
        <w:spacing w:line="276" w:lineRule="auto"/>
        <w:jc w:val="both"/>
        <w:rPr>
          <w:rFonts w:eastAsia="Times New Roman" w:cs="Times New Roman"/>
          <w:szCs w:val="24"/>
          <w:lang w:val="ru-RU"/>
        </w:rPr>
      </w:pPr>
    </w:p>
    <w:tbl>
      <w:tblPr>
        <w:tblStyle w:val="59"/>
        <w:tblW w:w="5000" w:type="pct"/>
        <w:tblCellMar>
          <w:top w:w="85" w:type="dxa"/>
          <w:bottom w:w="85" w:type="dxa"/>
        </w:tblCellMar>
        <w:tblLook w:val="04A0" w:firstRow="1" w:lastRow="0" w:firstColumn="1" w:lastColumn="0" w:noHBand="0" w:noVBand="1"/>
      </w:tblPr>
      <w:tblGrid>
        <w:gridCol w:w="800"/>
        <w:gridCol w:w="5801"/>
      </w:tblGrid>
      <w:tr w:rsidR="005E165D" w:rsidRPr="00BD24B4" w14:paraId="6FBDECD9" w14:textId="77777777" w:rsidTr="00AC7DBA">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10E5F7D5" w14:textId="77777777" w:rsidR="005E165D" w:rsidRPr="00BD24B4" w:rsidRDefault="005E165D" w:rsidP="00AC7DBA">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1616072" w14:textId="77777777" w:rsidR="005E165D" w:rsidRPr="00BD24B4" w:rsidRDefault="005E165D" w:rsidP="00AC7DBA">
            <w:pPr>
              <w:pStyle w:val="afff"/>
            </w:pPr>
            <w:r w:rsidRPr="00BD24B4">
              <w:t>ПРЕДУПРЕЖДЕНИЕ</w:t>
            </w:r>
          </w:p>
        </w:tc>
      </w:tr>
      <w:tr w:rsidR="005E165D" w:rsidRPr="00707D8A" w14:paraId="4103A6CC" w14:textId="77777777" w:rsidTr="00AC7DBA">
        <w:tc>
          <w:tcPr>
            <w:tcW w:w="5000" w:type="pct"/>
            <w:gridSpan w:val="2"/>
            <w:tcBorders>
              <w:top w:val="single" w:sz="4" w:space="0" w:color="auto"/>
              <w:left w:val="nil"/>
              <w:right w:val="nil"/>
            </w:tcBorders>
          </w:tcPr>
          <w:p w14:paraId="04FF9E7E" w14:textId="77777777" w:rsidR="005E165D" w:rsidRPr="00BD24B4" w:rsidRDefault="005E165D" w:rsidP="00AC7DBA">
            <w:pPr>
              <w:widowControl w:val="0"/>
              <w:jc w:val="both"/>
              <w:rPr>
                <w:rFonts w:cs="Times New Roman"/>
                <w:szCs w:val="24"/>
                <w:lang w:val="ru"/>
              </w:rPr>
            </w:pPr>
            <w:r w:rsidRPr="00BD24B4">
              <w:rPr>
                <w:rFonts w:cs="Times New Roman"/>
                <w:szCs w:val="24"/>
                <w:lang w:val="ru"/>
              </w:rPr>
              <w:t xml:space="preserve">Электролит аккумулятора ядовит. Он содержит серную кислоту. Попадание на кожу, в глаза или одежду может вызвать серьезные ожоги. При попадании; </w:t>
            </w:r>
          </w:p>
          <w:p w14:paraId="5D700656" w14:textId="77777777" w:rsidR="005E165D" w:rsidRPr="00BD24B4" w:rsidRDefault="005E165D" w:rsidP="00AC7DBA">
            <w:pPr>
              <w:widowControl w:val="0"/>
              <w:jc w:val="both"/>
              <w:rPr>
                <w:rFonts w:cs="Times New Roman"/>
                <w:szCs w:val="24"/>
                <w:lang w:val="ru"/>
              </w:rPr>
            </w:pPr>
            <w:r w:rsidRPr="00BD24B4">
              <w:rPr>
                <w:rFonts w:cs="Times New Roman"/>
                <w:b/>
                <w:szCs w:val="24"/>
                <w:lang w:val="ru"/>
              </w:rPr>
              <w:t>Наружно:</w:t>
            </w:r>
            <w:r w:rsidRPr="00BD24B4">
              <w:rPr>
                <w:rFonts w:cs="Times New Roman"/>
                <w:szCs w:val="24"/>
                <w:lang w:val="ru"/>
              </w:rPr>
              <w:t xml:space="preserve"> промыть водой. </w:t>
            </w:r>
          </w:p>
          <w:p w14:paraId="2DB004C8" w14:textId="77777777" w:rsidR="005E165D" w:rsidRPr="00BD24B4" w:rsidRDefault="005E165D" w:rsidP="00AC7DBA">
            <w:pPr>
              <w:widowControl w:val="0"/>
              <w:jc w:val="both"/>
              <w:rPr>
                <w:rFonts w:cs="Times New Roman"/>
                <w:szCs w:val="24"/>
                <w:lang w:val="ru"/>
              </w:rPr>
            </w:pPr>
            <w:r w:rsidRPr="00BD24B4">
              <w:rPr>
                <w:rFonts w:cs="Times New Roman"/>
                <w:b/>
                <w:szCs w:val="24"/>
                <w:lang w:val="ru"/>
              </w:rPr>
              <w:t>Внутрь:</w:t>
            </w:r>
            <w:r w:rsidRPr="00BD24B4">
              <w:rPr>
                <w:rFonts w:cs="Times New Roman"/>
                <w:szCs w:val="24"/>
                <w:lang w:val="ru"/>
              </w:rPr>
              <w:t xml:space="preserve"> выпить большое количество воды или молока. После этого выпить молоко с магнезией, взбитое яйцо или растительное масло. Немедленно вызвать врача. </w:t>
            </w:r>
          </w:p>
          <w:p w14:paraId="54B449F1" w14:textId="77777777" w:rsidR="005E165D" w:rsidRPr="00BD24B4" w:rsidRDefault="005E165D" w:rsidP="00AC7DBA">
            <w:pPr>
              <w:widowControl w:val="0"/>
              <w:jc w:val="both"/>
              <w:rPr>
                <w:rFonts w:cs="Times New Roman"/>
                <w:szCs w:val="24"/>
                <w:lang w:val="ru"/>
              </w:rPr>
            </w:pPr>
            <w:r w:rsidRPr="00BD24B4">
              <w:rPr>
                <w:rFonts w:cs="Times New Roman"/>
                <w:b/>
                <w:szCs w:val="24"/>
                <w:lang w:val="ru"/>
              </w:rPr>
              <w:t>Глаза:</w:t>
            </w:r>
            <w:r w:rsidRPr="00BD24B4">
              <w:rPr>
                <w:rFonts w:cs="Times New Roman"/>
                <w:szCs w:val="24"/>
                <w:lang w:val="ru"/>
              </w:rPr>
              <w:t xml:space="preserve"> промывать водой в течение 15 минут и незамедлительно обратиться к врачу. </w:t>
            </w:r>
          </w:p>
          <w:p w14:paraId="64342F33" w14:textId="238581DD" w:rsidR="005E165D" w:rsidRPr="00BD24B4" w:rsidRDefault="005E165D" w:rsidP="00AC7DBA">
            <w:pPr>
              <w:widowControl w:val="0"/>
              <w:jc w:val="both"/>
              <w:rPr>
                <w:rFonts w:cs="Times New Roman"/>
                <w:szCs w:val="24"/>
                <w:lang w:eastAsia="ru-RU"/>
              </w:rPr>
            </w:pPr>
            <w:r w:rsidRPr="00BD24B4">
              <w:rPr>
                <w:rFonts w:cs="Times New Roman"/>
                <w:szCs w:val="24"/>
                <w:lang w:val="ru"/>
              </w:rPr>
              <w:t xml:space="preserve">Аккумуляторы выделяют взрывоопасные </w:t>
            </w:r>
            <w:proofErr w:type="spellStart"/>
            <w:r w:rsidRPr="00BD24B4">
              <w:rPr>
                <w:rFonts w:cs="Times New Roman"/>
                <w:szCs w:val="24"/>
                <w:lang w:val="ru"/>
              </w:rPr>
              <w:t>газы</w:t>
            </w:r>
            <w:proofErr w:type="spellEnd"/>
            <w:r w:rsidRPr="00BD24B4">
              <w:rPr>
                <w:rFonts w:cs="Times New Roman"/>
                <w:szCs w:val="24"/>
                <w:lang w:val="ru"/>
              </w:rPr>
              <w:t>. Необходимо исключить нахождение вблизи аккумулятора источников искр, пламени, сигарет и т. д. Требуется обеспечить приток воздуха во время зарядки аккумулятора или при его использовании в закрытом помещении. При работе вблизи аккумуляторов защищать глаза. ХРАНИТЬ В НЕДОСТУПНОМ ДЛЯ ДЕТЕЙ МЕСТЕ.</w:t>
            </w:r>
          </w:p>
        </w:tc>
      </w:tr>
    </w:tbl>
    <w:p w14:paraId="4422AFD5" w14:textId="77777777" w:rsidR="005E165D" w:rsidRPr="00BD24B4" w:rsidRDefault="005E165D" w:rsidP="005E165D">
      <w:pPr>
        <w:widowControl w:val="0"/>
        <w:spacing w:line="276" w:lineRule="auto"/>
        <w:jc w:val="both"/>
        <w:rPr>
          <w:rFonts w:eastAsia="Times New Roman" w:cs="Times New Roman"/>
          <w:szCs w:val="24"/>
          <w:lang w:val="ru-RU"/>
        </w:rPr>
      </w:pPr>
    </w:p>
    <w:p w14:paraId="00819C07" w14:textId="77777777" w:rsidR="0056157D" w:rsidRPr="00BD24B4" w:rsidRDefault="00813657" w:rsidP="005E165D">
      <w:pPr>
        <w:pStyle w:val="bold12"/>
      </w:pPr>
      <w:r w:rsidRPr="00BD24B4">
        <w:t xml:space="preserve">Извлечение аккумулятора </w:t>
      </w:r>
    </w:p>
    <w:p w14:paraId="7198E337" w14:textId="2C116F44" w:rsidR="0056157D" w:rsidRPr="00BD24B4" w:rsidRDefault="00B30C86" w:rsidP="00AC7DBA">
      <w:pPr>
        <w:pStyle w:val="n"/>
        <w:numPr>
          <w:ilvl w:val="0"/>
          <w:numId w:val="34"/>
        </w:numPr>
        <w:spacing w:after="0"/>
        <w:ind w:left="425"/>
      </w:pPr>
      <w:r w:rsidRPr="00BD24B4">
        <w:t>Снять сиденье</w:t>
      </w:r>
    </w:p>
    <w:p w14:paraId="02CDD9E6" w14:textId="6DEE85A3" w:rsidR="0056157D" w:rsidRPr="00BD24B4" w:rsidRDefault="00B30C86" w:rsidP="00AC7DBA">
      <w:pPr>
        <w:pStyle w:val="n"/>
        <w:spacing w:after="0"/>
      </w:pPr>
      <w:r w:rsidRPr="00BD24B4">
        <w:t>Отсоединить резиновый ремень удерживающий аккумулятор</w:t>
      </w:r>
      <w:r w:rsidR="00813657" w:rsidRPr="00BD24B4">
        <w:t xml:space="preserve">. </w:t>
      </w:r>
    </w:p>
    <w:p w14:paraId="0E786F51" w14:textId="518EAEFD" w:rsidR="0056157D" w:rsidRPr="00BD24B4" w:rsidRDefault="00813657" w:rsidP="00AC7DBA">
      <w:pPr>
        <w:pStyle w:val="n"/>
        <w:spacing w:after="0"/>
      </w:pPr>
      <w:r w:rsidRPr="00BD24B4">
        <w:t xml:space="preserve">Сначала отсоединить черный (отрицательный) провод аккумулятора. </w:t>
      </w:r>
    </w:p>
    <w:p w14:paraId="3D60F339" w14:textId="0AC1C535" w:rsidR="0056157D" w:rsidRPr="00BD24B4" w:rsidRDefault="00813657" w:rsidP="00AC7DBA">
      <w:pPr>
        <w:pStyle w:val="n"/>
        <w:spacing w:after="0"/>
      </w:pPr>
      <w:r w:rsidRPr="00BD24B4">
        <w:t xml:space="preserve">Затем отсоединить красный (положительный) провод аккумулятора. </w:t>
      </w:r>
    </w:p>
    <w:p w14:paraId="31D7596D" w14:textId="171C918B" w:rsidR="0056157D" w:rsidRPr="00BD24B4" w:rsidRDefault="00813657" w:rsidP="00AC7DBA">
      <w:pPr>
        <w:pStyle w:val="n"/>
        <w:spacing w:after="0"/>
      </w:pPr>
      <w:r w:rsidRPr="00BD24B4">
        <w:t xml:space="preserve">Осторожно извлечь аккумулятор из </w:t>
      </w:r>
      <w:proofErr w:type="spellStart"/>
      <w:r w:rsidRPr="00BD24B4">
        <w:t>квадрицикла</w:t>
      </w:r>
      <w:proofErr w:type="spellEnd"/>
      <w:r w:rsidRPr="00BD24B4">
        <w:t xml:space="preserve">, стараясь не наклонять его, чтобы не пролить электролит. </w:t>
      </w:r>
    </w:p>
    <w:p w14:paraId="24DBCFE9" w14:textId="77777777" w:rsidR="005E165D" w:rsidRPr="00BD24B4" w:rsidRDefault="005E165D" w:rsidP="005E165D">
      <w:pPr>
        <w:widowControl w:val="0"/>
        <w:spacing w:line="276" w:lineRule="auto"/>
        <w:jc w:val="both"/>
        <w:rPr>
          <w:rFonts w:eastAsia="Times New Roman" w:cs="Times New Roman"/>
          <w:szCs w:val="24"/>
          <w:lang w:val="ru-RU"/>
        </w:rPr>
      </w:pPr>
    </w:p>
    <w:tbl>
      <w:tblPr>
        <w:tblStyle w:val="600"/>
        <w:tblW w:w="5000" w:type="pct"/>
        <w:tblCellMar>
          <w:top w:w="85" w:type="dxa"/>
          <w:bottom w:w="85" w:type="dxa"/>
        </w:tblCellMar>
        <w:tblLook w:val="04A0" w:firstRow="1" w:lastRow="0" w:firstColumn="1" w:lastColumn="0" w:noHBand="0" w:noVBand="1"/>
      </w:tblPr>
      <w:tblGrid>
        <w:gridCol w:w="800"/>
        <w:gridCol w:w="5801"/>
      </w:tblGrid>
      <w:tr w:rsidR="005E165D" w:rsidRPr="00BD24B4" w14:paraId="4EF7DFF3" w14:textId="77777777" w:rsidTr="00AC7DBA">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1FC3F025" w14:textId="77777777" w:rsidR="005E165D" w:rsidRPr="00BD24B4" w:rsidRDefault="005E165D" w:rsidP="00AC7DBA">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AE06E65" w14:textId="77777777" w:rsidR="005E165D" w:rsidRPr="00BD24B4" w:rsidRDefault="005E165D" w:rsidP="00AC7DBA">
            <w:pPr>
              <w:pStyle w:val="afff"/>
            </w:pPr>
            <w:r w:rsidRPr="00BD24B4">
              <w:t>ВНИМАНИЕ</w:t>
            </w:r>
          </w:p>
        </w:tc>
      </w:tr>
      <w:tr w:rsidR="005E165D" w:rsidRPr="00707D8A" w14:paraId="2BD1CCC6" w14:textId="77777777" w:rsidTr="00AC7DBA">
        <w:tc>
          <w:tcPr>
            <w:tcW w:w="5000" w:type="pct"/>
            <w:gridSpan w:val="2"/>
            <w:tcBorders>
              <w:top w:val="single" w:sz="4" w:space="0" w:color="auto"/>
              <w:left w:val="nil"/>
              <w:right w:val="nil"/>
            </w:tcBorders>
          </w:tcPr>
          <w:p w14:paraId="16573D27" w14:textId="50493981" w:rsidR="005E165D" w:rsidRPr="00BD24B4" w:rsidRDefault="005E165D" w:rsidP="00AC7DBA">
            <w:pPr>
              <w:rPr>
                <w:lang w:eastAsia="ru-RU"/>
              </w:rPr>
            </w:pPr>
            <w:r w:rsidRPr="00BD24B4">
              <w:rPr>
                <w:lang w:val="ru"/>
              </w:rPr>
              <w:t xml:space="preserve">Если электролит пролился, немедленно смыть его раствором пищевой соды (одна столовая ложка на стакан воды) во избежание повреждения </w:t>
            </w:r>
            <w:proofErr w:type="spellStart"/>
            <w:r w:rsidRPr="00BD24B4">
              <w:rPr>
                <w:lang w:val="ru"/>
              </w:rPr>
              <w:t>квадрицикла</w:t>
            </w:r>
            <w:proofErr w:type="spellEnd"/>
            <w:r w:rsidRPr="00BD24B4">
              <w:rPr>
                <w:lang w:val="ru"/>
              </w:rPr>
              <w:t>.</w:t>
            </w:r>
          </w:p>
        </w:tc>
      </w:tr>
    </w:tbl>
    <w:p w14:paraId="2AA985F9" w14:textId="77777777" w:rsidR="005E165D" w:rsidRPr="00BD24B4" w:rsidRDefault="005E165D" w:rsidP="005E165D">
      <w:pPr>
        <w:widowControl w:val="0"/>
        <w:tabs>
          <w:tab w:val="left" w:pos="373"/>
        </w:tabs>
        <w:spacing w:line="276" w:lineRule="auto"/>
        <w:jc w:val="both"/>
        <w:rPr>
          <w:rFonts w:eastAsia="Times New Roman" w:cs="Times New Roman"/>
          <w:szCs w:val="24"/>
          <w:lang w:val="ru-RU"/>
        </w:rPr>
      </w:pPr>
    </w:p>
    <w:p w14:paraId="7EF2D016" w14:textId="77777777" w:rsidR="0056157D" w:rsidRPr="00BD24B4" w:rsidRDefault="00813657" w:rsidP="005E165D">
      <w:pPr>
        <w:pStyle w:val="bold12"/>
      </w:pPr>
      <w:r w:rsidRPr="00BD24B4">
        <w:t xml:space="preserve">Установка и подключение аккумулятора </w:t>
      </w:r>
    </w:p>
    <w:p w14:paraId="0F852C22" w14:textId="77777777" w:rsidR="005E165D" w:rsidRPr="00BD24B4" w:rsidRDefault="005E165D" w:rsidP="005E165D">
      <w:pPr>
        <w:widowControl w:val="0"/>
        <w:spacing w:line="276" w:lineRule="auto"/>
        <w:jc w:val="both"/>
        <w:rPr>
          <w:rFonts w:eastAsia="Times New Roman" w:cs="Times New Roman"/>
          <w:szCs w:val="24"/>
        </w:rPr>
      </w:pPr>
    </w:p>
    <w:tbl>
      <w:tblPr>
        <w:tblStyle w:val="610"/>
        <w:tblW w:w="5000" w:type="pct"/>
        <w:tblCellMar>
          <w:top w:w="85" w:type="dxa"/>
          <w:bottom w:w="85" w:type="dxa"/>
        </w:tblCellMar>
        <w:tblLook w:val="04A0" w:firstRow="1" w:lastRow="0" w:firstColumn="1" w:lastColumn="0" w:noHBand="0" w:noVBand="1"/>
      </w:tblPr>
      <w:tblGrid>
        <w:gridCol w:w="800"/>
        <w:gridCol w:w="5801"/>
      </w:tblGrid>
      <w:tr w:rsidR="005E165D" w:rsidRPr="00BD24B4" w14:paraId="4095B77D" w14:textId="77777777" w:rsidTr="00AC7DBA">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02FAC9C8" w14:textId="77777777" w:rsidR="005E165D" w:rsidRPr="00BD24B4" w:rsidRDefault="005E165D" w:rsidP="005E165D">
            <w:pPr>
              <w:widowControl w:val="0"/>
              <w:spacing w:line="276" w:lineRule="auto"/>
              <w:jc w:val="center"/>
              <w:rPr>
                <w:rFonts w:cs="Times New Roman"/>
                <w:szCs w:val="24"/>
              </w:rPr>
            </w:pPr>
            <w:r w:rsidRPr="00BD24B4">
              <w:rPr>
                <w:rFonts w:ascii="Segoe UI Symbol" w:hAnsi="Segoe UI Symbol" w:cs="Segoe UI Symbol"/>
                <w:sz w:val="56"/>
                <w:szCs w:val="56"/>
              </w:rPr>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A1B9E53" w14:textId="77777777" w:rsidR="005E165D" w:rsidRPr="00BD24B4" w:rsidRDefault="005E165D" w:rsidP="00AC7DBA">
            <w:pPr>
              <w:pStyle w:val="afff"/>
            </w:pPr>
            <w:r w:rsidRPr="00BD24B4">
              <w:t>ПРЕДУПРЕЖДЕНИЕ</w:t>
            </w:r>
          </w:p>
        </w:tc>
      </w:tr>
      <w:tr w:rsidR="005E165D" w:rsidRPr="00BD24B4" w14:paraId="69C016AA" w14:textId="77777777" w:rsidTr="00AC7DBA">
        <w:tc>
          <w:tcPr>
            <w:tcW w:w="5000" w:type="pct"/>
            <w:gridSpan w:val="2"/>
            <w:tcBorders>
              <w:top w:val="single" w:sz="4" w:space="0" w:color="auto"/>
              <w:left w:val="nil"/>
              <w:right w:val="nil"/>
            </w:tcBorders>
          </w:tcPr>
          <w:p w14:paraId="51001547" w14:textId="77777777" w:rsidR="005E165D" w:rsidRPr="00BD24B4" w:rsidRDefault="005E165D" w:rsidP="00AC7DBA">
            <w:pPr>
              <w:widowControl w:val="0"/>
              <w:jc w:val="both"/>
              <w:rPr>
                <w:rFonts w:cs="Times New Roman"/>
                <w:szCs w:val="24"/>
                <w:lang w:val="ru"/>
              </w:rPr>
            </w:pPr>
            <w:r w:rsidRPr="00BD24B4">
              <w:rPr>
                <w:rFonts w:cs="Times New Roman"/>
                <w:szCs w:val="24"/>
                <w:lang w:val="ru"/>
              </w:rPr>
              <w:t xml:space="preserve">Во избежание возможного взрыва всегда подсоединять провода аккумулятора при выключенном ключе зажигания и в указанном порядке. </w:t>
            </w:r>
          </w:p>
          <w:p w14:paraId="4AACFF04" w14:textId="0B3D1AD0" w:rsidR="005E165D" w:rsidRPr="00BD24B4" w:rsidRDefault="005E165D" w:rsidP="00AC7DBA">
            <w:pPr>
              <w:widowControl w:val="0"/>
              <w:jc w:val="both"/>
              <w:rPr>
                <w:rFonts w:cs="Times New Roman"/>
                <w:szCs w:val="24"/>
                <w:lang w:eastAsia="ru-RU"/>
              </w:rPr>
            </w:pPr>
            <w:r w:rsidRPr="00BD24B4">
              <w:rPr>
                <w:rFonts w:cs="Times New Roman"/>
                <w:szCs w:val="24"/>
                <w:lang w:val="ru"/>
              </w:rPr>
              <w:t>Сначала красный (положительный) провод; последним - черный (отрицательный) провод. Взрыв аккумулятора может привести к серьезным травмам или смерти.</w:t>
            </w:r>
          </w:p>
        </w:tc>
      </w:tr>
    </w:tbl>
    <w:p w14:paraId="09326C46" w14:textId="77777777" w:rsidR="005E165D" w:rsidRPr="00BD24B4" w:rsidRDefault="005E165D" w:rsidP="005E165D">
      <w:pPr>
        <w:widowControl w:val="0"/>
        <w:spacing w:line="276" w:lineRule="auto"/>
        <w:jc w:val="both"/>
        <w:rPr>
          <w:rFonts w:eastAsia="Times New Roman" w:cs="Times New Roman"/>
          <w:szCs w:val="24"/>
          <w:lang w:val="ru-RU"/>
        </w:rPr>
      </w:pPr>
    </w:p>
    <w:p w14:paraId="7D4F73E8" w14:textId="77777777" w:rsidR="0056157D" w:rsidRPr="00BD24B4" w:rsidRDefault="00813657">
      <w:pPr>
        <w:rPr>
          <w:rFonts w:cs="Times New Roman"/>
          <w:lang w:val="ru-RU"/>
        </w:rPr>
      </w:pPr>
      <w:r w:rsidRPr="00BD24B4">
        <w:rPr>
          <w:rFonts w:cs="Times New Roman"/>
          <w:lang w:val="ru-RU"/>
        </w:rPr>
        <w:lastRenderedPageBreak/>
        <w:t xml:space="preserve">Клеммы и соединения аккумулятора необходимо защищать от коррозии. </w:t>
      </w:r>
    </w:p>
    <w:p w14:paraId="68CEBD54" w14:textId="77777777" w:rsidR="0056157D" w:rsidRPr="00BD24B4" w:rsidRDefault="00813657">
      <w:pPr>
        <w:rPr>
          <w:rFonts w:cs="Times New Roman"/>
          <w:lang w:val="ru-RU"/>
        </w:rPr>
      </w:pPr>
      <w:r w:rsidRPr="00BD24B4">
        <w:rPr>
          <w:rFonts w:cs="Times New Roman"/>
          <w:lang w:val="ru-RU"/>
        </w:rPr>
        <w:t xml:space="preserve">Если необходима очистка, следует удалить </w:t>
      </w:r>
      <w:r w:rsidR="00B30C86" w:rsidRPr="00BD24B4">
        <w:rPr>
          <w:rFonts w:cs="Times New Roman"/>
          <w:lang w:val="ru-RU"/>
        </w:rPr>
        <w:t>окислы</w:t>
      </w:r>
      <w:r w:rsidRPr="00BD24B4">
        <w:rPr>
          <w:rFonts w:cs="Times New Roman"/>
          <w:lang w:val="ru-RU"/>
        </w:rPr>
        <w:t xml:space="preserve"> жесткой проволочной щеткой. Промыть раствором пищевой соды (одна столовая ложка на стакан воды). Хорошо промыть водопроводной водой и вытереть насухо чистой тканью. Смазать клеммы диэлектрической смазкой или вазелиновым маслом. Соблюдать осторожность, чтобы чистящий раствор или водопроводная вода не попали в аккумулятор. </w:t>
      </w:r>
    </w:p>
    <w:p w14:paraId="2CFB19E2" w14:textId="77777777" w:rsidR="0056157D" w:rsidRPr="00BD24B4" w:rsidRDefault="00813657">
      <w:pPr>
        <w:rPr>
          <w:rFonts w:cs="Times New Roman"/>
          <w:lang w:val="ru-RU"/>
        </w:rPr>
      </w:pPr>
      <w:r w:rsidRPr="00BD24B4">
        <w:rPr>
          <w:rFonts w:cs="Times New Roman"/>
          <w:lang w:val="ru-RU"/>
        </w:rPr>
        <w:t xml:space="preserve"> </w:t>
      </w:r>
    </w:p>
    <w:p w14:paraId="3F93BD67" w14:textId="34D9826C" w:rsidR="0056157D" w:rsidRPr="00BD24B4" w:rsidRDefault="00813657" w:rsidP="00AC7DBA">
      <w:pPr>
        <w:pStyle w:val="n"/>
        <w:numPr>
          <w:ilvl w:val="0"/>
          <w:numId w:val="35"/>
        </w:numPr>
        <w:spacing w:after="0" w:line="240" w:lineRule="auto"/>
        <w:ind w:left="425"/>
      </w:pPr>
      <w:r w:rsidRPr="00BD24B4">
        <w:t xml:space="preserve">Установить аккумулятор в </w:t>
      </w:r>
      <w:r w:rsidR="00B30C86" w:rsidRPr="00BD24B4">
        <w:t>отсек</w:t>
      </w:r>
      <w:r w:rsidRPr="00BD24B4">
        <w:t xml:space="preserve">. </w:t>
      </w:r>
    </w:p>
    <w:p w14:paraId="25D2F5A3" w14:textId="23AECD80" w:rsidR="0056157D" w:rsidRPr="00BD24B4" w:rsidRDefault="00B30C86" w:rsidP="00AC7DBA">
      <w:pPr>
        <w:pStyle w:val="n"/>
        <w:spacing w:after="0" w:line="240" w:lineRule="auto"/>
      </w:pPr>
      <w:r w:rsidRPr="00BD24B4">
        <w:t>Зафиксировать аккумулятор резиновым ремнем крепления а</w:t>
      </w:r>
      <w:r w:rsidR="003835C4" w:rsidRPr="00BD24B4">
        <w:t>ккумулятора.</w:t>
      </w:r>
      <w:r w:rsidR="00813657" w:rsidRPr="00BD24B4">
        <w:t xml:space="preserve"> </w:t>
      </w:r>
    </w:p>
    <w:p w14:paraId="3857446B" w14:textId="7C44D1CD" w:rsidR="0056157D" w:rsidRPr="00BD24B4" w:rsidRDefault="00813657" w:rsidP="00AC7DBA">
      <w:pPr>
        <w:pStyle w:val="n"/>
        <w:spacing w:after="0" w:line="240" w:lineRule="auto"/>
      </w:pPr>
      <w:r w:rsidRPr="00BD24B4">
        <w:t xml:space="preserve">Сначала подсоединить и затянуть красный (положительный) провод. </w:t>
      </w:r>
    </w:p>
    <w:p w14:paraId="25494603" w14:textId="54F774CF" w:rsidR="0056157D" w:rsidRPr="00BD24B4" w:rsidRDefault="00813657" w:rsidP="00AC7DBA">
      <w:pPr>
        <w:pStyle w:val="n"/>
        <w:spacing w:after="0" w:line="240" w:lineRule="auto"/>
      </w:pPr>
      <w:r w:rsidRPr="00BD24B4">
        <w:t xml:space="preserve">Затем подсоединить и затянуть черный (отрицательный) провод. </w:t>
      </w:r>
    </w:p>
    <w:p w14:paraId="00D695E6" w14:textId="32740F51" w:rsidR="0056157D" w:rsidRPr="00BD24B4" w:rsidRDefault="00813657" w:rsidP="00AC7DBA">
      <w:pPr>
        <w:pStyle w:val="n"/>
        <w:spacing w:after="0" w:line="240" w:lineRule="auto"/>
      </w:pPr>
      <w:r w:rsidRPr="00BD24B4">
        <w:t xml:space="preserve">Убедиться, что провода уложены правильно. </w:t>
      </w:r>
    </w:p>
    <w:p w14:paraId="37CD0616" w14:textId="46350810" w:rsidR="0056157D" w:rsidRPr="00BD24B4" w:rsidRDefault="003835C4" w:rsidP="00AC7DBA">
      <w:pPr>
        <w:pStyle w:val="n"/>
        <w:spacing w:after="0" w:line="240" w:lineRule="auto"/>
      </w:pPr>
      <w:r w:rsidRPr="00BD24B4">
        <w:t>Поставить сиденье на место и убедиться, что замок сиденья зафиксирован правильно.</w:t>
      </w:r>
    </w:p>
    <w:p w14:paraId="230B700B" w14:textId="77777777" w:rsidR="005E165D" w:rsidRPr="00BD24B4" w:rsidRDefault="005E165D">
      <w:pPr>
        <w:rPr>
          <w:rFonts w:cs="Times New Roman"/>
          <w:lang w:val="ru-RU"/>
        </w:rPr>
      </w:pPr>
    </w:p>
    <w:p w14:paraId="79B6E92A" w14:textId="77777777" w:rsidR="0056157D" w:rsidRPr="00BD24B4" w:rsidRDefault="00813657" w:rsidP="005E165D">
      <w:pPr>
        <w:pStyle w:val="bold12"/>
      </w:pPr>
      <w:r w:rsidRPr="00BD24B4">
        <w:t xml:space="preserve">ПРИМЕЧАНИЕ: </w:t>
      </w:r>
    </w:p>
    <w:p w14:paraId="3ED95CB7" w14:textId="70A38E33" w:rsidR="0056157D" w:rsidRPr="00BD24B4" w:rsidRDefault="00813657" w:rsidP="00E01FC8">
      <w:pPr>
        <w:pStyle w:val="b"/>
      </w:pPr>
      <w:r w:rsidRPr="00BD24B4">
        <w:t xml:space="preserve">В случае размещения </w:t>
      </w:r>
      <w:proofErr w:type="spellStart"/>
      <w:r w:rsidRPr="00BD24B4">
        <w:t>квадрицикла</w:t>
      </w:r>
      <w:proofErr w:type="spellEnd"/>
      <w:r w:rsidRPr="00BD24B4">
        <w:t xml:space="preserve"> на хранение более чем на один месяц аккумулятор следует извлечь, зарядить до необходимого уровня и хранить в сухом прохладном месте. </w:t>
      </w:r>
    </w:p>
    <w:p w14:paraId="6AADAEB3" w14:textId="2457E8A6" w:rsidR="0056157D" w:rsidRPr="00BD24B4" w:rsidRDefault="00813657" w:rsidP="00E01FC8">
      <w:pPr>
        <w:pStyle w:val="b"/>
      </w:pPr>
      <w:r w:rsidRPr="00BD24B4">
        <w:t xml:space="preserve">Перед возобновлением использования аккумулятора обратиться к своему дилеру для проверки и подзарядки.  </w:t>
      </w:r>
    </w:p>
    <w:p w14:paraId="2A6BEAE4" w14:textId="14B964C5" w:rsidR="0056157D" w:rsidRPr="00BD24B4" w:rsidRDefault="00813657" w:rsidP="00E01FC8">
      <w:pPr>
        <w:pStyle w:val="b"/>
      </w:pPr>
      <w:r w:rsidRPr="00BD24B4">
        <w:t xml:space="preserve">При установке нового аккумулятора перед первым использованием убедиться, что он полностью заряжен. Использование нового аккумулятора, который не был полностью заряжен, может привести к его повреждению, что сократит срок его службы, а также может ухудшить работу транспортного средства. </w:t>
      </w:r>
    </w:p>
    <w:p w14:paraId="034D4275" w14:textId="275B8986" w:rsidR="0056157D" w:rsidRPr="00BD24B4" w:rsidRDefault="0056157D">
      <w:pPr>
        <w:rPr>
          <w:rFonts w:cs="Times New Roman"/>
          <w:lang w:val="ru-RU"/>
        </w:rPr>
      </w:pPr>
    </w:p>
    <w:p w14:paraId="4403DABE" w14:textId="77777777" w:rsidR="0056157D" w:rsidRPr="00BD24B4" w:rsidRDefault="0056157D">
      <w:pPr>
        <w:rPr>
          <w:rFonts w:cs="Times New Roman"/>
          <w:lang w:val="ru-RU"/>
        </w:rPr>
      </w:pPr>
    </w:p>
    <w:p w14:paraId="7FF6822C" w14:textId="1A2FCADA" w:rsidR="0056157D" w:rsidRPr="00BD24B4" w:rsidRDefault="00813657" w:rsidP="005E165D">
      <w:pPr>
        <w:pStyle w:val="1"/>
      </w:pPr>
      <w:bookmarkStart w:id="17" w:name="_Toc220542617"/>
      <w:r w:rsidRPr="00BD24B4">
        <w:t xml:space="preserve">15. </w:t>
      </w:r>
      <w:r w:rsidR="005E165D" w:rsidRPr="00BD24B4">
        <w:tab/>
      </w:r>
      <w:r w:rsidRPr="00BD24B4">
        <w:t>ВЫХЛОПНАЯ СИСТЕМА</w:t>
      </w:r>
      <w:bookmarkEnd w:id="17"/>
      <w:r w:rsidRPr="00BD24B4">
        <w:t xml:space="preserve"> </w:t>
      </w:r>
    </w:p>
    <w:p w14:paraId="4BFDE791" w14:textId="77777777" w:rsidR="0056157D" w:rsidRPr="00BD24B4" w:rsidRDefault="00813657">
      <w:pPr>
        <w:rPr>
          <w:rFonts w:cs="Times New Roman"/>
          <w:lang w:val="ru-RU"/>
        </w:rPr>
      </w:pPr>
      <w:r w:rsidRPr="00BD24B4">
        <w:rPr>
          <w:rFonts w:cs="Times New Roman"/>
          <w:lang w:val="ru-RU"/>
        </w:rPr>
        <w:t xml:space="preserve"> </w:t>
      </w:r>
    </w:p>
    <w:p w14:paraId="10095711" w14:textId="77777777" w:rsidR="0056157D" w:rsidRPr="00BD24B4" w:rsidRDefault="00D76963" w:rsidP="00BB51FC">
      <w:pPr>
        <w:pStyle w:val="bold12"/>
      </w:pPr>
      <w:r w:rsidRPr="00BD24B4">
        <w:t>ВМЕШАТЕЛЬСТВО В КОНСТРУКЦИЮ И</w:t>
      </w:r>
      <w:r w:rsidR="00813657" w:rsidRPr="00BD24B4">
        <w:t xml:space="preserve"> НАРУШЕНИЕ ЦЕЛОСТНОСТИ СИСТЕМЫ ШУМОПОДАВЛЕНИЯ ЗАПРЕЩЕНО! </w:t>
      </w:r>
    </w:p>
    <w:p w14:paraId="1AB951E6" w14:textId="77777777" w:rsidR="0056157D" w:rsidRPr="00BD24B4" w:rsidRDefault="00813657">
      <w:pPr>
        <w:rPr>
          <w:rFonts w:cs="Times New Roman"/>
          <w:lang w:val="ru-RU"/>
        </w:rPr>
      </w:pPr>
      <w:r w:rsidRPr="00BD24B4">
        <w:rPr>
          <w:rFonts w:cs="Times New Roman"/>
          <w:lang w:val="ru-RU"/>
        </w:rPr>
        <w:t xml:space="preserve"> </w:t>
      </w:r>
    </w:p>
    <w:p w14:paraId="3AD12F2F" w14:textId="77777777" w:rsidR="0056157D" w:rsidRPr="00BD24B4" w:rsidRDefault="00813657">
      <w:pPr>
        <w:rPr>
          <w:rFonts w:cs="Times New Roman"/>
          <w:lang w:val="ru-RU"/>
        </w:rPr>
      </w:pPr>
      <w:r w:rsidRPr="00BD24B4">
        <w:rPr>
          <w:rFonts w:cs="Times New Roman"/>
          <w:b/>
          <w:lang w:val="ru-RU"/>
        </w:rPr>
        <w:t>ВНИМАНИЕ</w:t>
      </w:r>
      <w:r w:rsidR="00D76963" w:rsidRPr="00BD24B4">
        <w:rPr>
          <w:rFonts w:cs="Times New Roman"/>
          <w:b/>
          <w:lang w:val="ru-RU"/>
        </w:rPr>
        <w:t>:</w:t>
      </w:r>
      <w:r w:rsidRPr="00BD24B4">
        <w:rPr>
          <w:rFonts w:cs="Times New Roman"/>
          <w:lang w:val="ru-RU"/>
        </w:rPr>
        <w:t xml:space="preserve"> Компоненты выхлопной системы бывают очень горячими во время и после использования </w:t>
      </w:r>
      <w:proofErr w:type="spellStart"/>
      <w:r w:rsidRPr="00BD24B4">
        <w:rPr>
          <w:rFonts w:cs="Times New Roman"/>
          <w:lang w:val="ru-RU"/>
        </w:rPr>
        <w:t>квадрицикла</w:t>
      </w:r>
      <w:proofErr w:type="spellEnd"/>
      <w:r w:rsidRPr="00BD24B4">
        <w:rPr>
          <w:rFonts w:cs="Times New Roman"/>
          <w:lang w:val="ru-RU"/>
        </w:rPr>
        <w:t xml:space="preserve">. </w:t>
      </w:r>
    </w:p>
    <w:p w14:paraId="15D36AEE" w14:textId="77777777" w:rsidR="0056157D" w:rsidRPr="00BD24B4" w:rsidRDefault="00813657">
      <w:pPr>
        <w:rPr>
          <w:rFonts w:cs="Times New Roman"/>
          <w:lang w:val="ru-RU"/>
        </w:rPr>
      </w:pPr>
      <w:r w:rsidRPr="00BD24B4">
        <w:rPr>
          <w:rFonts w:cs="Times New Roman"/>
          <w:lang w:val="ru-RU"/>
        </w:rPr>
        <w:t xml:space="preserve"> </w:t>
      </w:r>
    </w:p>
    <w:p w14:paraId="7A2F5091" w14:textId="238610D6" w:rsidR="0056157D" w:rsidRPr="00BD24B4" w:rsidRDefault="00813657" w:rsidP="00E01FC8">
      <w:pPr>
        <w:pStyle w:val="b"/>
      </w:pPr>
      <w:r w:rsidRPr="00BD24B4">
        <w:t xml:space="preserve">Не прикасаться к компонентам выхлопной системы. Это может привести к серьезным ожогам. </w:t>
      </w:r>
    </w:p>
    <w:p w14:paraId="2D783613" w14:textId="6D9817CA" w:rsidR="0056157D" w:rsidRPr="00BD24B4" w:rsidRDefault="0056157D">
      <w:pPr>
        <w:rPr>
          <w:rFonts w:cs="Times New Roman"/>
          <w:lang w:val="ru-RU"/>
        </w:rPr>
      </w:pPr>
    </w:p>
    <w:p w14:paraId="7D4DAB73" w14:textId="77777777" w:rsidR="0056157D" w:rsidRPr="00BD24B4" w:rsidRDefault="00813657">
      <w:pPr>
        <w:rPr>
          <w:rFonts w:cs="Times New Roman"/>
          <w:lang w:val="ru-RU"/>
        </w:rPr>
      </w:pPr>
      <w:r w:rsidRPr="00BD24B4">
        <w:rPr>
          <w:rFonts w:cs="Times New Roman"/>
          <w:lang w:val="ru-RU"/>
        </w:rPr>
        <w:t>Соблюдать особую осторожность при движении по высокой</w:t>
      </w:r>
      <w:r w:rsidR="00D76963" w:rsidRPr="00BD24B4">
        <w:rPr>
          <w:rFonts w:cs="Times New Roman"/>
          <w:lang w:val="ru-RU"/>
        </w:rPr>
        <w:t xml:space="preserve"> </w:t>
      </w:r>
      <w:r w:rsidR="00473A1B" w:rsidRPr="00BD24B4">
        <w:rPr>
          <w:rFonts w:cs="Times New Roman"/>
          <w:lang w:val="ru-RU"/>
        </w:rPr>
        <w:t>сухой траве</w:t>
      </w:r>
      <w:r w:rsidRPr="00BD24B4">
        <w:rPr>
          <w:rFonts w:cs="Times New Roman"/>
          <w:lang w:val="ru-RU"/>
        </w:rPr>
        <w:t xml:space="preserve">. Есть вероятность возгорания. </w:t>
      </w:r>
    </w:p>
    <w:p w14:paraId="3D3902D0" w14:textId="694094C4" w:rsidR="0056157D" w:rsidRPr="00BD24B4" w:rsidRDefault="0056157D">
      <w:pPr>
        <w:rPr>
          <w:rFonts w:cs="Times New Roman"/>
          <w:lang w:val="ru-RU"/>
        </w:rPr>
      </w:pPr>
    </w:p>
    <w:p w14:paraId="2AE36F45" w14:textId="77777777" w:rsidR="0056157D" w:rsidRPr="00BD24B4" w:rsidRDefault="00813657" w:rsidP="00BB51FC">
      <w:pPr>
        <w:pStyle w:val="bold12"/>
      </w:pPr>
      <w:r w:rsidRPr="00BD24B4">
        <w:t xml:space="preserve">Искрогаситель </w:t>
      </w:r>
    </w:p>
    <w:p w14:paraId="487DE142" w14:textId="7ED5927F" w:rsidR="0056157D" w:rsidRPr="00BD24B4" w:rsidRDefault="0056157D">
      <w:pPr>
        <w:rPr>
          <w:rFonts w:cs="Times New Roman"/>
          <w:lang w:val="ru-RU"/>
        </w:rPr>
      </w:pPr>
    </w:p>
    <w:p w14:paraId="0A9ABF2C" w14:textId="77777777" w:rsidR="0056157D" w:rsidRPr="00BD24B4" w:rsidRDefault="00813657">
      <w:pPr>
        <w:rPr>
          <w:rFonts w:cs="Times New Roman"/>
          <w:lang w:val="ru-RU"/>
        </w:rPr>
      </w:pPr>
      <w:r w:rsidRPr="00BD24B4">
        <w:rPr>
          <w:rFonts w:cs="Times New Roman"/>
          <w:lang w:val="ru-RU"/>
        </w:rPr>
        <w:t xml:space="preserve">Выхлопную трубу необходимо периодически очищать от скопившегося нагара следующим образом: </w:t>
      </w:r>
    </w:p>
    <w:p w14:paraId="65A997A4" w14:textId="77777777" w:rsidR="00AC7DBA" w:rsidRPr="00BD24B4" w:rsidRDefault="00AC7DBA">
      <w:pPr>
        <w:rPr>
          <w:rFonts w:cs="Times New Roman"/>
          <w:lang w:val="ru-RU"/>
        </w:rPr>
      </w:pPr>
    </w:p>
    <w:p w14:paraId="6169BAAD" w14:textId="1BAEF22C" w:rsidR="0056157D" w:rsidRPr="00BD24B4" w:rsidRDefault="00813657" w:rsidP="00AC7DBA">
      <w:pPr>
        <w:pStyle w:val="n"/>
        <w:numPr>
          <w:ilvl w:val="0"/>
          <w:numId w:val="36"/>
        </w:numPr>
        <w:spacing w:after="0" w:line="240" w:lineRule="auto"/>
        <w:ind w:left="425"/>
      </w:pPr>
      <w:r w:rsidRPr="00BD24B4">
        <w:t>Открутить винт</w:t>
      </w:r>
      <w:r w:rsidR="00D76963" w:rsidRPr="00BD24B4">
        <w:t xml:space="preserve">ы </w:t>
      </w:r>
      <w:r w:rsidR="00473A1B" w:rsidRPr="00BD24B4">
        <w:t>искрогасителя,</w:t>
      </w:r>
      <w:r w:rsidRPr="00BD24B4">
        <w:t xml:space="preserve"> </w:t>
      </w:r>
      <w:r w:rsidR="00473A1B" w:rsidRPr="00BD24B4">
        <w:t>расположенные на</w:t>
      </w:r>
      <w:r w:rsidRPr="00BD24B4">
        <w:t xml:space="preserve"> </w:t>
      </w:r>
      <w:r w:rsidR="00D76963" w:rsidRPr="00BD24B4">
        <w:t>задней торцевой</w:t>
      </w:r>
      <w:r w:rsidRPr="00BD24B4">
        <w:t xml:space="preserve"> части глушителя, извлечь</w:t>
      </w:r>
      <w:r w:rsidR="00D76963" w:rsidRPr="00BD24B4">
        <w:t xml:space="preserve"> выхлопной </w:t>
      </w:r>
      <w:r w:rsidR="00473A1B" w:rsidRPr="00BD24B4">
        <w:t>патрубок и</w:t>
      </w:r>
      <w:r w:rsidRPr="00BD24B4">
        <w:t xml:space="preserve"> снять искрогаситель (сетку</w:t>
      </w:r>
      <w:r w:rsidR="00473A1B" w:rsidRPr="00BD24B4">
        <w:t>).</w:t>
      </w:r>
      <w:r w:rsidRPr="00BD24B4">
        <w:t xml:space="preserve"> </w:t>
      </w:r>
    </w:p>
    <w:p w14:paraId="0C6E8D29" w14:textId="02E19423" w:rsidR="0056157D" w:rsidRPr="00BD24B4" w:rsidRDefault="00813657" w:rsidP="00AC7DBA">
      <w:pPr>
        <w:pStyle w:val="n"/>
        <w:spacing w:after="0" w:line="240" w:lineRule="auto"/>
      </w:pPr>
      <w:r w:rsidRPr="00BD24B4">
        <w:t xml:space="preserve">Очистить или заменить искрогаситель. </w:t>
      </w:r>
    </w:p>
    <w:p w14:paraId="281A9A2B" w14:textId="77777777" w:rsidR="00BB51FC" w:rsidRPr="00BD24B4" w:rsidRDefault="00BB51FC" w:rsidP="00BB51FC">
      <w:pPr>
        <w:widowControl w:val="0"/>
        <w:spacing w:line="276" w:lineRule="auto"/>
        <w:jc w:val="both"/>
        <w:rPr>
          <w:rFonts w:eastAsia="Times New Roman" w:cs="Times New Roman"/>
          <w:szCs w:val="24"/>
        </w:rPr>
      </w:pPr>
    </w:p>
    <w:tbl>
      <w:tblPr>
        <w:tblStyle w:val="62"/>
        <w:tblW w:w="5000" w:type="pct"/>
        <w:tblCellMar>
          <w:top w:w="85" w:type="dxa"/>
          <w:bottom w:w="85" w:type="dxa"/>
        </w:tblCellMar>
        <w:tblLook w:val="04A0" w:firstRow="1" w:lastRow="0" w:firstColumn="1" w:lastColumn="0" w:noHBand="0" w:noVBand="1"/>
      </w:tblPr>
      <w:tblGrid>
        <w:gridCol w:w="800"/>
        <w:gridCol w:w="5801"/>
      </w:tblGrid>
      <w:tr w:rsidR="00BB51FC" w:rsidRPr="00BD24B4" w14:paraId="7295EDB1" w14:textId="77777777" w:rsidTr="00AC7DBA">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1F993B4A" w14:textId="77777777" w:rsidR="00BB51FC" w:rsidRPr="00BD24B4" w:rsidRDefault="00BB51FC" w:rsidP="00BB51FC">
            <w:pPr>
              <w:widowControl w:val="0"/>
              <w:spacing w:line="276" w:lineRule="auto"/>
              <w:jc w:val="center"/>
              <w:rPr>
                <w:rFonts w:cs="Times New Roman"/>
                <w:szCs w:val="24"/>
              </w:rPr>
            </w:pPr>
            <w:r w:rsidRPr="00BD24B4">
              <w:rPr>
                <w:rFonts w:ascii="Segoe UI Symbol" w:hAnsi="Segoe UI Symbol" w:cs="Segoe UI Symbol"/>
                <w:sz w:val="56"/>
                <w:szCs w:val="56"/>
              </w:rPr>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4844D4A" w14:textId="77777777" w:rsidR="00BB51FC" w:rsidRPr="00BD24B4" w:rsidRDefault="00BB51FC" w:rsidP="00AC7DBA">
            <w:pPr>
              <w:pStyle w:val="afff"/>
            </w:pPr>
            <w:r w:rsidRPr="00BD24B4">
              <w:t>ПРЕДУПРЕЖДЕНИЕ</w:t>
            </w:r>
          </w:p>
        </w:tc>
      </w:tr>
      <w:tr w:rsidR="00BB51FC" w:rsidRPr="00BD24B4" w14:paraId="36F76E0D" w14:textId="77777777" w:rsidTr="00AC7DBA">
        <w:tc>
          <w:tcPr>
            <w:tcW w:w="5000" w:type="pct"/>
            <w:gridSpan w:val="2"/>
            <w:tcBorders>
              <w:top w:val="single" w:sz="4" w:space="0" w:color="auto"/>
              <w:left w:val="nil"/>
              <w:right w:val="nil"/>
            </w:tcBorders>
          </w:tcPr>
          <w:p w14:paraId="360A0617" w14:textId="77777777" w:rsidR="00BB51FC" w:rsidRPr="00BD24B4" w:rsidRDefault="00BB51FC" w:rsidP="00BB51FC">
            <w:pPr>
              <w:widowControl w:val="0"/>
              <w:spacing w:line="276" w:lineRule="auto"/>
              <w:jc w:val="both"/>
              <w:rPr>
                <w:rFonts w:cs="Times New Roman"/>
                <w:szCs w:val="24"/>
                <w:lang w:val="ru"/>
              </w:rPr>
            </w:pPr>
            <w:r w:rsidRPr="00BD24B4">
              <w:rPr>
                <w:rFonts w:cs="Times New Roman"/>
                <w:szCs w:val="24"/>
                <w:lang w:val="ru"/>
              </w:rPr>
              <w:t xml:space="preserve">При очистке искрогасителя во избежание серьезных травм необходимо соблюдать следующие меры предосторожности: </w:t>
            </w:r>
          </w:p>
          <w:p w14:paraId="29EDBDD4" w14:textId="323BCC96" w:rsidR="00BB51FC" w:rsidRPr="00BD24B4" w:rsidRDefault="00BB51FC" w:rsidP="00E01FC8">
            <w:pPr>
              <w:pStyle w:val="b"/>
              <w:rPr>
                <w:rFonts w:cs="Times New Roman"/>
                <w:szCs w:val="24"/>
                <w:lang w:val="ru"/>
              </w:rPr>
            </w:pPr>
            <w:r w:rsidRPr="00BD24B4">
              <w:t xml:space="preserve">Не выполнять эту процедуру сразу после завершения работы двигателя, так как выхлопная </w:t>
            </w:r>
            <w:r w:rsidRPr="00BD24B4">
              <w:rPr>
                <w:rFonts w:cs="Times New Roman"/>
                <w:szCs w:val="24"/>
                <w:lang w:val="ru"/>
              </w:rPr>
              <w:t xml:space="preserve">система сильно нагревается. </w:t>
            </w:r>
          </w:p>
          <w:p w14:paraId="2FFDCEE8" w14:textId="7FFBFE4A" w:rsidR="00BB51FC" w:rsidRPr="00BD24B4" w:rsidRDefault="00BB51FC" w:rsidP="00E01FC8">
            <w:pPr>
              <w:pStyle w:val="b"/>
              <w:rPr>
                <w:lang w:eastAsia="ru-RU"/>
              </w:rPr>
            </w:pPr>
            <w:r w:rsidRPr="00BD24B4">
              <w:t>Горючие материалы должны находиться как можно дальше от выхлопной системы. Может возникнуть возгорание.</w:t>
            </w:r>
          </w:p>
        </w:tc>
      </w:tr>
    </w:tbl>
    <w:p w14:paraId="4D45C569" w14:textId="77777777" w:rsidR="00BB51FC" w:rsidRPr="00BD24B4" w:rsidRDefault="00BB51FC" w:rsidP="00BB51FC">
      <w:pPr>
        <w:widowControl w:val="0"/>
        <w:spacing w:line="276" w:lineRule="auto"/>
        <w:jc w:val="both"/>
        <w:rPr>
          <w:rFonts w:eastAsia="Times New Roman" w:cs="Times New Roman"/>
          <w:szCs w:val="24"/>
          <w:lang w:val="ru-RU" w:eastAsia="ru-RU"/>
        </w:rPr>
      </w:pPr>
    </w:p>
    <w:tbl>
      <w:tblPr>
        <w:tblStyle w:val="63"/>
        <w:tblW w:w="5000" w:type="pct"/>
        <w:tblCellMar>
          <w:top w:w="85" w:type="dxa"/>
          <w:bottom w:w="85" w:type="dxa"/>
        </w:tblCellMar>
        <w:tblLook w:val="04A0" w:firstRow="1" w:lastRow="0" w:firstColumn="1" w:lastColumn="0" w:noHBand="0" w:noVBand="1"/>
      </w:tblPr>
      <w:tblGrid>
        <w:gridCol w:w="800"/>
        <w:gridCol w:w="5801"/>
      </w:tblGrid>
      <w:tr w:rsidR="00BB51FC" w:rsidRPr="00BD24B4" w14:paraId="0ED37023" w14:textId="77777777" w:rsidTr="00AC7DBA">
        <w:tc>
          <w:tcPr>
            <w:tcW w:w="60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042E049C" w14:textId="77777777" w:rsidR="00BB51FC" w:rsidRPr="00BD24B4" w:rsidRDefault="00BB51FC" w:rsidP="00AC7DBA">
            <w:pPr>
              <w:pStyle w:val="1b"/>
              <w:rPr>
                <w:rFonts w:cs="Times New Roman"/>
                <w:szCs w:val="24"/>
              </w:rPr>
            </w:pPr>
            <w:r w:rsidRPr="00BD24B4">
              <w:t>⚠</w:t>
            </w:r>
          </w:p>
        </w:tc>
        <w:tc>
          <w:tcPr>
            <w:tcW w:w="43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4738573" w14:textId="77777777" w:rsidR="00BB51FC" w:rsidRPr="00BD24B4" w:rsidRDefault="00BB51FC" w:rsidP="00AC7DBA">
            <w:pPr>
              <w:pStyle w:val="afff"/>
            </w:pPr>
            <w:r w:rsidRPr="00BD24B4">
              <w:t>ПРЕДУПРЕЖДЕНИЕ</w:t>
            </w:r>
          </w:p>
        </w:tc>
      </w:tr>
      <w:tr w:rsidR="00BB51FC" w:rsidRPr="00707D8A" w14:paraId="441C4A38" w14:textId="77777777" w:rsidTr="00AC7DBA">
        <w:tc>
          <w:tcPr>
            <w:tcW w:w="5000" w:type="pct"/>
            <w:gridSpan w:val="2"/>
            <w:tcBorders>
              <w:top w:val="single" w:sz="4" w:space="0" w:color="auto"/>
              <w:left w:val="nil"/>
              <w:right w:val="nil"/>
            </w:tcBorders>
          </w:tcPr>
          <w:p w14:paraId="45A73B15" w14:textId="77777777" w:rsidR="00BB51FC" w:rsidRPr="00BD24B4" w:rsidRDefault="00BB51FC" w:rsidP="00BB51FC">
            <w:pPr>
              <w:widowControl w:val="0"/>
              <w:spacing w:line="276" w:lineRule="auto"/>
              <w:jc w:val="both"/>
              <w:rPr>
                <w:rFonts w:cs="Times New Roman"/>
                <w:szCs w:val="24"/>
                <w:lang w:val="ru"/>
              </w:rPr>
            </w:pPr>
            <w:r w:rsidRPr="00BD24B4">
              <w:rPr>
                <w:rFonts w:cs="Times New Roman"/>
                <w:szCs w:val="24"/>
                <w:lang w:val="ru"/>
              </w:rPr>
              <w:t xml:space="preserve">Ограничитель оборотов двигателя срабатывает при 7000 об/мин, это может привести к накоплению избыточного количества топлива в выхлопной системе и при его воспламенении в глушителе МОЖЕТ ПРИВЕСТИ К ПЕРЕГРЕВУ ГЛУШИТЕЛЯ И РИСКУ ВОЗГОРАНИЯ. </w:t>
            </w:r>
          </w:p>
          <w:p w14:paraId="67690CC8" w14:textId="3B925C7C" w:rsidR="00BB51FC" w:rsidRPr="00BD24B4" w:rsidRDefault="00BB51FC" w:rsidP="00BB51FC">
            <w:pPr>
              <w:widowControl w:val="0"/>
              <w:spacing w:line="276" w:lineRule="auto"/>
              <w:jc w:val="both"/>
              <w:rPr>
                <w:rFonts w:cs="Times New Roman"/>
                <w:szCs w:val="24"/>
                <w:lang w:eastAsia="ru-RU"/>
              </w:rPr>
            </w:pPr>
            <w:r w:rsidRPr="00BD24B4">
              <w:rPr>
                <w:rFonts w:cs="Times New Roman"/>
                <w:szCs w:val="24"/>
                <w:lang w:val="ru"/>
              </w:rPr>
              <w:t>Всегда уменьшать открытие дросселя, когда двигатель достигает максимальных оборотов, и избегать хлопков двигателя.</w:t>
            </w:r>
          </w:p>
        </w:tc>
      </w:tr>
    </w:tbl>
    <w:p w14:paraId="0C581FF6" w14:textId="77777777" w:rsidR="00BB51FC" w:rsidRPr="00BD24B4" w:rsidRDefault="00BB51FC">
      <w:pPr>
        <w:rPr>
          <w:rFonts w:cs="Times New Roman"/>
          <w:lang w:val="ru-RU"/>
        </w:rPr>
      </w:pPr>
    </w:p>
    <w:p w14:paraId="18E09B56" w14:textId="77777777" w:rsidR="00BB51FC" w:rsidRPr="00BD24B4" w:rsidRDefault="00BB51FC">
      <w:pPr>
        <w:spacing w:after="200" w:line="276" w:lineRule="auto"/>
        <w:rPr>
          <w:rFonts w:cs="Times New Roman"/>
          <w:lang w:val="ru-RU"/>
        </w:rPr>
      </w:pPr>
      <w:r w:rsidRPr="00BD24B4">
        <w:rPr>
          <w:rFonts w:cs="Times New Roman"/>
          <w:lang w:val="ru-RU"/>
        </w:rPr>
        <w:br w:type="page"/>
      </w:r>
    </w:p>
    <w:p w14:paraId="7BB3F35A" w14:textId="77777777" w:rsidR="00BB51FC" w:rsidRPr="00BD24B4" w:rsidRDefault="00BB51FC">
      <w:pPr>
        <w:rPr>
          <w:rFonts w:cs="Times New Roman"/>
          <w:lang w:val="ru-RU"/>
        </w:rPr>
      </w:pPr>
    </w:p>
    <w:p w14:paraId="45C22D3C" w14:textId="418BBDFA" w:rsidR="0056157D" w:rsidRPr="00BD24B4" w:rsidRDefault="00813657" w:rsidP="00BB51FC">
      <w:pPr>
        <w:pStyle w:val="1"/>
      </w:pPr>
      <w:bookmarkStart w:id="18" w:name="_Toc220542618"/>
      <w:r w:rsidRPr="00BD24B4">
        <w:t xml:space="preserve">16. </w:t>
      </w:r>
      <w:r w:rsidR="00BB51FC" w:rsidRPr="00BD24B4">
        <w:tab/>
      </w:r>
      <w:r w:rsidRPr="00BD24B4">
        <w:t>ТЕХНИЧЕСКОЕ ОБСЛУЖИВАНИЕ</w:t>
      </w:r>
      <w:bookmarkEnd w:id="18"/>
      <w:r w:rsidRPr="00BD24B4">
        <w:t xml:space="preserve"> </w:t>
      </w:r>
    </w:p>
    <w:p w14:paraId="4D66222A" w14:textId="3EF5A20B" w:rsidR="0056157D" w:rsidRPr="00BD24B4" w:rsidRDefault="0056157D" w:rsidP="00530FFC">
      <w:pPr>
        <w:pStyle w:val="b"/>
        <w:numPr>
          <w:ilvl w:val="0"/>
          <w:numId w:val="0"/>
        </w:numPr>
      </w:pPr>
    </w:p>
    <w:p w14:paraId="54E73B92" w14:textId="77777777" w:rsidR="0056157D" w:rsidRPr="00BD24B4" w:rsidRDefault="00813657">
      <w:pPr>
        <w:rPr>
          <w:rFonts w:cs="Times New Roman"/>
          <w:lang w:val="ru-RU"/>
        </w:rPr>
      </w:pPr>
      <w:r w:rsidRPr="00BD24B4">
        <w:rPr>
          <w:rFonts w:cs="Times New Roman"/>
          <w:lang w:val="ru-RU"/>
        </w:rPr>
        <w:t xml:space="preserve"> </w:t>
      </w:r>
    </w:p>
    <w:p w14:paraId="02F1D503" w14:textId="6C20ED0E" w:rsidR="0056157D" w:rsidRDefault="00813657" w:rsidP="003C0DC6">
      <w:pPr>
        <w:pStyle w:val="bold12"/>
      </w:pPr>
      <w:r w:rsidRPr="00BD24B4">
        <w:t xml:space="preserve">График периодического технического обслуживания </w:t>
      </w:r>
    </w:p>
    <w:p w14:paraId="4633162C" w14:textId="50BEED11" w:rsidR="00530FFC" w:rsidRPr="00BD24B4" w:rsidRDefault="00530FFC" w:rsidP="003C0DC6">
      <w:pPr>
        <w:pStyle w:val="bold12"/>
      </w:pPr>
      <w:r>
        <w:t>См. приложение №1</w:t>
      </w:r>
    </w:p>
    <w:p w14:paraId="0C461A61" w14:textId="77777777" w:rsidR="0056157D" w:rsidRPr="00BD24B4" w:rsidRDefault="00813657">
      <w:pPr>
        <w:rPr>
          <w:rFonts w:cs="Times New Roman"/>
          <w:lang w:val="ru-RU"/>
        </w:rPr>
      </w:pPr>
      <w:r w:rsidRPr="00BD24B4">
        <w:rPr>
          <w:rFonts w:cs="Times New Roman"/>
          <w:lang w:val="ru-RU"/>
        </w:rPr>
        <w:t xml:space="preserve">Аккуратное периодическое техническое обслуживание способствует поддержанию вашего транспортного средства в максимально безопасном и надежном состоянии. Интервалы проверки, регулировки и смазки важных компонентов приведены в таблице на следующих страницах. </w:t>
      </w:r>
    </w:p>
    <w:p w14:paraId="478DC709" w14:textId="77777777" w:rsidR="0056157D" w:rsidRPr="00BD24B4" w:rsidRDefault="00813657">
      <w:pPr>
        <w:rPr>
          <w:rFonts w:cs="Times New Roman"/>
          <w:lang w:val="ru-RU"/>
        </w:rPr>
      </w:pPr>
      <w:r w:rsidRPr="00BD24B4">
        <w:rPr>
          <w:rFonts w:cs="Times New Roman"/>
          <w:lang w:val="ru-RU"/>
        </w:rPr>
        <w:t xml:space="preserve"> </w:t>
      </w:r>
    </w:p>
    <w:p w14:paraId="5C24DF92" w14:textId="77777777" w:rsidR="0056157D" w:rsidRPr="00BD24B4" w:rsidRDefault="00813657">
      <w:pPr>
        <w:rPr>
          <w:rFonts w:cs="Times New Roman"/>
          <w:lang w:val="ru-RU"/>
        </w:rPr>
      </w:pPr>
      <w:r w:rsidRPr="00BD24B4">
        <w:rPr>
          <w:rFonts w:cs="Times New Roman"/>
          <w:lang w:val="ru-RU"/>
        </w:rPr>
        <w:t xml:space="preserve">Интервалы технического обслуживания зависят от средних условий езды и средней скорости транспортного средства, составляющей приблизительно </w:t>
      </w:r>
      <w:r w:rsidR="00473A1B" w:rsidRPr="00BD24B4">
        <w:rPr>
          <w:rFonts w:cs="Times New Roman"/>
          <w:lang w:val="ru-RU"/>
        </w:rPr>
        <w:t>15</w:t>
      </w:r>
      <w:r w:rsidRPr="00BD24B4">
        <w:rPr>
          <w:rFonts w:cs="Times New Roman"/>
          <w:lang w:val="ru-RU"/>
        </w:rPr>
        <w:t xml:space="preserve"> </w:t>
      </w:r>
      <w:r w:rsidR="00473A1B" w:rsidRPr="00BD24B4">
        <w:rPr>
          <w:rFonts w:cs="Times New Roman"/>
          <w:lang w:val="ru-RU"/>
        </w:rPr>
        <w:t>км</w:t>
      </w:r>
      <w:r w:rsidRPr="00BD24B4">
        <w:rPr>
          <w:rFonts w:cs="Times New Roman"/>
          <w:lang w:val="ru-RU"/>
        </w:rPr>
        <w:t xml:space="preserve"> в час. Транспортные средства, эксплуатируемые в жестких условиях, например, во влажных или пыльных местах, необходимо чаще проверять и обслуживать. </w:t>
      </w:r>
    </w:p>
    <w:p w14:paraId="1131F016" w14:textId="77777777" w:rsidR="0056157D" w:rsidRPr="00BD24B4" w:rsidRDefault="00813657">
      <w:pPr>
        <w:rPr>
          <w:rFonts w:cs="Times New Roman"/>
          <w:lang w:val="ru-RU"/>
        </w:rPr>
      </w:pPr>
      <w:r w:rsidRPr="00BD24B4">
        <w:rPr>
          <w:rFonts w:cs="Times New Roman"/>
          <w:lang w:val="ru-RU"/>
        </w:rPr>
        <w:t xml:space="preserve"> </w:t>
      </w:r>
    </w:p>
    <w:p w14:paraId="3E7E5CA5" w14:textId="77777777" w:rsidR="0056157D" w:rsidRPr="00BD24B4" w:rsidRDefault="00813657">
      <w:pPr>
        <w:rPr>
          <w:rFonts w:cs="Times New Roman"/>
          <w:lang w:val="ru-RU"/>
        </w:rPr>
      </w:pPr>
      <w:r w:rsidRPr="00BD24B4">
        <w:rPr>
          <w:rFonts w:cs="Times New Roman"/>
          <w:lang w:val="ru-RU"/>
        </w:rPr>
        <w:t xml:space="preserve">Требуется проверять, очищать, смазывать, регулировать или заменять части по мере необходимости. </w:t>
      </w:r>
    </w:p>
    <w:p w14:paraId="0AA8AEA0" w14:textId="77777777" w:rsidR="0056157D" w:rsidRPr="00BD24B4" w:rsidRDefault="00813657">
      <w:pPr>
        <w:rPr>
          <w:rFonts w:cs="Times New Roman"/>
          <w:lang w:val="ru-RU"/>
        </w:rPr>
      </w:pPr>
      <w:r w:rsidRPr="00BD24B4">
        <w:rPr>
          <w:rFonts w:cs="Times New Roman"/>
          <w:lang w:val="ru-RU"/>
        </w:rPr>
        <w:t xml:space="preserve"> </w:t>
      </w:r>
    </w:p>
    <w:p w14:paraId="2267587B" w14:textId="77777777" w:rsidR="0056157D" w:rsidRPr="00BD24B4" w:rsidRDefault="00813657">
      <w:pPr>
        <w:rPr>
          <w:rFonts w:cs="Times New Roman"/>
          <w:lang w:val="ru-RU"/>
        </w:rPr>
      </w:pPr>
      <w:r w:rsidRPr="00BD24B4">
        <w:rPr>
          <w:rFonts w:cs="Times New Roman"/>
          <w:b/>
          <w:lang w:val="ru-RU"/>
        </w:rPr>
        <w:t>ПРИМЕЧАНИЕ</w:t>
      </w:r>
      <w:r w:rsidR="00473A1B" w:rsidRPr="00BD24B4">
        <w:rPr>
          <w:rFonts w:cs="Times New Roman"/>
          <w:b/>
          <w:lang w:val="ru-RU"/>
        </w:rPr>
        <w:t>:</w:t>
      </w:r>
      <w:r w:rsidR="00473A1B" w:rsidRPr="00BD24B4">
        <w:rPr>
          <w:rFonts w:cs="Times New Roman"/>
          <w:lang w:val="ru-RU"/>
        </w:rPr>
        <w:t xml:space="preserve"> при</w:t>
      </w:r>
      <w:r w:rsidRPr="00BD24B4">
        <w:rPr>
          <w:rFonts w:cs="Times New Roman"/>
          <w:lang w:val="ru-RU"/>
        </w:rPr>
        <w:t xml:space="preserve"> проверке может быть выявлена необходимость в замене деталей. Следует всегда использовать оригинальные части, которые можно приобрести у вашего дилера. </w:t>
      </w:r>
    </w:p>
    <w:p w14:paraId="0EB5041A" w14:textId="67F4FBBD" w:rsidR="0056157D" w:rsidRPr="00BD24B4" w:rsidRDefault="0056157D">
      <w:pPr>
        <w:rPr>
          <w:rFonts w:cs="Times New Roman"/>
          <w:lang w:val="ru-RU"/>
        </w:rPr>
      </w:pPr>
    </w:p>
    <w:p w14:paraId="111B1F96" w14:textId="77777777" w:rsidR="0056157D" w:rsidRPr="00BD24B4" w:rsidRDefault="00813657">
      <w:pPr>
        <w:rPr>
          <w:rFonts w:cs="Times New Roman"/>
          <w:lang w:val="ru-RU"/>
        </w:rPr>
      </w:pPr>
      <w:r w:rsidRPr="00BD24B4">
        <w:rPr>
          <w:rFonts w:cs="Times New Roman"/>
          <w:lang w:val="ru-RU"/>
        </w:rPr>
        <w:t xml:space="preserve">Обслуживание и регулировка играют решающую роль. Если вам не известны процедуры безопасного обслуживания и регулировки, то следует обратиться к квалифицированному дилеру для выполнения </w:t>
      </w:r>
    </w:p>
    <w:p w14:paraId="435FFC94" w14:textId="77777777" w:rsidR="0056157D" w:rsidRPr="00BD24B4" w:rsidRDefault="00813657">
      <w:pPr>
        <w:rPr>
          <w:rFonts w:cs="Times New Roman"/>
          <w:lang w:val="ru-RU"/>
        </w:rPr>
      </w:pPr>
      <w:r w:rsidRPr="00BD24B4">
        <w:rPr>
          <w:rFonts w:cs="Times New Roman"/>
          <w:lang w:val="ru-RU"/>
        </w:rPr>
        <w:t xml:space="preserve">этих операций.  </w:t>
      </w:r>
    </w:p>
    <w:p w14:paraId="7C0F7E37" w14:textId="77777777" w:rsidR="003C0DC6" w:rsidRPr="00BD24B4" w:rsidRDefault="003C0DC6" w:rsidP="003C0DC6">
      <w:pPr>
        <w:rPr>
          <w:rFonts w:cs="Times New Roman"/>
          <w:lang w:val="ru-RU"/>
        </w:rPr>
      </w:pPr>
    </w:p>
    <w:p w14:paraId="7969F472" w14:textId="77777777" w:rsidR="003C0DC6" w:rsidRPr="00BD24B4" w:rsidRDefault="003C0DC6" w:rsidP="003C0DC6">
      <w:pPr>
        <w:pStyle w:val="affc"/>
      </w:pPr>
      <w:r w:rsidRPr="00BD24B4">
        <w:t xml:space="preserve">ПРИМЕЧАНИЕ: </w:t>
      </w:r>
    </w:p>
    <w:p w14:paraId="70D3ABFA" w14:textId="77777777" w:rsidR="003C0DC6" w:rsidRPr="00BD24B4" w:rsidRDefault="003C0DC6" w:rsidP="00AC7DBA">
      <w:pPr>
        <w:pStyle w:val="n"/>
        <w:numPr>
          <w:ilvl w:val="0"/>
          <w:numId w:val="38"/>
        </w:numPr>
        <w:spacing w:after="0" w:line="240" w:lineRule="auto"/>
        <w:ind w:left="425" w:hanging="357"/>
      </w:pPr>
      <w:r w:rsidRPr="00BD24B4">
        <w:t xml:space="preserve">При эксплуатации в жестких условиях, например, во влажных или пыльных местах, ТО следует выполнять чаще.  </w:t>
      </w:r>
    </w:p>
    <w:p w14:paraId="64F1E113" w14:textId="70566380" w:rsidR="003C0DC6" w:rsidRDefault="003C0DC6" w:rsidP="003C0DC6">
      <w:pPr>
        <w:jc w:val="center"/>
        <w:rPr>
          <w:rFonts w:cs="Times New Roman"/>
          <w:lang w:val="ru-RU"/>
        </w:rPr>
      </w:pPr>
    </w:p>
    <w:p w14:paraId="3D3407BB" w14:textId="10196FDF" w:rsidR="00530FFC" w:rsidRPr="00530FFC" w:rsidRDefault="00530FFC" w:rsidP="003C0DC6">
      <w:pPr>
        <w:jc w:val="center"/>
        <w:rPr>
          <w:rFonts w:cs="Times New Roman"/>
          <w:lang w:val="ru-RU"/>
        </w:rPr>
      </w:pPr>
      <w:r w:rsidRPr="00530FFC">
        <w:rPr>
          <w:lang w:val="ru-RU"/>
        </w:rPr>
        <w:t>Чаще всего при использовании в жестких условиях, например, где много грязи или влаги, необходимо удаление воды или грязи с фитингов системы смазки и других важных компонентов</w:t>
      </w:r>
    </w:p>
    <w:p w14:paraId="57D4C8B4" w14:textId="04A23CFA" w:rsidR="00BB51FC" w:rsidRDefault="00BB51FC" w:rsidP="003C0DC6">
      <w:pPr>
        <w:rPr>
          <w:lang w:val="ru-RU"/>
        </w:rPr>
      </w:pPr>
    </w:p>
    <w:p w14:paraId="5F09EAAE" w14:textId="3AE576CF" w:rsidR="007B4CE3" w:rsidRDefault="007B4CE3" w:rsidP="003C0DC6">
      <w:pPr>
        <w:rPr>
          <w:lang w:val="ru-RU"/>
        </w:rPr>
      </w:pPr>
    </w:p>
    <w:p w14:paraId="100BB0E7" w14:textId="2B8E4F42" w:rsidR="00530FFC" w:rsidRDefault="00530FFC" w:rsidP="003C0DC6">
      <w:pPr>
        <w:rPr>
          <w:lang w:val="ru-RU"/>
        </w:rPr>
      </w:pPr>
    </w:p>
    <w:p w14:paraId="0D835971" w14:textId="030AFBF4" w:rsidR="00530FFC" w:rsidRDefault="00530FFC" w:rsidP="003C0DC6">
      <w:pPr>
        <w:rPr>
          <w:lang w:val="ru-RU"/>
        </w:rPr>
      </w:pPr>
    </w:p>
    <w:p w14:paraId="57706015" w14:textId="0D22F86D" w:rsidR="00530FFC" w:rsidRDefault="00530FFC" w:rsidP="003C0DC6">
      <w:pPr>
        <w:rPr>
          <w:lang w:val="ru-RU"/>
        </w:rPr>
      </w:pPr>
    </w:p>
    <w:p w14:paraId="11A11C35" w14:textId="6CC3CFFA" w:rsidR="00530FFC" w:rsidRDefault="00530FFC" w:rsidP="003C0DC6">
      <w:pPr>
        <w:rPr>
          <w:lang w:val="ru-RU"/>
        </w:rPr>
      </w:pPr>
    </w:p>
    <w:p w14:paraId="2F0EA8E6" w14:textId="60725BCA" w:rsidR="00530FFC" w:rsidRDefault="00530FFC" w:rsidP="003C0DC6">
      <w:pPr>
        <w:rPr>
          <w:lang w:val="ru-RU"/>
        </w:rPr>
      </w:pPr>
    </w:p>
    <w:p w14:paraId="1E38453A" w14:textId="6FC48AAC" w:rsidR="00530FFC" w:rsidRDefault="00530FFC" w:rsidP="003C0DC6">
      <w:pPr>
        <w:rPr>
          <w:lang w:val="ru-RU"/>
        </w:rPr>
      </w:pPr>
    </w:p>
    <w:p w14:paraId="6208E90F" w14:textId="77777777" w:rsidR="00530FFC" w:rsidRDefault="00530FFC" w:rsidP="003C0DC6">
      <w:pPr>
        <w:rPr>
          <w:lang w:val="ru-RU"/>
        </w:rPr>
      </w:pPr>
    </w:p>
    <w:p w14:paraId="498EED7E" w14:textId="0B39DBA9" w:rsidR="007B4CE3" w:rsidRDefault="007B4CE3" w:rsidP="003C0DC6">
      <w:pPr>
        <w:rPr>
          <w:lang w:val="ru-RU"/>
        </w:rPr>
      </w:pPr>
    </w:p>
    <w:p w14:paraId="45AC908D" w14:textId="083246DF" w:rsidR="007B4CE3" w:rsidRDefault="007B4CE3" w:rsidP="003C0DC6">
      <w:pPr>
        <w:rPr>
          <w:lang w:val="ru-RU"/>
        </w:rPr>
      </w:pPr>
    </w:p>
    <w:p w14:paraId="0BD57DBB" w14:textId="18452290" w:rsidR="007B4CE3" w:rsidRDefault="007B4CE3" w:rsidP="003C0DC6">
      <w:pPr>
        <w:rPr>
          <w:lang w:val="ru-RU"/>
        </w:rPr>
      </w:pPr>
    </w:p>
    <w:p w14:paraId="2F4BA78F" w14:textId="0467EA1A" w:rsidR="007B4CE3" w:rsidRDefault="007B4CE3" w:rsidP="003C0DC6">
      <w:pPr>
        <w:rPr>
          <w:lang w:val="ru-RU"/>
        </w:rPr>
      </w:pPr>
    </w:p>
    <w:p w14:paraId="218C900F" w14:textId="287F5429" w:rsidR="007B4CE3" w:rsidRDefault="007B4CE3" w:rsidP="003C0DC6">
      <w:pPr>
        <w:rPr>
          <w:lang w:val="ru-RU"/>
        </w:rPr>
      </w:pPr>
    </w:p>
    <w:p w14:paraId="37CC7206" w14:textId="393F34CF" w:rsidR="007B4CE3" w:rsidRDefault="007B4CE3" w:rsidP="003C0DC6">
      <w:pPr>
        <w:rPr>
          <w:lang w:val="ru-RU"/>
        </w:rPr>
      </w:pPr>
    </w:p>
    <w:p w14:paraId="48D9C0DD" w14:textId="64C8CC0E" w:rsidR="007B4CE3" w:rsidRDefault="007B4CE3" w:rsidP="003C0DC6">
      <w:pPr>
        <w:rPr>
          <w:lang w:val="ru-RU"/>
        </w:rPr>
      </w:pPr>
    </w:p>
    <w:p w14:paraId="064912E6" w14:textId="3C66C4EA" w:rsidR="007B4CE3" w:rsidRDefault="007B4CE3" w:rsidP="003C0DC6">
      <w:pPr>
        <w:rPr>
          <w:lang w:val="ru-RU"/>
        </w:rPr>
      </w:pPr>
    </w:p>
    <w:p w14:paraId="4D9D2A29" w14:textId="216748FA" w:rsidR="007B4CE3" w:rsidRDefault="007B4CE3" w:rsidP="003C0DC6">
      <w:pPr>
        <w:rPr>
          <w:lang w:val="ru-RU"/>
        </w:rPr>
      </w:pPr>
    </w:p>
    <w:p w14:paraId="12676FBF" w14:textId="2536AC75" w:rsidR="007B4CE3" w:rsidRDefault="007B4CE3" w:rsidP="003C0DC6">
      <w:pPr>
        <w:rPr>
          <w:lang w:val="ru-RU"/>
        </w:rPr>
      </w:pPr>
    </w:p>
    <w:p w14:paraId="3D82D594" w14:textId="5F4856C5" w:rsidR="007B4CE3" w:rsidRDefault="007B4CE3" w:rsidP="003C0DC6">
      <w:pPr>
        <w:rPr>
          <w:lang w:val="ru-RU"/>
        </w:rPr>
      </w:pPr>
    </w:p>
    <w:p w14:paraId="7535B2C2" w14:textId="2817AB99" w:rsidR="007B4CE3" w:rsidRDefault="007B4CE3" w:rsidP="003C0DC6">
      <w:pPr>
        <w:rPr>
          <w:lang w:val="ru-RU"/>
        </w:rPr>
      </w:pPr>
    </w:p>
    <w:p w14:paraId="2F1ECE72" w14:textId="4BE2B84A" w:rsidR="007B4CE3" w:rsidRDefault="007B4CE3" w:rsidP="003C0DC6">
      <w:pPr>
        <w:rPr>
          <w:lang w:val="ru-RU"/>
        </w:rPr>
      </w:pPr>
    </w:p>
    <w:p w14:paraId="53C4D6A8" w14:textId="416BDAD3" w:rsidR="007B4CE3" w:rsidRDefault="007B4CE3" w:rsidP="003C0DC6">
      <w:pPr>
        <w:rPr>
          <w:lang w:val="ru-RU"/>
        </w:rPr>
      </w:pPr>
    </w:p>
    <w:p w14:paraId="61B6AACA" w14:textId="37C2F4EE" w:rsidR="007B4CE3" w:rsidRDefault="007B4CE3" w:rsidP="003C0DC6">
      <w:pPr>
        <w:rPr>
          <w:lang w:val="ru-RU"/>
        </w:rPr>
      </w:pPr>
    </w:p>
    <w:p w14:paraId="4D3B175E" w14:textId="6EFC40DF" w:rsidR="007B4CE3" w:rsidRDefault="007B4CE3" w:rsidP="003C0DC6">
      <w:pPr>
        <w:rPr>
          <w:lang w:val="ru-RU"/>
        </w:rPr>
      </w:pPr>
    </w:p>
    <w:p w14:paraId="5E518F0A" w14:textId="77777777" w:rsidR="007B4CE3" w:rsidRPr="00BD24B4" w:rsidRDefault="007B4CE3" w:rsidP="003C0DC6">
      <w:pPr>
        <w:rPr>
          <w:lang w:val="ru-RU"/>
        </w:rPr>
      </w:pPr>
    </w:p>
    <w:p w14:paraId="6578D79D" w14:textId="3C6A5F3F" w:rsidR="002F0DFD" w:rsidRPr="00BD24B4" w:rsidRDefault="00813657" w:rsidP="006A368D">
      <w:pPr>
        <w:pStyle w:val="p"/>
      </w:pPr>
      <w:r w:rsidRPr="00BD24B4">
        <w:t xml:space="preserve"> </w:t>
      </w:r>
    </w:p>
    <w:p w14:paraId="22C725CD" w14:textId="0F75C298" w:rsidR="002F0DFD" w:rsidRPr="00BD24B4" w:rsidRDefault="006A368D" w:rsidP="00BB51FC">
      <w:pPr>
        <w:pStyle w:val="1"/>
      </w:pPr>
      <w:bookmarkStart w:id="19" w:name="_Toc220542619"/>
      <w:r w:rsidRPr="00BD24B4">
        <w:lastRenderedPageBreak/>
        <w:t>17.</w:t>
      </w:r>
      <w:r w:rsidRPr="00BD24B4">
        <w:tab/>
      </w:r>
      <w:r w:rsidR="002F0DFD" w:rsidRPr="00BD24B4">
        <w:t>ПОДГОТОВКА КВАДРИЦИКЛА К ДЛИТЕЛЬНОМУ ХРАНЕНИЮ</w:t>
      </w:r>
      <w:bookmarkEnd w:id="19"/>
    </w:p>
    <w:p w14:paraId="192492E9" w14:textId="77777777" w:rsidR="00BB51FC" w:rsidRPr="00BD24B4" w:rsidRDefault="00BB51FC" w:rsidP="006A368D">
      <w:pPr>
        <w:pStyle w:val="p"/>
      </w:pPr>
    </w:p>
    <w:p w14:paraId="4D01EB09" w14:textId="77777777" w:rsidR="002F0DFD" w:rsidRPr="00BD24B4" w:rsidRDefault="002F0DFD" w:rsidP="006A368D">
      <w:pPr>
        <w:jc w:val="both"/>
        <w:rPr>
          <w:rFonts w:cs="Times New Roman"/>
          <w:lang w:val="ru-RU"/>
        </w:rPr>
      </w:pPr>
      <w:r w:rsidRPr="00BD24B4">
        <w:rPr>
          <w:rFonts w:cs="Times New Roman"/>
          <w:lang w:val="ru-RU"/>
        </w:rPr>
        <w:t xml:space="preserve">Если вы не планируете использовать </w:t>
      </w:r>
      <w:proofErr w:type="spellStart"/>
      <w:r w:rsidRPr="00BD24B4">
        <w:rPr>
          <w:rFonts w:cs="Times New Roman"/>
          <w:lang w:val="ru-RU"/>
        </w:rPr>
        <w:t>квадрицикл</w:t>
      </w:r>
      <w:proofErr w:type="spellEnd"/>
      <w:r w:rsidRPr="00BD24B4">
        <w:rPr>
          <w:rFonts w:cs="Times New Roman"/>
          <w:lang w:val="ru-RU"/>
        </w:rPr>
        <w:t xml:space="preserve"> непрерывно в течении года внимательно ознакомьтесь с данным разделом руководства по эксплуатации.</w:t>
      </w:r>
    </w:p>
    <w:p w14:paraId="5DA28FA2" w14:textId="101B7F79" w:rsidR="002F0DFD" w:rsidRPr="00BD24B4" w:rsidRDefault="002F0DFD" w:rsidP="006A368D">
      <w:pPr>
        <w:jc w:val="both"/>
        <w:rPr>
          <w:rFonts w:cs="Times New Roman"/>
          <w:lang w:val="ru-RU"/>
        </w:rPr>
      </w:pPr>
      <w:r w:rsidRPr="00BD24B4">
        <w:rPr>
          <w:rFonts w:cs="Times New Roman"/>
          <w:lang w:val="ru-RU"/>
        </w:rPr>
        <w:t xml:space="preserve">Перед постановкой </w:t>
      </w:r>
      <w:proofErr w:type="spellStart"/>
      <w:r w:rsidRPr="00BD24B4">
        <w:rPr>
          <w:rFonts w:cs="Times New Roman"/>
          <w:lang w:val="ru-RU"/>
        </w:rPr>
        <w:t>квадрицикла</w:t>
      </w:r>
      <w:proofErr w:type="spellEnd"/>
      <w:r w:rsidRPr="00BD24B4">
        <w:rPr>
          <w:rFonts w:cs="Times New Roman"/>
          <w:lang w:val="ru-RU"/>
        </w:rPr>
        <w:t xml:space="preserve"> на длительное хранение необхо</w:t>
      </w:r>
      <w:r w:rsidR="00BB51FC" w:rsidRPr="00BD24B4">
        <w:rPr>
          <w:rFonts w:cs="Times New Roman"/>
          <w:lang w:val="ru-RU"/>
        </w:rPr>
        <w:t>димо выполнить следующие пункты:</w:t>
      </w:r>
    </w:p>
    <w:p w14:paraId="2B24AF3D" w14:textId="77777777" w:rsidR="00BB51FC" w:rsidRPr="00BD24B4" w:rsidRDefault="00BB51FC" w:rsidP="006A368D">
      <w:pPr>
        <w:pStyle w:val="p"/>
      </w:pPr>
    </w:p>
    <w:p w14:paraId="406D321D" w14:textId="77777777" w:rsidR="002F0DFD" w:rsidRPr="00BD24B4" w:rsidRDefault="002F0DFD" w:rsidP="00AC7DBA">
      <w:pPr>
        <w:pStyle w:val="n"/>
        <w:numPr>
          <w:ilvl w:val="0"/>
          <w:numId w:val="39"/>
        </w:numPr>
        <w:ind w:left="426"/>
      </w:pPr>
      <w:r w:rsidRPr="00BD24B4">
        <w:t xml:space="preserve">Тщательно вымойте </w:t>
      </w:r>
      <w:proofErr w:type="spellStart"/>
      <w:r w:rsidRPr="00BD24B4">
        <w:t>квадрицикл</w:t>
      </w:r>
      <w:proofErr w:type="spellEnd"/>
      <w:r w:rsidRPr="00BD24B4">
        <w:t xml:space="preserve"> и просушите его. При мойке избегайте попадания струи высокого давления в зону впускного окна корпуса воздушного фильтра, в выходное отверстие глушителя, на сальники, пыльники, уплотнения и подвижные соединения, содержащие смазку, на разъемы электропроводки и на элементы светотехники и клавиши, и переключатели управления системами </w:t>
      </w:r>
      <w:proofErr w:type="spellStart"/>
      <w:r w:rsidRPr="00BD24B4">
        <w:t>квадрицикла</w:t>
      </w:r>
      <w:proofErr w:type="spellEnd"/>
      <w:r w:rsidRPr="00BD24B4">
        <w:t>.</w:t>
      </w:r>
    </w:p>
    <w:p w14:paraId="38284A78" w14:textId="77777777" w:rsidR="002F0DFD" w:rsidRPr="00BD24B4" w:rsidRDefault="002F0DFD" w:rsidP="00A97ACA">
      <w:pPr>
        <w:pStyle w:val="nn1"/>
      </w:pPr>
      <w:r w:rsidRPr="00BD24B4">
        <w:t>Заполните топливный бак свежим топливом (бензин с октановым числом не менее 92) до уровня 20 мм до нижнего края заливной горловины.</w:t>
      </w:r>
    </w:p>
    <w:p w14:paraId="7CBD9F74" w14:textId="77777777" w:rsidR="002F0DFD" w:rsidRPr="00BD24B4" w:rsidRDefault="002F0DFD" w:rsidP="00A97ACA">
      <w:pPr>
        <w:pStyle w:val="nn1"/>
      </w:pPr>
      <w:r w:rsidRPr="00BD24B4">
        <w:t>Проверить уровни масла в двигателе, КПП, переднем и заднем редукторе. При почернении масла, обнаружении в нем посторонних включений либо воды или эмульсии масло необходимо заменить.</w:t>
      </w:r>
    </w:p>
    <w:p w14:paraId="119B1862" w14:textId="77777777" w:rsidR="002F0DFD" w:rsidRPr="00BD24B4" w:rsidRDefault="002F0DFD" w:rsidP="00A97ACA">
      <w:pPr>
        <w:pStyle w:val="nn1"/>
      </w:pPr>
      <w:r w:rsidRPr="00BD24B4">
        <w:t>Заменить консистентную смазку во всех соответствующих соединениях, шарнирах передней и задней подвески, деталях рулевого механизма, крестовинах карданных приводов. Нагнетать свежую смазку до момента полного выдавливания использованной и появления чистой. Рекомендуемая смазка ЦИАТИМ 221 для всех шприцуемых соединений кроме крестовин карданных приводов, для крестовин карданных приводов используйте смазки на углеводородной основе типа ЛИТОЛ-24.</w:t>
      </w:r>
    </w:p>
    <w:p w14:paraId="0603292B" w14:textId="77777777" w:rsidR="002F0DFD" w:rsidRPr="00BD24B4" w:rsidRDefault="002F0DFD" w:rsidP="00A97ACA">
      <w:pPr>
        <w:pStyle w:val="nn1"/>
      </w:pPr>
      <w:r w:rsidRPr="00BD24B4">
        <w:t>Убедиться в отсутствии трещин и разрывов на резиновых чехлах и пыльниках. Нанесите на поверхность резиновых чехлов и пыльников защитную смазку. Используйте жидкую силиконовую смазку в аэрозольном баллоне.</w:t>
      </w:r>
    </w:p>
    <w:p w14:paraId="424F07A0" w14:textId="77777777" w:rsidR="002F0DFD" w:rsidRPr="00BD24B4" w:rsidRDefault="002F0DFD" w:rsidP="00A97ACA">
      <w:pPr>
        <w:pStyle w:val="nn1"/>
      </w:pPr>
      <w:r w:rsidRPr="00BD24B4">
        <w:t>Дайте двигателю поработать несколько минут и проведите консервацию двигателя либо специальным аэрозольным консервантом четырехтактного двигателя (для этого следуйте инструкции к конкретному консерванту) либо остановите двигатель, выкрутите свечу зажигания, залейте в свечное отверстие порядка 30мл моторного масла, прокрутите кратковременно двигатель электростартером без свечи зажигания (высоковольтный провод при этом должен быть замкнут на «массу») вкрутите свечу на место. Закупорьте выходное отверстие глушителя пробкой (либо специальной для глушителей квадроциклов и мотоциклов) либо скрученной из промасленной бумаги. ВНИМАНИЕ! После проведения консервации двигателя не запускайте его до окончания хранения.</w:t>
      </w:r>
    </w:p>
    <w:p w14:paraId="6CE45705" w14:textId="77777777" w:rsidR="002F0DFD" w:rsidRPr="00BD24B4" w:rsidRDefault="002F0DFD" w:rsidP="00A97ACA">
      <w:pPr>
        <w:pStyle w:val="nn1"/>
      </w:pPr>
      <w:r w:rsidRPr="00BD24B4">
        <w:t xml:space="preserve">Нанесите на ЛКП </w:t>
      </w:r>
      <w:proofErr w:type="spellStart"/>
      <w:r w:rsidRPr="00BD24B4">
        <w:t>квадрицикла</w:t>
      </w:r>
      <w:proofErr w:type="spellEnd"/>
      <w:r w:rsidRPr="00BD24B4">
        <w:t xml:space="preserve"> и на детали багажников и бампера защитное покрытие на восковой основе.</w:t>
      </w:r>
    </w:p>
    <w:p w14:paraId="0EEB491D" w14:textId="77777777" w:rsidR="002F0DFD" w:rsidRPr="00BD24B4" w:rsidRDefault="002F0DFD" w:rsidP="00A97ACA">
      <w:pPr>
        <w:pStyle w:val="nn1"/>
      </w:pPr>
      <w:r w:rsidRPr="00BD24B4">
        <w:t xml:space="preserve">Если хранение предполагается в месте, где на </w:t>
      </w:r>
      <w:proofErr w:type="spellStart"/>
      <w:r w:rsidRPr="00BD24B4">
        <w:t>квадрицикл</w:t>
      </w:r>
      <w:proofErr w:type="spellEnd"/>
      <w:r w:rsidRPr="00BD24B4">
        <w:t xml:space="preserve"> будут воздействовать отрицательные температуры необходимо снять аккумулятор, полностью его зарядить и хранить отдельно в месте, где предполагается положительная температура. Если хранение предполагается в теплом месте, то полностью зарядите аккумулятор и оставьте его на </w:t>
      </w:r>
      <w:proofErr w:type="spellStart"/>
      <w:r w:rsidRPr="00BD24B4">
        <w:t>квадрицикле</w:t>
      </w:r>
      <w:proofErr w:type="spellEnd"/>
      <w:r w:rsidRPr="00BD24B4">
        <w:t xml:space="preserve"> предварительно отключив клемму «- «минус».</w:t>
      </w:r>
    </w:p>
    <w:p w14:paraId="73609F65" w14:textId="77777777" w:rsidR="002F0DFD" w:rsidRPr="00BD24B4" w:rsidRDefault="002F0DFD" w:rsidP="00A97ACA">
      <w:pPr>
        <w:pStyle w:val="nn1"/>
      </w:pPr>
      <w:r w:rsidRPr="00BD24B4">
        <w:t xml:space="preserve">Проверьте давление в шинах и доведите его до нормы в 0.7-0.8 </w:t>
      </w:r>
      <w:proofErr w:type="spellStart"/>
      <w:r w:rsidRPr="00BD24B4">
        <w:t>Атм</w:t>
      </w:r>
      <w:proofErr w:type="spellEnd"/>
      <w:r w:rsidRPr="00BD24B4">
        <w:t xml:space="preserve"> желательно обработать чистые шины средством для шин, а </w:t>
      </w:r>
      <w:proofErr w:type="spellStart"/>
      <w:r w:rsidRPr="00BD24B4">
        <w:t>квадрицикл</w:t>
      </w:r>
      <w:proofErr w:type="spellEnd"/>
      <w:r w:rsidRPr="00BD24B4">
        <w:t xml:space="preserve"> хранить с вывешенными колесами. Для этого установить его на подставки.</w:t>
      </w:r>
    </w:p>
    <w:p w14:paraId="5CCFD8EE" w14:textId="001D238D" w:rsidR="002F0DFD" w:rsidRPr="00BD24B4" w:rsidRDefault="002F0DFD" w:rsidP="00A97ACA">
      <w:pPr>
        <w:pStyle w:val="nn1"/>
      </w:pPr>
      <w:r w:rsidRPr="00BD24B4">
        <w:t xml:space="preserve">При использовании для хранения тента крайне нежелательно касание полотнищем тента деталей </w:t>
      </w:r>
      <w:proofErr w:type="spellStart"/>
      <w:r w:rsidRPr="00BD24B4">
        <w:t>квадрицикла</w:t>
      </w:r>
      <w:proofErr w:type="spellEnd"/>
      <w:r w:rsidRPr="00BD24B4">
        <w:t xml:space="preserve"> во </w:t>
      </w:r>
      <w:proofErr w:type="spellStart"/>
      <w:r w:rsidRPr="00BD24B4">
        <w:t>избежании</w:t>
      </w:r>
      <w:proofErr w:type="spellEnd"/>
      <w:r w:rsidRPr="00BD24B4">
        <w:t xml:space="preserve"> примерзания тента, протирания ЛКП колеблющимся от ветра тентом и создания полотнищем не продуваемых зон с эффектом парника. Если тент не имеет собственного каркаса создайте его подобие натянув веревки от руля к элементам багажника и растяните кромки и края закрепив колышками к грунту или при</w:t>
      </w:r>
      <w:r w:rsidR="007E43C2" w:rsidRPr="00BD24B4">
        <w:t>жав грузом</w:t>
      </w:r>
      <w:r w:rsidRPr="00BD24B4">
        <w:t xml:space="preserve"> к площадке.</w:t>
      </w:r>
    </w:p>
    <w:p w14:paraId="36FF51E5" w14:textId="336E028C" w:rsidR="006A368D" w:rsidRPr="00BD24B4" w:rsidRDefault="006A368D">
      <w:pPr>
        <w:spacing w:after="200" w:line="276" w:lineRule="auto"/>
        <w:rPr>
          <w:rFonts w:cs="Times New Roman"/>
          <w:lang w:val="ru-RU"/>
        </w:rPr>
      </w:pPr>
      <w:r w:rsidRPr="00BD24B4">
        <w:rPr>
          <w:rFonts w:cs="Times New Roman"/>
          <w:lang w:val="ru-RU"/>
        </w:rPr>
        <w:br w:type="page"/>
      </w:r>
    </w:p>
    <w:p w14:paraId="14BA0068" w14:textId="3EAE3F84" w:rsidR="00903E94" w:rsidRPr="00BD24B4" w:rsidRDefault="00903E94" w:rsidP="006A368D">
      <w:pPr>
        <w:pStyle w:val="p"/>
      </w:pPr>
    </w:p>
    <w:p w14:paraId="3DC78B76" w14:textId="10924579" w:rsidR="00903E94" w:rsidRPr="00BD24B4" w:rsidRDefault="006A368D" w:rsidP="006A368D">
      <w:pPr>
        <w:pStyle w:val="1"/>
      </w:pPr>
      <w:bookmarkStart w:id="20" w:name="_Toc220542620"/>
      <w:r w:rsidRPr="00BD24B4">
        <w:t>18.</w:t>
      </w:r>
      <w:r w:rsidRPr="00BD24B4">
        <w:tab/>
      </w:r>
      <w:r w:rsidR="00903E94" w:rsidRPr="00BD24B4">
        <w:t>ПОДГОТОВКА К ЭКСПЛУАТАЦИИ ПОСЛЕ ДЛИТЕЛЬНОГО ХРАНЕНИЯ (КОНСЕРВАЦИИ)</w:t>
      </w:r>
      <w:bookmarkEnd w:id="20"/>
    </w:p>
    <w:p w14:paraId="567FE382" w14:textId="77777777" w:rsidR="006A368D" w:rsidRPr="00BD24B4" w:rsidRDefault="006A368D" w:rsidP="003C0DC6">
      <w:pPr>
        <w:pStyle w:val="p"/>
      </w:pPr>
    </w:p>
    <w:p w14:paraId="2E54F924" w14:textId="4C59C329" w:rsidR="00867423" w:rsidRPr="00BD24B4" w:rsidRDefault="00867423" w:rsidP="00AC7DBA">
      <w:pPr>
        <w:pStyle w:val="n"/>
        <w:numPr>
          <w:ilvl w:val="0"/>
          <w:numId w:val="40"/>
        </w:numPr>
        <w:ind w:left="426" w:hanging="426"/>
      </w:pPr>
      <w:r w:rsidRPr="00BD24B4">
        <w:t xml:space="preserve">Очистите </w:t>
      </w:r>
      <w:proofErr w:type="spellStart"/>
      <w:r w:rsidRPr="00BD24B4">
        <w:t>квадрицикл</w:t>
      </w:r>
      <w:proofErr w:type="spellEnd"/>
      <w:r w:rsidRPr="00BD24B4">
        <w:t xml:space="preserve"> от крупного </w:t>
      </w:r>
      <w:r w:rsidR="00AB1D0C" w:rsidRPr="00BD24B4">
        <w:t>мусора,</w:t>
      </w:r>
      <w:r w:rsidRPr="00BD24B4">
        <w:t xml:space="preserve"> вымойте его и просушите сжатым воздухом либо естественным путем </w:t>
      </w:r>
      <w:r w:rsidR="00AB1D0C" w:rsidRPr="00BD24B4">
        <w:t xml:space="preserve">предварительно </w:t>
      </w:r>
      <w:proofErr w:type="spellStart"/>
      <w:r w:rsidR="00AB1D0C" w:rsidRPr="00BD24B4">
        <w:t>промакнув</w:t>
      </w:r>
      <w:proofErr w:type="spellEnd"/>
      <w:r w:rsidRPr="00BD24B4">
        <w:t xml:space="preserve"> капли воды ветошью или салфеткой.</w:t>
      </w:r>
    </w:p>
    <w:p w14:paraId="10C86CA1" w14:textId="23465CAD" w:rsidR="00867423" w:rsidRPr="00BD24B4" w:rsidRDefault="00867423" w:rsidP="00AC7DBA">
      <w:pPr>
        <w:pStyle w:val="nn1"/>
        <w:ind w:left="426" w:hanging="426"/>
      </w:pPr>
      <w:r w:rsidRPr="00BD24B4">
        <w:t>Проконтролируйте давление во всех колесах, при необходимости доведите его до нормы 0.7-0.8 Атм.</w:t>
      </w:r>
    </w:p>
    <w:p w14:paraId="45CB0D56" w14:textId="52D9CDD3" w:rsidR="00867423" w:rsidRPr="00BD24B4" w:rsidRDefault="00867423" w:rsidP="00AC7DBA">
      <w:pPr>
        <w:pStyle w:val="nn1"/>
        <w:ind w:left="426" w:hanging="426"/>
      </w:pPr>
      <w:r w:rsidRPr="00BD24B4">
        <w:t>Поставьте предварительно заряженный аккумулятор на штатное место и /или закрепите клемму «масса».</w:t>
      </w:r>
    </w:p>
    <w:p w14:paraId="7AE83A1F" w14:textId="6A87FB8F" w:rsidR="00867423" w:rsidRPr="00BD24B4" w:rsidRDefault="00867423" w:rsidP="00AC7DBA">
      <w:pPr>
        <w:pStyle w:val="nn1"/>
        <w:ind w:left="426" w:hanging="426"/>
      </w:pPr>
      <w:r w:rsidRPr="00BD24B4">
        <w:t xml:space="preserve">Проверьте уровни масла в двигателе, КПП, в переднем и заднем редукторе. </w:t>
      </w:r>
    </w:p>
    <w:p w14:paraId="7ACCA366" w14:textId="5DA03982" w:rsidR="00CD2976" w:rsidRPr="00BD24B4" w:rsidRDefault="00867423" w:rsidP="00AC7DBA">
      <w:pPr>
        <w:pStyle w:val="nn1"/>
        <w:ind w:left="426" w:hanging="426"/>
      </w:pPr>
      <w:r w:rsidRPr="00BD24B4">
        <w:t>Выкрутите свечу зажигания прокрутите двигатель стартером в течении 20 секунд (высоковольтный провод при этом должен быть замкнут на массу во избежание воспламенения паров топлива искрой</w:t>
      </w:r>
      <w:proofErr w:type="gramStart"/>
      <w:r w:rsidRPr="00BD24B4">
        <w:t>)</w:t>
      </w:r>
      <w:proofErr w:type="gramEnd"/>
      <w:r w:rsidR="00CD2976" w:rsidRPr="00BD24B4">
        <w:t xml:space="preserve"> Очистите и просушите (или замените) свечу зажигания и установите ее на место.</w:t>
      </w:r>
      <w:r w:rsidR="00541244" w:rsidRPr="00BD24B4">
        <w:t xml:space="preserve"> Удалите заглушку из выхлопной системы.</w:t>
      </w:r>
    </w:p>
    <w:p w14:paraId="321EC266" w14:textId="68C42B19" w:rsidR="00867423" w:rsidRPr="00BD24B4" w:rsidRDefault="00CD2976" w:rsidP="00AC7DBA">
      <w:pPr>
        <w:pStyle w:val="nn1"/>
        <w:ind w:left="426" w:hanging="426"/>
      </w:pPr>
      <w:r w:rsidRPr="00BD24B4">
        <w:t>Рекомендуемый срок хранения бензина не должен превышать 3-х месяцев, в противном случае его свойства сильно ухудшаются, если в Вашем случае топливо хранилось в баке дольше мы рекомендуем заменить его свежим. Не используйте топливо, которое долго хранилось в емкостях и не имеет маркировки.</w:t>
      </w:r>
      <w:r w:rsidR="00867423" w:rsidRPr="00BD24B4">
        <w:t xml:space="preserve"> </w:t>
      </w:r>
      <w:r w:rsidRPr="00BD24B4">
        <w:t>Не создавайте разряжение в шланге при переливе топлива из бака ртом. Попадание бензина в желудок и легкие может привести к смерти от отравления или удушья. Используйте шланг со специальной грушей.</w:t>
      </w:r>
    </w:p>
    <w:p w14:paraId="3649A384" w14:textId="21A56581" w:rsidR="00CD2976" w:rsidRPr="00BD24B4" w:rsidRDefault="00CD2976" w:rsidP="00AC7DBA">
      <w:pPr>
        <w:pStyle w:val="nn1"/>
        <w:ind w:left="426" w:hanging="426"/>
      </w:pPr>
      <w:r w:rsidRPr="00BD24B4">
        <w:t xml:space="preserve">Проверьте уровень охлаждающей жидкости и </w:t>
      </w:r>
      <w:r w:rsidR="00541244" w:rsidRPr="00BD24B4">
        <w:t>при необходимости доведите его до нормы.</w:t>
      </w:r>
    </w:p>
    <w:p w14:paraId="630C83E6" w14:textId="4775B5CB" w:rsidR="00541244" w:rsidRPr="00BD24B4" w:rsidRDefault="00541244" w:rsidP="00AC7DBA">
      <w:pPr>
        <w:pStyle w:val="nn1"/>
        <w:ind w:left="426" w:hanging="426"/>
      </w:pPr>
      <w:r w:rsidRPr="00BD24B4">
        <w:t>Запустите двигатель и прогрейте его до рабочей температуры.</w:t>
      </w:r>
    </w:p>
    <w:p w14:paraId="5345AAEB" w14:textId="523B4493" w:rsidR="00541244" w:rsidRPr="00BD24B4" w:rsidRDefault="00541244" w:rsidP="00AC7DBA">
      <w:pPr>
        <w:pStyle w:val="nn1"/>
        <w:ind w:left="426" w:hanging="426"/>
      </w:pPr>
      <w:r w:rsidRPr="00BD24B4">
        <w:t xml:space="preserve">Остановите двигатель и повторно проверьте уровень масла в двигателе и КПП обращая особое внимание на цвет масла. При обнаружении в масле воды (эмульсии) масло необходимо срочно заменить. </w:t>
      </w:r>
    </w:p>
    <w:p w14:paraId="216B8B8D" w14:textId="311E7C44" w:rsidR="00541244" w:rsidRPr="00BD24B4" w:rsidRDefault="00541244" w:rsidP="00AC7DBA">
      <w:pPr>
        <w:pStyle w:val="nn1"/>
        <w:ind w:left="426" w:hanging="426"/>
      </w:pPr>
      <w:r w:rsidRPr="00BD24B4">
        <w:t>Проверьте все окрашенные</w:t>
      </w:r>
      <w:r w:rsidR="00AB1D0C" w:rsidRPr="00BD24B4">
        <w:t xml:space="preserve"> металлические детали, при обнаружении очагов коррозии необходимо произвести локальную очистку, грунтовку и окраску очага коррозии.</w:t>
      </w:r>
    </w:p>
    <w:p w14:paraId="49846DF7" w14:textId="255678B4" w:rsidR="00AB1D0C" w:rsidRPr="00BD24B4" w:rsidRDefault="00AB1D0C" w:rsidP="00AC7DBA">
      <w:pPr>
        <w:pStyle w:val="nn1"/>
        <w:ind w:left="426" w:hanging="426"/>
      </w:pPr>
      <w:r w:rsidRPr="00BD24B4">
        <w:t>Проверьте и убедитесь в исправности электрооборудования, светового и звукового оборудования.</w:t>
      </w:r>
    </w:p>
    <w:p w14:paraId="0A6AB81D" w14:textId="78535D4C" w:rsidR="00AB1D0C" w:rsidRPr="00BD24B4" w:rsidRDefault="00AB1D0C" w:rsidP="00AC7DBA">
      <w:pPr>
        <w:pStyle w:val="nn1"/>
        <w:ind w:left="426" w:hanging="426"/>
      </w:pPr>
      <w:r w:rsidRPr="00BD24B4">
        <w:t>Проверьте исправность, комплектность и срок годности аптечки оказания первой помощи. Наличие и исправность знака аварийной остановки и огнетушителя.</w:t>
      </w:r>
    </w:p>
    <w:p w14:paraId="49B65E8F" w14:textId="24068710" w:rsidR="00AB1D0C" w:rsidRPr="00BD24B4" w:rsidRDefault="00AB1D0C" w:rsidP="00AC7DBA">
      <w:pPr>
        <w:pStyle w:val="nn1"/>
        <w:ind w:left="426" w:hanging="426"/>
      </w:pPr>
      <w:r w:rsidRPr="00BD24B4">
        <w:t xml:space="preserve">Убедитесь в исправности тормозной системы </w:t>
      </w:r>
      <w:r w:rsidR="00E6249C" w:rsidRPr="00BD24B4">
        <w:t xml:space="preserve">проверив уровни тормозной жидкости в бачке переднего тормоза на левой стороне руля и бачке ножного тормоза под передним капотом. Нажав и удерживая в нажатом положении рычаг на руле и педаль ножного тормоза в течении 30 секунд убедитесь в отсутствии ослабления (проваливания) рычага или педали. </w:t>
      </w:r>
    </w:p>
    <w:p w14:paraId="39808350" w14:textId="32A57DD3" w:rsidR="00E6249C" w:rsidRPr="00BD24B4" w:rsidRDefault="00E6249C" w:rsidP="00AC7DBA">
      <w:pPr>
        <w:pStyle w:val="nn1"/>
        <w:ind w:left="426" w:hanging="426"/>
      </w:pPr>
      <w:r w:rsidRPr="00BD24B4">
        <w:t xml:space="preserve">В движении на разных режимах КПП и при поворотах убедитесь в отсутствии проблем и посторонних звуков и </w:t>
      </w:r>
      <w:proofErr w:type="gramStart"/>
      <w:r w:rsidRPr="00BD24B4">
        <w:t>препятствий .</w:t>
      </w:r>
      <w:proofErr w:type="gramEnd"/>
    </w:p>
    <w:p w14:paraId="1767B8E5" w14:textId="09F5F511" w:rsidR="00BB51FC" w:rsidRPr="00BD24B4" w:rsidRDefault="00BB51FC">
      <w:pPr>
        <w:spacing w:after="200" w:line="276" w:lineRule="auto"/>
        <w:rPr>
          <w:rFonts w:cs="Times New Roman"/>
          <w:lang w:val="ru-RU"/>
        </w:rPr>
      </w:pPr>
      <w:r w:rsidRPr="00BD24B4">
        <w:rPr>
          <w:rFonts w:cs="Times New Roman"/>
          <w:lang w:val="ru-RU"/>
        </w:rPr>
        <w:br w:type="page"/>
      </w:r>
    </w:p>
    <w:p w14:paraId="79D45AA8" w14:textId="77777777" w:rsidR="00BB51FC" w:rsidRPr="00BD24B4" w:rsidRDefault="00BB51FC" w:rsidP="003C0DC6">
      <w:pPr>
        <w:pStyle w:val="p"/>
      </w:pPr>
    </w:p>
    <w:p w14:paraId="5EDC8E50" w14:textId="44CE678B" w:rsidR="0056157D" w:rsidRPr="00BD24B4" w:rsidRDefault="003C0DC6" w:rsidP="00BB51FC">
      <w:pPr>
        <w:pStyle w:val="1"/>
      </w:pPr>
      <w:bookmarkStart w:id="21" w:name="_Toc220542621"/>
      <w:r w:rsidRPr="00BD24B4">
        <w:rPr>
          <w:lang w:val="en-US"/>
        </w:rPr>
        <w:t>19</w:t>
      </w:r>
      <w:r w:rsidR="00813657" w:rsidRPr="00BD24B4">
        <w:t>.</w:t>
      </w:r>
      <w:r w:rsidR="00BB51FC" w:rsidRPr="00BD24B4">
        <w:tab/>
      </w:r>
      <w:r w:rsidR="00813657" w:rsidRPr="00BD24B4">
        <w:t>СПЕЦИФИКАЦИЯ</w:t>
      </w:r>
      <w:bookmarkEnd w:id="21"/>
      <w:r w:rsidR="00813657" w:rsidRPr="00BD24B4">
        <w:t xml:space="preserve"> </w:t>
      </w:r>
    </w:p>
    <w:p w14:paraId="660E9F2C" w14:textId="4D167A33" w:rsidR="0056157D" w:rsidRPr="00BD24B4" w:rsidRDefault="0056157D">
      <w:pPr>
        <w:rPr>
          <w:rFonts w:cs="Times New Roman"/>
          <w:lang w:val="ru-RU"/>
        </w:rPr>
      </w:pPr>
    </w:p>
    <w:tbl>
      <w:tblPr>
        <w:tblStyle w:val="65"/>
        <w:tblW w:w="5000" w:type="pct"/>
        <w:tblCellMar>
          <w:top w:w="85" w:type="dxa"/>
          <w:bottom w:w="85" w:type="dxa"/>
        </w:tblCellMar>
        <w:tblLook w:val="04A0" w:firstRow="1" w:lastRow="0" w:firstColumn="1" w:lastColumn="0" w:noHBand="0" w:noVBand="1"/>
      </w:tblPr>
      <w:tblGrid>
        <w:gridCol w:w="3300"/>
        <w:gridCol w:w="3301"/>
      </w:tblGrid>
      <w:tr w:rsidR="00090549" w:rsidRPr="00BD24B4" w14:paraId="1277227F" w14:textId="77777777" w:rsidTr="00AC7DBA">
        <w:tc>
          <w:tcPr>
            <w:tcW w:w="5000" w:type="pct"/>
            <w:gridSpan w:val="2"/>
            <w:vAlign w:val="center"/>
          </w:tcPr>
          <w:p w14:paraId="0651FD82" w14:textId="77777777" w:rsidR="00090549" w:rsidRPr="00BD24B4" w:rsidRDefault="00090549" w:rsidP="00090549">
            <w:pPr>
              <w:widowControl w:val="0"/>
              <w:spacing w:line="276" w:lineRule="auto"/>
              <w:jc w:val="center"/>
              <w:rPr>
                <w:rFonts w:cs="Times New Roman"/>
                <w:b/>
                <w:bCs/>
                <w:szCs w:val="24"/>
              </w:rPr>
            </w:pPr>
            <w:r w:rsidRPr="00BD24B4">
              <w:rPr>
                <w:rFonts w:cs="Times New Roman"/>
                <w:b/>
                <w:bCs/>
                <w:szCs w:val="24"/>
                <w:lang w:val="ru"/>
              </w:rPr>
              <w:t>Характеристики</w:t>
            </w:r>
          </w:p>
        </w:tc>
      </w:tr>
      <w:tr w:rsidR="00090549" w:rsidRPr="00BD24B4" w14:paraId="114E6F64" w14:textId="77777777" w:rsidTr="00AC7DBA">
        <w:tc>
          <w:tcPr>
            <w:tcW w:w="2500" w:type="pct"/>
            <w:vAlign w:val="center"/>
          </w:tcPr>
          <w:p w14:paraId="7F731370"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Вместимость топливного бака</w:t>
            </w:r>
          </w:p>
        </w:tc>
        <w:tc>
          <w:tcPr>
            <w:tcW w:w="2500" w:type="pct"/>
            <w:vAlign w:val="center"/>
          </w:tcPr>
          <w:p w14:paraId="7CBD9D74"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17 л</w:t>
            </w:r>
          </w:p>
        </w:tc>
      </w:tr>
      <w:tr w:rsidR="00090549" w:rsidRPr="00BD24B4" w14:paraId="2A796929" w14:textId="77777777" w:rsidTr="00AC7DBA">
        <w:tc>
          <w:tcPr>
            <w:tcW w:w="2500" w:type="pct"/>
            <w:vAlign w:val="center"/>
          </w:tcPr>
          <w:p w14:paraId="091419BC"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Объем моторного масла</w:t>
            </w:r>
          </w:p>
        </w:tc>
        <w:tc>
          <w:tcPr>
            <w:tcW w:w="2500" w:type="pct"/>
            <w:vAlign w:val="center"/>
          </w:tcPr>
          <w:p w14:paraId="632C02EF"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1,3 л</w:t>
            </w:r>
          </w:p>
        </w:tc>
      </w:tr>
      <w:tr w:rsidR="00090549" w:rsidRPr="00BD24B4" w14:paraId="3731CF16" w14:textId="77777777" w:rsidTr="00AC7DBA">
        <w:tc>
          <w:tcPr>
            <w:tcW w:w="2500" w:type="pct"/>
            <w:vAlign w:val="center"/>
          </w:tcPr>
          <w:p w14:paraId="0EC417AC"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Дорожный просвет</w:t>
            </w:r>
          </w:p>
        </w:tc>
        <w:tc>
          <w:tcPr>
            <w:tcW w:w="2500" w:type="pct"/>
            <w:vAlign w:val="center"/>
          </w:tcPr>
          <w:p w14:paraId="13CCE9CB"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250 мм</w:t>
            </w:r>
          </w:p>
        </w:tc>
      </w:tr>
      <w:tr w:rsidR="00090549" w:rsidRPr="00BD24B4" w14:paraId="10A7061E" w14:textId="77777777" w:rsidTr="00AC7DBA">
        <w:tc>
          <w:tcPr>
            <w:tcW w:w="2500" w:type="pct"/>
            <w:vAlign w:val="center"/>
          </w:tcPr>
          <w:p w14:paraId="0CE25DA1"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Высота</w:t>
            </w:r>
          </w:p>
        </w:tc>
        <w:tc>
          <w:tcPr>
            <w:tcW w:w="2500" w:type="pct"/>
            <w:vAlign w:val="center"/>
          </w:tcPr>
          <w:p w14:paraId="632EACC6"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1340 мм</w:t>
            </w:r>
          </w:p>
        </w:tc>
      </w:tr>
      <w:tr w:rsidR="00090549" w:rsidRPr="00BD24B4" w14:paraId="137B5849" w14:textId="77777777" w:rsidTr="00AC7DBA">
        <w:tc>
          <w:tcPr>
            <w:tcW w:w="2500" w:type="pct"/>
            <w:vAlign w:val="center"/>
          </w:tcPr>
          <w:p w14:paraId="72A26CBC"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Длина</w:t>
            </w:r>
          </w:p>
        </w:tc>
        <w:tc>
          <w:tcPr>
            <w:tcW w:w="2500" w:type="pct"/>
            <w:vAlign w:val="center"/>
          </w:tcPr>
          <w:p w14:paraId="5C325F35"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2315 мм</w:t>
            </w:r>
          </w:p>
        </w:tc>
      </w:tr>
      <w:tr w:rsidR="00090549" w:rsidRPr="00BD24B4" w14:paraId="4AEB1DB8" w14:textId="77777777" w:rsidTr="00AC7DBA">
        <w:tc>
          <w:tcPr>
            <w:tcW w:w="2500" w:type="pct"/>
            <w:vAlign w:val="center"/>
          </w:tcPr>
          <w:p w14:paraId="7DF6AECC"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Ширина</w:t>
            </w:r>
          </w:p>
        </w:tc>
        <w:tc>
          <w:tcPr>
            <w:tcW w:w="2500" w:type="pct"/>
            <w:vAlign w:val="center"/>
          </w:tcPr>
          <w:p w14:paraId="7B9CD6D8"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1140 мм</w:t>
            </w:r>
          </w:p>
        </w:tc>
      </w:tr>
      <w:tr w:rsidR="00090549" w:rsidRPr="00BD24B4" w14:paraId="4961F7B0" w14:textId="77777777" w:rsidTr="00AC7DBA">
        <w:tc>
          <w:tcPr>
            <w:tcW w:w="2500" w:type="pct"/>
            <w:vAlign w:val="center"/>
          </w:tcPr>
          <w:p w14:paraId="38E0026C"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Колесная база</w:t>
            </w:r>
          </w:p>
        </w:tc>
        <w:tc>
          <w:tcPr>
            <w:tcW w:w="2500" w:type="pct"/>
            <w:vAlign w:val="center"/>
          </w:tcPr>
          <w:p w14:paraId="04C9B644"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1460 мм</w:t>
            </w:r>
          </w:p>
        </w:tc>
      </w:tr>
      <w:tr w:rsidR="00090549" w:rsidRPr="00BD24B4" w14:paraId="7CF95A1C" w14:textId="77777777" w:rsidTr="00AC7DBA">
        <w:tc>
          <w:tcPr>
            <w:tcW w:w="2500" w:type="pct"/>
            <w:vAlign w:val="center"/>
          </w:tcPr>
          <w:p w14:paraId="4E68027D"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Сухой вес</w:t>
            </w:r>
          </w:p>
        </w:tc>
        <w:tc>
          <w:tcPr>
            <w:tcW w:w="2500" w:type="pct"/>
            <w:vAlign w:val="center"/>
          </w:tcPr>
          <w:p w14:paraId="0734504D"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353 кг</w:t>
            </w:r>
          </w:p>
        </w:tc>
      </w:tr>
      <w:tr w:rsidR="00090549" w:rsidRPr="00BD24B4" w14:paraId="72BA68FB" w14:textId="77777777" w:rsidTr="00AC7DBA">
        <w:tc>
          <w:tcPr>
            <w:tcW w:w="2500" w:type="pct"/>
            <w:vAlign w:val="center"/>
          </w:tcPr>
          <w:p w14:paraId="0502D099"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Нагрузка на передний багажник</w:t>
            </w:r>
          </w:p>
        </w:tc>
        <w:tc>
          <w:tcPr>
            <w:tcW w:w="2500" w:type="pct"/>
            <w:vAlign w:val="center"/>
          </w:tcPr>
          <w:p w14:paraId="58092AC3"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30 кг</w:t>
            </w:r>
          </w:p>
        </w:tc>
      </w:tr>
      <w:tr w:rsidR="00090549" w:rsidRPr="00BD24B4" w14:paraId="172E99E6" w14:textId="77777777" w:rsidTr="00AC7DBA">
        <w:tc>
          <w:tcPr>
            <w:tcW w:w="2500" w:type="pct"/>
            <w:vAlign w:val="center"/>
          </w:tcPr>
          <w:p w14:paraId="745A65D5"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Нагрузка на задний багажник</w:t>
            </w:r>
          </w:p>
        </w:tc>
        <w:tc>
          <w:tcPr>
            <w:tcW w:w="2500" w:type="pct"/>
            <w:vAlign w:val="center"/>
          </w:tcPr>
          <w:p w14:paraId="4B0197EF"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60 кг</w:t>
            </w:r>
          </w:p>
        </w:tc>
      </w:tr>
      <w:tr w:rsidR="00090549" w:rsidRPr="00BD24B4" w14:paraId="401D3EBE" w14:textId="77777777" w:rsidTr="00AC7DBA">
        <w:tc>
          <w:tcPr>
            <w:tcW w:w="2500" w:type="pct"/>
            <w:vAlign w:val="center"/>
          </w:tcPr>
          <w:p w14:paraId="71D2B982"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Грузоподъемность (водитель и полезная нагрузка)</w:t>
            </w:r>
          </w:p>
        </w:tc>
        <w:tc>
          <w:tcPr>
            <w:tcW w:w="2500" w:type="pct"/>
            <w:vAlign w:val="center"/>
          </w:tcPr>
          <w:p w14:paraId="3C23AFD4"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240 кг</w:t>
            </w:r>
          </w:p>
        </w:tc>
      </w:tr>
      <w:tr w:rsidR="00090549" w:rsidRPr="00BD24B4" w14:paraId="78792FC0" w14:textId="77777777" w:rsidTr="00AC7DBA">
        <w:tc>
          <w:tcPr>
            <w:tcW w:w="2500" w:type="pct"/>
            <w:vAlign w:val="center"/>
          </w:tcPr>
          <w:p w14:paraId="3CFCD9FD"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Масса вертикальной нагрузки на тягово-сцепное устройство</w:t>
            </w:r>
          </w:p>
        </w:tc>
        <w:tc>
          <w:tcPr>
            <w:tcW w:w="2500" w:type="pct"/>
            <w:vAlign w:val="center"/>
          </w:tcPr>
          <w:p w14:paraId="4B438604"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11 кг</w:t>
            </w:r>
          </w:p>
        </w:tc>
      </w:tr>
      <w:tr w:rsidR="00090549" w:rsidRPr="00BD24B4" w14:paraId="43E9D112" w14:textId="77777777" w:rsidTr="00AC7DBA">
        <w:tc>
          <w:tcPr>
            <w:tcW w:w="2500" w:type="pct"/>
            <w:vAlign w:val="center"/>
          </w:tcPr>
          <w:p w14:paraId="5C29D2F5"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Масса буксируемого груза вместе с прицепом</w:t>
            </w:r>
          </w:p>
        </w:tc>
        <w:tc>
          <w:tcPr>
            <w:tcW w:w="2500" w:type="pct"/>
            <w:vAlign w:val="center"/>
          </w:tcPr>
          <w:p w14:paraId="4B8EE4BC"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200 кг</w:t>
            </w:r>
          </w:p>
        </w:tc>
      </w:tr>
      <w:tr w:rsidR="00090549" w:rsidRPr="00BD24B4" w14:paraId="1E519C96" w14:textId="77777777" w:rsidTr="00AC7DBA">
        <w:tc>
          <w:tcPr>
            <w:tcW w:w="5000" w:type="pct"/>
            <w:gridSpan w:val="2"/>
            <w:vAlign w:val="center"/>
          </w:tcPr>
          <w:p w14:paraId="7C067208" w14:textId="77777777" w:rsidR="00090549" w:rsidRPr="00BD24B4" w:rsidRDefault="00090549" w:rsidP="00090549">
            <w:pPr>
              <w:widowControl w:val="0"/>
              <w:spacing w:line="276" w:lineRule="auto"/>
              <w:jc w:val="center"/>
              <w:rPr>
                <w:rFonts w:cs="Times New Roman"/>
                <w:b/>
                <w:bCs/>
                <w:szCs w:val="24"/>
              </w:rPr>
            </w:pPr>
            <w:r w:rsidRPr="00BD24B4">
              <w:rPr>
                <w:rFonts w:cs="Times New Roman"/>
                <w:b/>
                <w:bCs/>
                <w:szCs w:val="24"/>
                <w:lang w:val="ru"/>
              </w:rPr>
              <w:t>Приводная система</w:t>
            </w:r>
          </w:p>
        </w:tc>
      </w:tr>
      <w:tr w:rsidR="00090549" w:rsidRPr="00707D8A" w14:paraId="24DDAEA0" w14:textId="77777777" w:rsidTr="00AC7DBA">
        <w:tc>
          <w:tcPr>
            <w:tcW w:w="5000" w:type="pct"/>
            <w:gridSpan w:val="2"/>
            <w:vAlign w:val="center"/>
          </w:tcPr>
          <w:p w14:paraId="3BF0EDC0" w14:textId="77777777" w:rsidR="00090549" w:rsidRPr="00BD24B4" w:rsidRDefault="00090549" w:rsidP="00090549">
            <w:pPr>
              <w:jc w:val="center"/>
              <w:rPr>
                <w:rFonts w:eastAsia="MS Mincho" w:cs="Times New Roman"/>
              </w:rPr>
            </w:pPr>
            <w:r w:rsidRPr="00BD24B4">
              <w:rPr>
                <w:rFonts w:eastAsia="MS Mincho" w:cs="Times New Roman"/>
              </w:rPr>
              <w:t>Бесступенчатый вариатор с коробкой передач</w:t>
            </w:r>
          </w:p>
        </w:tc>
      </w:tr>
      <w:tr w:rsidR="00090549" w:rsidRPr="00BD24B4" w14:paraId="48872395" w14:textId="77777777" w:rsidTr="00AC7DBA">
        <w:tc>
          <w:tcPr>
            <w:tcW w:w="2500" w:type="pct"/>
            <w:vAlign w:val="center"/>
          </w:tcPr>
          <w:p w14:paraId="6780FBBA"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Передняя шина</w:t>
            </w:r>
          </w:p>
        </w:tc>
        <w:tc>
          <w:tcPr>
            <w:tcW w:w="2500" w:type="pct"/>
            <w:vAlign w:val="center"/>
          </w:tcPr>
          <w:p w14:paraId="5A45F2F9"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25X8-12</w:t>
            </w:r>
          </w:p>
        </w:tc>
      </w:tr>
      <w:tr w:rsidR="00090549" w:rsidRPr="00BD24B4" w14:paraId="341FEA73" w14:textId="77777777" w:rsidTr="00AC7DBA">
        <w:tc>
          <w:tcPr>
            <w:tcW w:w="2500" w:type="pct"/>
            <w:vAlign w:val="center"/>
          </w:tcPr>
          <w:p w14:paraId="036CDEE7"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Задняя шина</w:t>
            </w:r>
          </w:p>
        </w:tc>
        <w:tc>
          <w:tcPr>
            <w:tcW w:w="2500" w:type="pct"/>
            <w:vAlign w:val="center"/>
          </w:tcPr>
          <w:p w14:paraId="02AFFA3F"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25X10-12</w:t>
            </w:r>
          </w:p>
        </w:tc>
      </w:tr>
      <w:tr w:rsidR="00090549" w:rsidRPr="00BD24B4" w14:paraId="34F95B7A" w14:textId="77777777" w:rsidTr="00AC7DBA">
        <w:tc>
          <w:tcPr>
            <w:tcW w:w="2500" w:type="pct"/>
            <w:vAlign w:val="center"/>
          </w:tcPr>
          <w:p w14:paraId="47721406"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Давление в шине (передней)</w:t>
            </w:r>
          </w:p>
        </w:tc>
        <w:tc>
          <w:tcPr>
            <w:tcW w:w="2500" w:type="pct"/>
            <w:vAlign w:val="center"/>
          </w:tcPr>
          <w:p w14:paraId="7E76F747"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0.7-0.8Атм</w:t>
            </w:r>
          </w:p>
        </w:tc>
      </w:tr>
      <w:tr w:rsidR="00090549" w:rsidRPr="00BD24B4" w14:paraId="566D950D" w14:textId="77777777" w:rsidTr="00AC7DBA">
        <w:tc>
          <w:tcPr>
            <w:tcW w:w="2500" w:type="pct"/>
            <w:vAlign w:val="center"/>
          </w:tcPr>
          <w:p w14:paraId="5D371463"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Давление в шине (задней)</w:t>
            </w:r>
          </w:p>
        </w:tc>
        <w:tc>
          <w:tcPr>
            <w:tcW w:w="2500" w:type="pct"/>
            <w:vAlign w:val="center"/>
          </w:tcPr>
          <w:p w14:paraId="2515F53B"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 xml:space="preserve">0.7-0.8 </w:t>
            </w:r>
            <w:proofErr w:type="spellStart"/>
            <w:r w:rsidRPr="00BD24B4">
              <w:rPr>
                <w:rFonts w:cs="Times New Roman"/>
                <w:szCs w:val="24"/>
                <w:lang w:val="ru"/>
              </w:rPr>
              <w:t>Атм</w:t>
            </w:r>
            <w:proofErr w:type="spellEnd"/>
          </w:p>
        </w:tc>
      </w:tr>
      <w:tr w:rsidR="00090549" w:rsidRPr="00BD24B4" w14:paraId="0F87E27B" w14:textId="77777777" w:rsidTr="00AC7DBA">
        <w:tc>
          <w:tcPr>
            <w:tcW w:w="5000" w:type="pct"/>
            <w:gridSpan w:val="2"/>
            <w:vAlign w:val="center"/>
          </w:tcPr>
          <w:p w14:paraId="44FBEB8A" w14:textId="77777777" w:rsidR="00090549" w:rsidRPr="00BD24B4" w:rsidRDefault="00090549" w:rsidP="00090549">
            <w:pPr>
              <w:widowControl w:val="0"/>
              <w:spacing w:line="276" w:lineRule="auto"/>
              <w:jc w:val="center"/>
              <w:rPr>
                <w:rFonts w:cs="Times New Roman"/>
                <w:b/>
                <w:bCs/>
                <w:szCs w:val="24"/>
              </w:rPr>
            </w:pPr>
            <w:r w:rsidRPr="00BD24B4">
              <w:rPr>
                <w:rFonts w:cs="Times New Roman"/>
                <w:b/>
                <w:bCs/>
                <w:szCs w:val="24"/>
                <w:lang w:val="ru"/>
              </w:rPr>
              <w:t>Тормозная система</w:t>
            </w:r>
          </w:p>
        </w:tc>
      </w:tr>
      <w:tr w:rsidR="00090549" w:rsidRPr="00BD24B4" w14:paraId="159F7A60" w14:textId="77777777" w:rsidTr="00AC7DBA">
        <w:tc>
          <w:tcPr>
            <w:tcW w:w="2500" w:type="pct"/>
            <w:vAlign w:val="center"/>
          </w:tcPr>
          <w:p w14:paraId="6B0837E3" w14:textId="77777777" w:rsidR="00090549" w:rsidRPr="00BD24B4" w:rsidRDefault="00090549" w:rsidP="00090549">
            <w:pPr>
              <w:jc w:val="center"/>
              <w:rPr>
                <w:rFonts w:eastAsia="MS Mincho" w:cs="Times New Roman"/>
              </w:rPr>
            </w:pPr>
            <w:r w:rsidRPr="00BD24B4">
              <w:rPr>
                <w:rFonts w:eastAsia="MS Mincho" w:cs="Times New Roman"/>
              </w:rPr>
              <w:t>Передние тормоза</w:t>
            </w:r>
          </w:p>
        </w:tc>
        <w:tc>
          <w:tcPr>
            <w:tcW w:w="2500" w:type="pct"/>
            <w:vAlign w:val="center"/>
          </w:tcPr>
          <w:p w14:paraId="3554E9F0"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Гидравлические дисковые</w:t>
            </w:r>
          </w:p>
        </w:tc>
      </w:tr>
      <w:tr w:rsidR="00090549" w:rsidRPr="00BD24B4" w14:paraId="318F2D80" w14:textId="77777777" w:rsidTr="00AC7DBA">
        <w:tc>
          <w:tcPr>
            <w:tcW w:w="2500" w:type="pct"/>
            <w:vAlign w:val="center"/>
          </w:tcPr>
          <w:p w14:paraId="222674B7"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Задние тормоза</w:t>
            </w:r>
          </w:p>
        </w:tc>
        <w:tc>
          <w:tcPr>
            <w:tcW w:w="2500" w:type="pct"/>
            <w:vAlign w:val="center"/>
          </w:tcPr>
          <w:p w14:paraId="38586107"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Гидравлические дисковые</w:t>
            </w:r>
          </w:p>
        </w:tc>
      </w:tr>
      <w:tr w:rsidR="00090549" w:rsidRPr="00707D8A" w14:paraId="20A1C7E4" w14:textId="77777777" w:rsidTr="00AC7DBA">
        <w:tc>
          <w:tcPr>
            <w:tcW w:w="2500" w:type="pct"/>
            <w:vAlign w:val="center"/>
          </w:tcPr>
          <w:p w14:paraId="5CD146D0"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Стояночный тормоз</w:t>
            </w:r>
          </w:p>
        </w:tc>
        <w:tc>
          <w:tcPr>
            <w:tcW w:w="2500" w:type="pct"/>
            <w:vAlign w:val="center"/>
          </w:tcPr>
          <w:p w14:paraId="6396860F" w14:textId="77777777" w:rsidR="00090549" w:rsidRPr="00BD24B4" w:rsidRDefault="00090549" w:rsidP="00090549">
            <w:pPr>
              <w:widowControl w:val="0"/>
              <w:spacing w:line="276" w:lineRule="auto"/>
              <w:jc w:val="center"/>
              <w:rPr>
                <w:rFonts w:cs="Times New Roman"/>
                <w:szCs w:val="24"/>
              </w:rPr>
            </w:pPr>
            <w:r w:rsidRPr="00BD24B4">
              <w:rPr>
                <w:rFonts w:cs="Times New Roman"/>
                <w:szCs w:val="24"/>
                <w:lang w:val="ru"/>
              </w:rPr>
              <w:t>Механический на оба задних колеса.</w:t>
            </w:r>
          </w:p>
        </w:tc>
      </w:tr>
    </w:tbl>
    <w:p w14:paraId="0A3FCF51" w14:textId="0D93EF9B" w:rsidR="0056157D" w:rsidRPr="00BD24B4" w:rsidRDefault="0056157D">
      <w:pPr>
        <w:rPr>
          <w:rFonts w:cs="Times New Roman"/>
          <w:lang w:val="ru-RU"/>
        </w:rPr>
      </w:pPr>
    </w:p>
    <w:p w14:paraId="316871BE" w14:textId="64FCA196" w:rsidR="00090549" w:rsidRPr="00BD24B4" w:rsidRDefault="00090549" w:rsidP="00090549">
      <w:pPr>
        <w:rPr>
          <w:rFonts w:cs="Times New Roman"/>
          <w:lang w:val="ru-RU"/>
        </w:rPr>
      </w:pPr>
    </w:p>
    <w:p w14:paraId="51432D86" w14:textId="77777777" w:rsidR="00090549" w:rsidRPr="00BD24B4" w:rsidRDefault="00090549">
      <w:pPr>
        <w:spacing w:after="200" w:line="276" w:lineRule="auto"/>
        <w:rPr>
          <w:rFonts w:cs="Times New Roman"/>
          <w:lang w:val="ru-RU"/>
        </w:rPr>
      </w:pPr>
      <w:r w:rsidRPr="00BD24B4">
        <w:rPr>
          <w:rFonts w:cs="Times New Roman"/>
          <w:lang w:val="ru-RU"/>
        </w:rPr>
        <w:br w:type="page"/>
      </w:r>
    </w:p>
    <w:p w14:paraId="5D3AFA05" w14:textId="3F446A27" w:rsidR="0056157D" w:rsidRPr="00BD24B4" w:rsidRDefault="0056157D">
      <w:pPr>
        <w:rPr>
          <w:rFonts w:cs="Times New Roman"/>
          <w:lang w:val="ru-RU"/>
        </w:rPr>
      </w:pPr>
    </w:p>
    <w:tbl>
      <w:tblPr>
        <w:tblStyle w:val="66"/>
        <w:tblW w:w="5000" w:type="pct"/>
        <w:tblCellMar>
          <w:top w:w="57" w:type="dxa"/>
          <w:bottom w:w="57" w:type="dxa"/>
        </w:tblCellMar>
        <w:tblLook w:val="04A0" w:firstRow="1" w:lastRow="0" w:firstColumn="1" w:lastColumn="0" w:noHBand="0" w:noVBand="1"/>
      </w:tblPr>
      <w:tblGrid>
        <w:gridCol w:w="3300"/>
        <w:gridCol w:w="3301"/>
      </w:tblGrid>
      <w:tr w:rsidR="00090549" w:rsidRPr="00BD24B4" w14:paraId="69DBAAB9" w14:textId="77777777" w:rsidTr="00AC7DBA">
        <w:tc>
          <w:tcPr>
            <w:tcW w:w="5000" w:type="pct"/>
            <w:gridSpan w:val="2"/>
            <w:vAlign w:val="center"/>
          </w:tcPr>
          <w:p w14:paraId="23E02AEE" w14:textId="77777777" w:rsidR="00090549" w:rsidRPr="00BD24B4" w:rsidRDefault="00090549" w:rsidP="00090549">
            <w:pPr>
              <w:widowControl w:val="0"/>
              <w:spacing w:line="276" w:lineRule="auto"/>
              <w:jc w:val="center"/>
              <w:rPr>
                <w:rFonts w:cs="Times New Roman"/>
                <w:b/>
                <w:bCs/>
                <w:szCs w:val="24"/>
                <w:lang w:eastAsia="ru-RU"/>
              </w:rPr>
            </w:pPr>
            <w:r w:rsidRPr="00BD24B4">
              <w:rPr>
                <w:rFonts w:cs="Times New Roman"/>
                <w:b/>
                <w:bCs/>
                <w:szCs w:val="24"/>
                <w:lang w:val="ru"/>
              </w:rPr>
              <w:t>Двигатель</w:t>
            </w:r>
          </w:p>
        </w:tc>
      </w:tr>
      <w:tr w:rsidR="00090549" w:rsidRPr="00707D8A" w14:paraId="6A27F87C" w14:textId="77777777" w:rsidTr="00AC7DBA">
        <w:tc>
          <w:tcPr>
            <w:tcW w:w="2500" w:type="pct"/>
            <w:vAlign w:val="center"/>
          </w:tcPr>
          <w:p w14:paraId="2B31793D" w14:textId="77777777" w:rsidR="00090549" w:rsidRPr="00BD24B4" w:rsidRDefault="00090549" w:rsidP="00090549">
            <w:pPr>
              <w:widowControl w:val="0"/>
              <w:spacing w:line="276" w:lineRule="auto"/>
              <w:jc w:val="center"/>
              <w:rPr>
                <w:rFonts w:cs="Times New Roman"/>
                <w:szCs w:val="24"/>
                <w:lang w:eastAsia="ru-RU"/>
              </w:rPr>
            </w:pPr>
            <w:r w:rsidRPr="00BD24B4">
              <w:rPr>
                <w:rFonts w:cs="Times New Roman"/>
                <w:szCs w:val="24"/>
                <w:lang w:val="ru"/>
              </w:rPr>
              <w:t>Тип двигателя</w:t>
            </w:r>
          </w:p>
        </w:tc>
        <w:tc>
          <w:tcPr>
            <w:tcW w:w="2500" w:type="pct"/>
            <w:vAlign w:val="center"/>
          </w:tcPr>
          <w:p w14:paraId="2404E092" w14:textId="77777777" w:rsidR="00090549" w:rsidRPr="00BD24B4" w:rsidRDefault="00090549" w:rsidP="00090549">
            <w:pPr>
              <w:widowControl w:val="0"/>
              <w:spacing w:line="276" w:lineRule="auto"/>
              <w:jc w:val="center"/>
              <w:rPr>
                <w:rFonts w:cs="Times New Roman"/>
                <w:szCs w:val="24"/>
                <w:lang w:eastAsia="ru-RU"/>
              </w:rPr>
            </w:pPr>
            <w:r w:rsidRPr="00BD24B4">
              <w:rPr>
                <w:rFonts w:cs="Times New Roman"/>
                <w:szCs w:val="24"/>
                <w:lang w:val="ru"/>
              </w:rPr>
              <w:t xml:space="preserve">YK182MQ, 4-тактный, одноцилиндровый, </w:t>
            </w:r>
            <w:r w:rsidRPr="00BD24B4">
              <w:rPr>
                <w:rFonts w:cs="Times New Roman"/>
                <w:szCs w:val="24"/>
                <w:lang w:val="ru"/>
              </w:rPr>
              <w:br/>
              <w:t>с одинарным верхним распредвалом (SOHC),</w:t>
            </w:r>
            <w:r w:rsidRPr="00BD24B4">
              <w:rPr>
                <w:rFonts w:cs="Times New Roman"/>
                <w:szCs w:val="24"/>
                <w:lang w:val="ru"/>
              </w:rPr>
              <w:br/>
              <w:t>с балансирным (уравновешивающим) валом</w:t>
            </w:r>
          </w:p>
        </w:tc>
      </w:tr>
      <w:tr w:rsidR="00090549" w:rsidRPr="00BD24B4" w14:paraId="0794BCEE" w14:textId="77777777" w:rsidTr="00AC7DBA">
        <w:tc>
          <w:tcPr>
            <w:tcW w:w="2500" w:type="pct"/>
            <w:vAlign w:val="center"/>
          </w:tcPr>
          <w:p w14:paraId="1A7496C6" w14:textId="77777777" w:rsidR="00090549" w:rsidRPr="00BD24B4" w:rsidRDefault="00090549" w:rsidP="00090549">
            <w:pPr>
              <w:widowControl w:val="0"/>
              <w:spacing w:line="276" w:lineRule="auto"/>
              <w:jc w:val="center"/>
              <w:rPr>
                <w:rFonts w:cs="Times New Roman"/>
                <w:szCs w:val="24"/>
                <w:lang w:eastAsia="ru-RU"/>
              </w:rPr>
            </w:pPr>
            <w:r w:rsidRPr="00BD24B4">
              <w:rPr>
                <w:rFonts w:cs="Times New Roman"/>
                <w:szCs w:val="24"/>
                <w:lang w:val="ru"/>
              </w:rPr>
              <w:t>Диаметр цилиндра и ход поршня</w:t>
            </w:r>
          </w:p>
        </w:tc>
        <w:tc>
          <w:tcPr>
            <w:tcW w:w="2500" w:type="pct"/>
            <w:vAlign w:val="center"/>
          </w:tcPr>
          <w:p w14:paraId="05C8E8B9" w14:textId="77777777" w:rsidR="00090549" w:rsidRPr="00BD24B4" w:rsidRDefault="00090549" w:rsidP="00090549">
            <w:pPr>
              <w:widowControl w:val="0"/>
              <w:spacing w:line="276" w:lineRule="auto"/>
              <w:jc w:val="center"/>
              <w:rPr>
                <w:rFonts w:cs="Times New Roman"/>
                <w:szCs w:val="24"/>
                <w:lang w:eastAsia="ru-RU"/>
              </w:rPr>
            </w:pPr>
            <w:r w:rsidRPr="00BD24B4">
              <w:rPr>
                <w:rFonts w:cs="Times New Roman"/>
                <w:szCs w:val="24"/>
                <w:lang w:val="ru"/>
              </w:rPr>
              <w:t>82мм Х 74мм</w:t>
            </w:r>
          </w:p>
        </w:tc>
      </w:tr>
      <w:tr w:rsidR="00090549" w:rsidRPr="00BD24B4" w14:paraId="3444F166" w14:textId="77777777" w:rsidTr="00AC7DBA">
        <w:tc>
          <w:tcPr>
            <w:tcW w:w="2500" w:type="pct"/>
            <w:vAlign w:val="center"/>
          </w:tcPr>
          <w:p w14:paraId="7020A105" w14:textId="77777777" w:rsidR="00090549" w:rsidRPr="00BD24B4" w:rsidRDefault="00090549" w:rsidP="00090549">
            <w:pPr>
              <w:widowControl w:val="0"/>
              <w:spacing w:line="276" w:lineRule="auto"/>
              <w:jc w:val="center"/>
              <w:rPr>
                <w:rFonts w:cs="Times New Roman"/>
                <w:szCs w:val="24"/>
                <w:lang w:eastAsia="ru-RU"/>
              </w:rPr>
            </w:pPr>
            <w:r w:rsidRPr="00BD24B4">
              <w:rPr>
                <w:rFonts w:cs="Times New Roman"/>
                <w:szCs w:val="24"/>
                <w:lang w:val="ru"/>
              </w:rPr>
              <w:t>Объем</w:t>
            </w:r>
          </w:p>
        </w:tc>
        <w:tc>
          <w:tcPr>
            <w:tcW w:w="2500" w:type="pct"/>
            <w:vAlign w:val="center"/>
          </w:tcPr>
          <w:p w14:paraId="2ECE1D40" w14:textId="77777777" w:rsidR="00090549" w:rsidRPr="00BD24B4" w:rsidRDefault="00090549" w:rsidP="00090549">
            <w:pPr>
              <w:widowControl w:val="0"/>
              <w:spacing w:line="276" w:lineRule="auto"/>
              <w:jc w:val="center"/>
              <w:rPr>
                <w:rFonts w:cs="Times New Roman"/>
                <w:szCs w:val="24"/>
                <w:lang w:eastAsia="ru-RU"/>
              </w:rPr>
            </w:pPr>
            <w:r w:rsidRPr="00BD24B4">
              <w:rPr>
                <w:rFonts w:cs="Times New Roman"/>
                <w:szCs w:val="24"/>
                <w:lang w:val="ru"/>
              </w:rPr>
              <w:t>390,8 куб. см</w:t>
            </w:r>
          </w:p>
        </w:tc>
      </w:tr>
      <w:tr w:rsidR="00090549" w:rsidRPr="00BD24B4" w14:paraId="7548BE87" w14:textId="77777777" w:rsidTr="00AC7DBA">
        <w:tc>
          <w:tcPr>
            <w:tcW w:w="2500" w:type="pct"/>
            <w:vAlign w:val="center"/>
          </w:tcPr>
          <w:p w14:paraId="53EDA507" w14:textId="77777777" w:rsidR="00090549" w:rsidRPr="00BD24B4" w:rsidRDefault="00090549" w:rsidP="00090549">
            <w:pPr>
              <w:widowControl w:val="0"/>
              <w:spacing w:line="276" w:lineRule="auto"/>
              <w:jc w:val="center"/>
              <w:rPr>
                <w:rFonts w:cs="Times New Roman"/>
                <w:szCs w:val="24"/>
                <w:lang w:eastAsia="ru-RU"/>
              </w:rPr>
            </w:pPr>
            <w:r w:rsidRPr="00BD24B4">
              <w:rPr>
                <w:rFonts w:cs="Times New Roman"/>
                <w:szCs w:val="24"/>
                <w:lang w:val="ru"/>
              </w:rPr>
              <w:t>Стартерная система</w:t>
            </w:r>
          </w:p>
        </w:tc>
        <w:tc>
          <w:tcPr>
            <w:tcW w:w="2500" w:type="pct"/>
            <w:vAlign w:val="center"/>
          </w:tcPr>
          <w:p w14:paraId="5EE0E89D" w14:textId="77777777" w:rsidR="00090549" w:rsidRPr="00BD24B4" w:rsidRDefault="00090549" w:rsidP="00090549">
            <w:pPr>
              <w:widowControl w:val="0"/>
              <w:spacing w:line="276" w:lineRule="auto"/>
              <w:jc w:val="center"/>
              <w:rPr>
                <w:rFonts w:cs="Times New Roman"/>
                <w:szCs w:val="24"/>
                <w:lang w:eastAsia="ru-RU"/>
              </w:rPr>
            </w:pPr>
            <w:r w:rsidRPr="00BD24B4">
              <w:rPr>
                <w:rFonts w:cs="Times New Roman"/>
                <w:szCs w:val="24"/>
                <w:lang w:val="ru"/>
              </w:rPr>
              <w:t>Электрический стартер</w:t>
            </w:r>
          </w:p>
        </w:tc>
      </w:tr>
      <w:tr w:rsidR="00090549" w:rsidRPr="00BD24B4" w14:paraId="4E50F272" w14:textId="77777777" w:rsidTr="00AC7DBA">
        <w:tc>
          <w:tcPr>
            <w:tcW w:w="2500" w:type="pct"/>
            <w:vAlign w:val="center"/>
          </w:tcPr>
          <w:p w14:paraId="02C225AD" w14:textId="77777777" w:rsidR="00090549" w:rsidRPr="00BD24B4" w:rsidRDefault="00090549" w:rsidP="00090549">
            <w:pPr>
              <w:widowControl w:val="0"/>
              <w:spacing w:line="276" w:lineRule="auto"/>
              <w:jc w:val="center"/>
              <w:rPr>
                <w:rFonts w:cs="Times New Roman"/>
                <w:szCs w:val="24"/>
                <w:lang w:eastAsia="ru-RU"/>
              </w:rPr>
            </w:pPr>
            <w:r w:rsidRPr="00BD24B4">
              <w:rPr>
                <w:rFonts w:cs="Times New Roman"/>
                <w:szCs w:val="24"/>
                <w:lang w:val="ru"/>
              </w:rPr>
              <w:t>Охлаждение двигателя</w:t>
            </w:r>
          </w:p>
        </w:tc>
        <w:tc>
          <w:tcPr>
            <w:tcW w:w="2500" w:type="pct"/>
            <w:vAlign w:val="center"/>
          </w:tcPr>
          <w:p w14:paraId="6D2C0F39" w14:textId="77777777" w:rsidR="00090549" w:rsidRPr="00BD24B4" w:rsidRDefault="00090549" w:rsidP="00090549">
            <w:pPr>
              <w:widowControl w:val="0"/>
              <w:spacing w:line="276" w:lineRule="auto"/>
              <w:jc w:val="center"/>
              <w:rPr>
                <w:rFonts w:cs="Times New Roman"/>
                <w:szCs w:val="24"/>
                <w:lang w:eastAsia="ru-RU"/>
              </w:rPr>
            </w:pPr>
            <w:r w:rsidRPr="00BD24B4">
              <w:rPr>
                <w:rFonts w:cs="Times New Roman"/>
                <w:szCs w:val="24"/>
                <w:lang w:val="ru"/>
              </w:rPr>
              <w:t>Жидкостное принудительное охлаждение</w:t>
            </w:r>
          </w:p>
        </w:tc>
      </w:tr>
      <w:tr w:rsidR="00090549" w:rsidRPr="00707D8A" w14:paraId="0B46B075" w14:textId="77777777" w:rsidTr="00AC7DBA">
        <w:tc>
          <w:tcPr>
            <w:tcW w:w="2500" w:type="pct"/>
            <w:vAlign w:val="center"/>
          </w:tcPr>
          <w:p w14:paraId="1271F02F" w14:textId="77777777" w:rsidR="00090549" w:rsidRPr="00BD24B4" w:rsidRDefault="00090549" w:rsidP="00090549">
            <w:pPr>
              <w:widowControl w:val="0"/>
              <w:spacing w:line="276" w:lineRule="auto"/>
              <w:jc w:val="center"/>
              <w:rPr>
                <w:rFonts w:cs="Times New Roman"/>
                <w:szCs w:val="24"/>
                <w:lang w:eastAsia="ru-RU"/>
              </w:rPr>
            </w:pPr>
            <w:r w:rsidRPr="00BD24B4">
              <w:rPr>
                <w:rFonts w:cs="Times New Roman"/>
                <w:szCs w:val="24"/>
                <w:lang w:val="ru"/>
              </w:rPr>
              <w:t>Система смазки</w:t>
            </w:r>
          </w:p>
        </w:tc>
        <w:tc>
          <w:tcPr>
            <w:tcW w:w="2500" w:type="pct"/>
            <w:vAlign w:val="center"/>
          </w:tcPr>
          <w:p w14:paraId="3817FCB6" w14:textId="77777777" w:rsidR="00090549" w:rsidRPr="00BD24B4" w:rsidRDefault="00090549" w:rsidP="00090549">
            <w:pPr>
              <w:widowControl w:val="0"/>
              <w:spacing w:line="276" w:lineRule="auto"/>
              <w:jc w:val="center"/>
              <w:rPr>
                <w:rFonts w:cs="Times New Roman"/>
                <w:szCs w:val="24"/>
                <w:lang w:eastAsia="ru-RU"/>
              </w:rPr>
            </w:pPr>
            <w:r w:rsidRPr="00BD24B4">
              <w:rPr>
                <w:rFonts w:cs="Times New Roman"/>
                <w:szCs w:val="24"/>
                <w:lang w:val="ru"/>
              </w:rPr>
              <w:t>с мокрым картером под давлением</w:t>
            </w:r>
          </w:p>
        </w:tc>
      </w:tr>
      <w:tr w:rsidR="00090549" w:rsidRPr="00BD24B4" w14:paraId="41B7CB8D" w14:textId="77777777" w:rsidTr="00AC7DBA">
        <w:tc>
          <w:tcPr>
            <w:tcW w:w="2500" w:type="pct"/>
            <w:vAlign w:val="center"/>
          </w:tcPr>
          <w:p w14:paraId="31EC1FEB" w14:textId="77777777" w:rsidR="00090549" w:rsidRPr="00BD24B4" w:rsidRDefault="00090549" w:rsidP="00090549">
            <w:pPr>
              <w:widowControl w:val="0"/>
              <w:spacing w:line="276" w:lineRule="auto"/>
              <w:jc w:val="center"/>
              <w:rPr>
                <w:rFonts w:cs="Times New Roman"/>
                <w:szCs w:val="24"/>
                <w:lang w:eastAsia="ru-RU"/>
              </w:rPr>
            </w:pPr>
            <w:r w:rsidRPr="00BD24B4">
              <w:rPr>
                <w:rFonts w:cs="Times New Roman"/>
                <w:szCs w:val="24"/>
                <w:lang w:val="ru"/>
              </w:rPr>
              <w:t>Система зажигания и питания</w:t>
            </w:r>
          </w:p>
        </w:tc>
        <w:tc>
          <w:tcPr>
            <w:tcW w:w="2500" w:type="pct"/>
            <w:vAlign w:val="center"/>
          </w:tcPr>
          <w:p w14:paraId="4A9142AD" w14:textId="77777777" w:rsidR="00090549" w:rsidRPr="00BD24B4" w:rsidRDefault="00090549" w:rsidP="00090549">
            <w:pPr>
              <w:widowControl w:val="0"/>
              <w:spacing w:line="276" w:lineRule="auto"/>
              <w:jc w:val="center"/>
              <w:rPr>
                <w:rFonts w:cs="Times New Roman"/>
                <w:szCs w:val="24"/>
                <w:lang w:eastAsia="ru-RU"/>
              </w:rPr>
            </w:pPr>
            <w:r w:rsidRPr="00BD24B4">
              <w:rPr>
                <w:rFonts w:cs="Times New Roman"/>
                <w:szCs w:val="24"/>
                <w:lang w:val="ru"/>
              </w:rPr>
              <w:t>Электронный впрыск топлива (EFI)</w:t>
            </w:r>
          </w:p>
        </w:tc>
      </w:tr>
      <w:tr w:rsidR="00090549" w:rsidRPr="00BD24B4" w14:paraId="1C96EC71" w14:textId="77777777" w:rsidTr="00AC7DBA">
        <w:tc>
          <w:tcPr>
            <w:tcW w:w="2500" w:type="pct"/>
            <w:vAlign w:val="center"/>
          </w:tcPr>
          <w:p w14:paraId="4308BEDB" w14:textId="77777777" w:rsidR="00090549" w:rsidRPr="00BD24B4" w:rsidRDefault="00090549" w:rsidP="00090549">
            <w:pPr>
              <w:widowControl w:val="0"/>
              <w:spacing w:line="276" w:lineRule="auto"/>
              <w:jc w:val="center"/>
              <w:rPr>
                <w:rFonts w:cs="Times New Roman"/>
                <w:szCs w:val="24"/>
                <w:lang w:eastAsia="ru-RU"/>
              </w:rPr>
            </w:pPr>
            <w:r w:rsidRPr="00BD24B4">
              <w:rPr>
                <w:rFonts w:cs="Times New Roman"/>
                <w:szCs w:val="24"/>
                <w:lang w:val="ru"/>
              </w:rPr>
              <w:t>Тип свечи зажигания</w:t>
            </w:r>
          </w:p>
        </w:tc>
        <w:tc>
          <w:tcPr>
            <w:tcW w:w="2500" w:type="pct"/>
            <w:vAlign w:val="center"/>
          </w:tcPr>
          <w:p w14:paraId="418EC135" w14:textId="77777777" w:rsidR="00090549" w:rsidRPr="00BD24B4" w:rsidRDefault="00090549" w:rsidP="00090549">
            <w:pPr>
              <w:widowControl w:val="0"/>
              <w:spacing w:line="276" w:lineRule="auto"/>
              <w:jc w:val="center"/>
              <w:rPr>
                <w:rFonts w:cs="Times New Roman"/>
                <w:szCs w:val="24"/>
                <w:lang w:eastAsia="ru-RU"/>
              </w:rPr>
            </w:pPr>
            <w:r w:rsidRPr="00BD24B4">
              <w:rPr>
                <w:rFonts w:cs="Times New Roman"/>
                <w:szCs w:val="24"/>
                <w:lang w:val="ru"/>
              </w:rPr>
              <w:t>DR8EA</w:t>
            </w:r>
          </w:p>
        </w:tc>
      </w:tr>
      <w:tr w:rsidR="00090549" w:rsidRPr="00BD24B4" w14:paraId="7584AFD4" w14:textId="77777777" w:rsidTr="00AC7DBA">
        <w:tc>
          <w:tcPr>
            <w:tcW w:w="2500" w:type="pct"/>
            <w:vAlign w:val="center"/>
          </w:tcPr>
          <w:p w14:paraId="64F96AE3" w14:textId="77777777" w:rsidR="00090549" w:rsidRPr="00BD24B4" w:rsidRDefault="00090549" w:rsidP="00090549">
            <w:pPr>
              <w:widowControl w:val="0"/>
              <w:spacing w:line="276" w:lineRule="auto"/>
              <w:jc w:val="center"/>
              <w:rPr>
                <w:rFonts w:cs="Times New Roman"/>
                <w:szCs w:val="24"/>
                <w:lang w:eastAsia="ru-RU"/>
              </w:rPr>
            </w:pPr>
            <w:r w:rsidRPr="00BD24B4">
              <w:rPr>
                <w:rFonts w:cs="Times New Roman"/>
                <w:szCs w:val="24"/>
                <w:lang w:val="ru"/>
              </w:rPr>
              <w:t>Максимальная мощность/об/мин</w:t>
            </w:r>
          </w:p>
        </w:tc>
        <w:tc>
          <w:tcPr>
            <w:tcW w:w="2500" w:type="pct"/>
            <w:vAlign w:val="center"/>
          </w:tcPr>
          <w:p w14:paraId="4F867D60" w14:textId="77777777" w:rsidR="00090549" w:rsidRPr="00BD24B4" w:rsidRDefault="00090549" w:rsidP="00090549">
            <w:pPr>
              <w:widowControl w:val="0"/>
              <w:spacing w:line="276" w:lineRule="auto"/>
              <w:jc w:val="center"/>
              <w:rPr>
                <w:rFonts w:cs="Times New Roman"/>
                <w:szCs w:val="24"/>
                <w:lang w:eastAsia="ru-RU"/>
              </w:rPr>
            </w:pPr>
            <w:r w:rsidRPr="00BD24B4">
              <w:rPr>
                <w:rFonts w:cs="Times New Roman"/>
                <w:szCs w:val="24"/>
                <w:lang w:val="ru"/>
              </w:rPr>
              <w:t>20 кВт/6500 об/мин</w:t>
            </w:r>
          </w:p>
        </w:tc>
      </w:tr>
      <w:tr w:rsidR="00090549" w:rsidRPr="00BD24B4" w14:paraId="2A519B7F" w14:textId="77777777" w:rsidTr="00AC7DBA">
        <w:tc>
          <w:tcPr>
            <w:tcW w:w="2500" w:type="pct"/>
            <w:vAlign w:val="center"/>
          </w:tcPr>
          <w:p w14:paraId="7E5A3DB1" w14:textId="77777777" w:rsidR="00090549" w:rsidRPr="00BD24B4" w:rsidRDefault="00090549" w:rsidP="00090549">
            <w:pPr>
              <w:widowControl w:val="0"/>
              <w:spacing w:line="276" w:lineRule="auto"/>
              <w:jc w:val="center"/>
              <w:rPr>
                <w:rFonts w:cs="Times New Roman"/>
                <w:szCs w:val="24"/>
                <w:lang w:eastAsia="ru-RU"/>
              </w:rPr>
            </w:pPr>
            <w:r w:rsidRPr="00BD24B4">
              <w:rPr>
                <w:rFonts w:cs="Times New Roman"/>
                <w:szCs w:val="24"/>
                <w:lang w:val="ru"/>
              </w:rPr>
              <w:t>Максимальный крутящий момент/об/мин</w:t>
            </w:r>
          </w:p>
        </w:tc>
        <w:tc>
          <w:tcPr>
            <w:tcW w:w="2500" w:type="pct"/>
            <w:vAlign w:val="center"/>
          </w:tcPr>
          <w:p w14:paraId="66FD9BDF" w14:textId="77777777" w:rsidR="00090549" w:rsidRPr="00BD24B4" w:rsidRDefault="00090549" w:rsidP="00090549">
            <w:pPr>
              <w:widowControl w:val="0"/>
              <w:spacing w:line="276" w:lineRule="auto"/>
              <w:jc w:val="center"/>
              <w:rPr>
                <w:rFonts w:cs="Times New Roman"/>
                <w:szCs w:val="24"/>
                <w:lang w:eastAsia="ru-RU"/>
              </w:rPr>
            </w:pPr>
            <w:r w:rsidRPr="00BD24B4">
              <w:rPr>
                <w:rFonts w:cs="Times New Roman"/>
                <w:szCs w:val="24"/>
                <w:lang w:val="ru"/>
              </w:rPr>
              <w:t xml:space="preserve">30 </w:t>
            </w:r>
            <w:proofErr w:type="spellStart"/>
            <w:r w:rsidRPr="00BD24B4">
              <w:rPr>
                <w:rFonts w:cs="Times New Roman"/>
                <w:szCs w:val="24"/>
                <w:lang w:val="ru"/>
              </w:rPr>
              <w:t>Нм</w:t>
            </w:r>
            <w:proofErr w:type="spellEnd"/>
            <w:r w:rsidRPr="00BD24B4">
              <w:rPr>
                <w:rFonts w:cs="Times New Roman"/>
                <w:szCs w:val="24"/>
                <w:lang w:val="ru"/>
              </w:rPr>
              <w:t>/5000 об/мин</w:t>
            </w:r>
          </w:p>
        </w:tc>
      </w:tr>
      <w:tr w:rsidR="00090549" w:rsidRPr="00BD24B4" w14:paraId="4A5D638A" w14:textId="77777777" w:rsidTr="00AC7DBA">
        <w:tc>
          <w:tcPr>
            <w:tcW w:w="2500" w:type="pct"/>
            <w:vAlign w:val="center"/>
          </w:tcPr>
          <w:p w14:paraId="17C716AE" w14:textId="77777777" w:rsidR="00090549" w:rsidRPr="00BD24B4" w:rsidRDefault="00090549" w:rsidP="00090549">
            <w:pPr>
              <w:widowControl w:val="0"/>
              <w:spacing w:line="276" w:lineRule="auto"/>
              <w:jc w:val="center"/>
              <w:rPr>
                <w:rFonts w:cs="Times New Roman"/>
                <w:szCs w:val="24"/>
                <w:lang w:eastAsia="ru-RU"/>
              </w:rPr>
            </w:pPr>
            <w:r w:rsidRPr="00BD24B4">
              <w:rPr>
                <w:rFonts w:cs="Times New Roman"/>
                <w:szCs w:val="24"/>
                <w:lang w:val="ru"/>
              </w:rPr>
              <w:t>Степень сжатия</w:t>
            </w:r>
          </w:p>
        </w:tc>
        <w:tc>
          <w:tcPr>
            <w:tcW w:w="2500" w:type="pct"/>
            <w:vAlign w:val="center"/>
          </w:tcPr>
          <w:p w14:paraId="4BBDC5E3" w14:textId="77777777" w:rsidR="00090549" w:rsidRPr="00BD24B4" w:rsidRDefault="00090549" w:rsidP="00090549">
            <w:pPr>
              <w:widowControl w:val="0"/>
              <w:spacing w:line="276" w:lineRule="auto"/>
              <w:jc w:val="center"/>
              <w:rPr>
                <w:rFonts w:cs="Times New Roman"/>
                <w:szCs w:val="24"/>
                <w:lang w:eastAsia="ru-RU"/>
              </w:rPr>
            </w:pPr>
            <w:r w:rsidRPr="00BD24B4">
              <w:rPr>
                <w:rFonts w:cs="Times New Roman"/>
                <w:szCs w:val="24"/>
                <w:lang w:val="ru"/>
              </w:rPr>
              <w:t>10:01</w:t>
            </w:r>
          </w:p>
        </w:tc>
      </w:tr>
    </w:tbl>
    <w:p w14:paraId="7BC0894F" w14:textId="77777777" w:rsidR="00090549" w:rsidRPr="00BD24B4" w:rsidRDefault="00090549" w:rsidP="00090549">
      <w:pPr>
        <w:widowControl w:val="0"/>
        <w:spacing w:line="276" w:lineRule="auto"/>
        <w:jc w:val="both"/>
        <w:rPr>
          <w:rFonts w:eastAsia="Times New Roman" w:cs="Times New Roman"/>
          <w:szCs w:val="24"/>
          <w:lang w:val="ru-RU" w:eastAsia="ru-RU"/>
        </w:rPr>
      </w:pPr>
    </w:p>
    <w:tbl>
      <w:tblPr>
        <w:tblStyle w:val="66"/>
        <w:tblW w:w="5000" w:type="pct"/>
        <w:tblCellMar>
          <w:top w:w="57" w:type="dxa"/>
          <w:bottom w:w="57" w:type="dxa"/>
        </w:tblCellMar>
        <w:tblLook w:val="04A0" w:firstRow="1" w:lastRow="0" w:firstColumn="1" w:lastColumn="0" w:noHBand="0" w:noVBand="1"/>
      </w:tblPr>
      <w:tblGrid>
        <w:gridCol w:w="1651"/>
        <w:gridCol w:w="1650"/>
        <w:gridCol w:w="1650"/>
        <w:gridCol w:w="1650"/>
      </w:tblGrid>
      <w:tr w:rsidR="00090549" w:rsidRPr="00BD24B4" w14:paraId="2872284A" w14:textId="77777777" w:rsidTr="00AC7DBA">
        <w:tc>
          <w:tcPr>
            <w:tcW w:w="5000" w:type="pct"/>
            <w:gridSpan w:val="4"/>
            <w:vAlign w:val="center"/>
          </w:tcPr>
          <w:p w14:paraId="24609649" w14:textId="77777777" w:rsidR="00090549" w:rsidRPr="00BD24B4" w:rsidRDefault="00090549" w:rsidP="00090549">
            <w:pPr>
              <w:widowControl w:val="0"/>
              <w:autoSpaceDE w:val="0"/>
              <w:autoSpaceDN w:val="0"/>
              <w:adjustRightInd w:val="0"/>
              <w:spacing w:line="276" w:lineRule="auto"/>
              <w:jc w:val="center"/>
              <w:rPr>
                <w:rFonts w:cs="Times New Roman"/>
                <w:b/>
                <w:bCs/>
                <w:szCs w:val="24"/>
                <w:lang w:eastAsia="ru-RU"/>
              </w:rPr>
            </w:pPr>
            <w:r w:rsidRPr="00BD24B4">
              <w:rPr>
                <w:rFonts w:cs="Times New Roman"/>
                <w:b/>
                <w:bCs/>
                <w:szCs w:val="24"/>
                <w:lang w:val="ru"/>
              </w:rPr>
              <w:t>Электрическое оборудование</w:t>
            </w:r>
          </w:p>
        </w:tc>
      </w:tr>
      <w:tr w:rsidR="00090549" w:rsidRPr="00BD24B4" w14:paraId="592E6E9D" w14:textId="77777777" w:rsidTr="00AC7DBA">
        <w:tc>
          <w:tcPr>
            <w:tcW w:w="2500" w:type="pct"/>
            <w:gridSpan w:val="2"/>
            <w:vAlign w:val="center"/>
          </w:tcPr>
          <w:p w14:paraId="3E807A72"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r w:rsidRPr="00BD24B4">
              <w:rPr>
                <w:rFonts w:cs="Times New Roman"/>
                <w:szCs w:val="24"/>
                <w:lang w:val="ru"/>
              </w:rPr>
              <w:t>Аккумулятор</w:t>
            </w:r>
          </w:p>
        </w:tc>
        <w:tc>
          <w:tcPr>
            <w:tcW w:w="2500" w:type="pct"/>
            <w:gridSpan w:val="2"/>
            <w:vAlign w:val="center"/>
          </w:tcPr>
          <w:p w14:paraId="61E63FE7"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r w:rsidRPr="00BD24B4">
              <w:rPr>
                <w:rFonts w:cs="Times New Roman"/>
                <w:szCs w:val="24"/>
                <w:lang w:val="ru"/>
              </w:rPr>
              <w:t>12В 20Ач</w:t>
            </w:r>
          </w:p>
        </w:tc>
      </w:tr>
      <w:tr w:rsidR="00090549" w:rsidRPr="00707D8A" w14:paraId="1AE19720" w14:textId="77777777" w:rsidTr="00AC7DBA">
        <w:tc>
          <w:tcPr>
            <w:tcW w:w="2500" w:type="pct"/>
            <w:gridSpan w:val="2"/>
            <w:vAlign w:val="center"/>
          </w:tcPr>
          <w:p w14:paraId="655653E0"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r w:rsidRPr="00BD24B4">
              <w:rPr>
                <w:rFonts w:cs="Times New Roman"/>
                <w:szCs w:val="24"/>
                <w:lang w:val="ru"/>
              </w:rPr>
              <w:t>Фара головного света</w:t>
            </w:r>
          </w:p>
        </w:tc>
        <w:tc>
          <w:tcPr>
            <w:tcW w:w="2500" w:type="pct"/>
            <w:gridSpan w:val="2"/>
            <w:vAlign w:val="center"/>
          </w:tcPr>
          <w:p w14:paraId="3BDCA638"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r w:rsidRPr="00BD24B4">
              <w:rPr>
                <w:rFonts w:cs="Times New Roman"/>
                <w:szCs w:val="24"/>
                <w:lang w:val="ru"/>
              </w:rPr>
              <w:t>СВЕТОДИОД, 12 В 6 Вт/12 Вт x2</w:t>
            </w:r>
          </w:p>
        </w:tc>
      </w:tr>
      <w:tr w:rsidR="00090549" w:rsidRPr="00707D8A" w14:paraId="325C6E20" w14:textId="77777777" w:rsidTr="00AC7DBA">
        <w:tc>
          <w:tcPr>
            <w:tcW w:w="2500" w:type="pct"/>
            <w:gridSpan w:val="2"/>
            <w:vAlign w:val="center"/>
          </w:tcPr>
          <w:p w14:paraId="5B6F65DD"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r w:rsidRPr="00BD24B4">
              <w:rPr>
                <w:rFonts w:cs="Times New Roman"/>
                <w:szCs w:val="24"/>
                <w:lang w:val="ru"/>
              </w:rPr>
              <w:t>Стоп-сигнал/задний фонарь</w:t>
            </w:r>
          </w:p>
        </w:tc>
        <w:tc>
          <w:tcPr>
            <w:tcW w:w="2500" w:type="pct"/>
            <w:gridSpan w:val="2"/>
            <w:vAlign w:val="center"/>
          </w:tcPr>
          <w:p w14:paraId="5BA3B4D0"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r w:rsidRPr="00BD24B4">
              <w:rPr>
                <w:rFonts w:cs="Times New Roman"/>
                <w:szCs w:val="24"/>
                <w:lang w:val="ru"/>
              </w:rPr>
              <w:t>СВЕТОДИОД 12 В 0,35 Вт/1,15 Вт x2</w:t>
            </w:r>
          </w:p>
        </w:tc>
      </w:tr>
      <w:tr w:rsidR="00090549" w:rsidRPr="00BD24B4" w14:paraId="767DA476" w14:textId="77777777" w:rsidTr="00AC7DBA">
        <w:tc>
          <w:tcPr>
            <w:tcW w:w="1250" w:type="pct"/>
            <w:vMerge w:val="restart"/>
            <w:vAlign w:val="center"/>
          </w:tcPr>
          <w:p w14:paraId="1EF97DF2"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r w:rsidRPr="00BD24B4">
              <w:rPr>
                <w:rFonts w:cs="Times New Roman"/>
                <w:szCs w:val="24"/>
                <w:lang w:val="ru"/>
              </w:rPr>
              <w:t>Специальные предохранители</w:t>
            </w:r>
          </w:p>
        </w:tc>
        <w:tc>
          <w:tcPr>
            <w:tcW w:w="1250" w:type="pct"/>
            <w:vAlign w:val="center"/>
          </w:tcPr>
          <w:p w14:paraId="646168DB"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r w:rsidRPr="00BD24B4">
              <w:rPr>
                <w:rFonts w:cs="Times New Roman"/>
                <w:szCs w:val="24"/>
                <w:lang w:val="ru"/>
              </w:rPr>
              <w:t>Главный предохранитель</w:t>
            </w:r>
          </w:p>
        </w:tc>
        <w:tc>
          <w:tcPr>
            <w:tcW w:w="1250" w:type="pct"/>
            <w:vAlign w:val="center"/>
          </w:tcPr>
          <w:p w14:paraId="08007F64"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r w:rsidRPr="00BD24B4">
              <w:rPr>
                <w:rFonts w:cs="Times New Roman"/>
                <w:szCs w:val="24"/>
                <w:lang w:val="ru"/>
              </w:rPr>
              <w:t>25,0 А</w:t>
            </w:r>
          </w:p>
        </w:tc>
        <w:tc>
          <w:tcPr>
            <w:tcW w:w="1250" w:type="pct"/>
            <w:vMerge w:val="restart"/>
            <w:vAlign w:val="center"/>
          </w:tcPr>
          <w:p w14:paraId="1623CD0A"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r w:rsidRPr="00BD24B4">
              <w:rPr>
                <w:rFonts w:cs="Times New Roman"/>
                <w:szCs w:val="24"/>
                <w:lang w:val="ru"/>
              </w:rPr>
              <w:t>На пусковом реле</w:t>
            </w:r>
          </w:p>
        </w:tc>
      </w:tr>
      <w:tr w:rsidR="00090549" w:rsidRPr="00BD24B4" w14:paraId="18623279" w14:textId="77777777" w:rsidTr="00AC7DBA">
        <w:tc>
          <w:tcPr>
            <w:tcW w:w="1250" w:type="pct"/>
            <w:vMerge/>
            <w:vAlign w:val="center"/>
          </w:tcPr>
          <w:p w14:paraId="4D1B4D09"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p>
        </w:tc>
        <w:tc>
          <w:tcPr>
            <w:tcW w:w="1250" w:type="pct"/>
            <w:vAlign w:val="center"/>
          </w:tcPr>
          <w:p w14:paraId="2B672A03"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r w:rsidRPr="00BD24B4">
              <w:rPr>
                <w:rFonts w:cs="Times New Roman"/>
                <w:szCs w:val="24"/>
                <w:lang w:val="ru"/>
              </w:rPr>
              <w:t>Резервный предохранитель</w:t>
            </w:r>
          </w:p>
        </w:tc>
        <w:tc>
          <w:tcPr>
            <w:tcW w:w="1250" w:type="pct"/>
            <w:vAlign w:val="center"/>
          </w:tcPr>
          <w:p w14:paraId="2FC38377"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r w:rsidRPr="00BD24B4">
              <w:rPr>
                <w:rFonts w:cs="Times New Roman"/>
                <w:szCs w:val="24"/>
                <w:lang w:val="ru"/>
              </w:rPr>
              <w:t>25,0 А</w:t>
            </w:r>
          </w:p>
        </w:tc>
        <w:tc>
          <w:tcPr>
            <w:tcW w:w="1250" w:type="pct"/>
            <w:vMerge/>
            <w:vAlign w:val="center"/>
          </w:tcPr>
          <w:p w14:paraId="7A9745EB"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p>
        </w:tc>
      </w:tr>
      <w:tr w:rsidR="00090549" w:rsidRPr="00BD24B4" w14:paraId="56BADF91" w14:textId="77777777" w:rsidTr="00AC7DBA">
        <w:tc>
          <w:tcPr>
            <w:tcW w:w="1250" w:type="pct"/>
            <w:vMerge/>
            <w:vAlign w:val="center"/>
          </w:tcPr>
          <w:p w14:paraId="0A37073B"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p>
        </w:tc>
        <w:tc>
          <w:tcPr>
            <w:tcW w:w="1250" w:type="pct"/>
            <w:vAlign w:val="center"/>
          </w:tcPr>
          <w:p w14:paraId="7C1D098B"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r w:rsidRPr="00BD24B4">
              <w:rPr>
                <w:rFonts w:cs="Times New Roman"/>
                <w:szCs w:val="24"/>
                <w:lang w:val="ru"/>
              </w:rPr>
              <w:t>Предохранитель системы зажигания</w:t>
            </w:r>
          </w:p>
        </w:tc>
        <w:tc>
          <w:tcPr>
            <w:tcW w:w="1250" w:type="pct"/>
            <w:vAlign w:val="center"/>
          </w:tcPr>
          <w:p w14:paraId="010412A9"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r w:rsidRPr="00BD24B4">
              <w:rPr>
                <w:rFonts w:cs="Times New Roman"/>
                <w:szCs w:val="24"/>
                <w:lang w:val="ru"/>
              </w:rPr>
              <w:t>10,0 А</w:t>
            </w:r>
          </w:p>
        </w:tc>
        <w:tc>
          <w:tcPr>
            <w:tcW w:w="1250" w:type="pct"/>
            <w:vMerge w:val="restart"/>
            <w:vAlign w:val="center"/>
          </w:tcPr>
          <w:p w14:paraId="144C85EF"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r w:rsidRPr="00BD24B4">
              <w:rPr>
                <w:rFonts w:cs="Times New Roman"/>
                <w:szCs w:val="24"/>
                <w:lang w:val="ru"/>
              </w:rPr>
              <w:t>В блоке предохранителей</w:t>
            </w:r>
          </w:p>
        </w:tc>
      </w:tr>
      <w:tr w:rsidR="00090549" w:rsidRPr="00BD24B4" w14:paraId="5E1F12B6" w14:textId="77777777" w:rsidTr="00AC7DBA">
        <w:tc>
          <w:tcPr>
            <w:tcW w:w="1250" w:type="pct"/>
            <w:vMerge/>
            <w:vAlign w:val="center"/>
          </w:tcPr>
          <w:p w14:paraId="5A1F966D"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p>
        </w:tc>
        <w:tc>
          <w:tcPr>
            <w:tcW w:w="1250" w:type="pct"/>
            <w:vAlign w:val="center"/>
          </w:tcPr>
          <w:p w14:paraId="08DAC68B"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r w:rsidRPr="00BD24B4">
              <w:rPr>
                <w:rFonts w:cs="Times New Roman"/>
                <w:szCs w:val="24"/>
                <w:lang w:val="ru"/>
              </w:rPr>
              <w:t>Предохранитель вспомогательного разъема</w:t>
            </w:r>
          </w:p>
        </w:tc>
        <w:tc>
          <w:tcPr>
            <w:tcW w:w="1250" w:type="pct"/>
            <w:vAlign w:val="center"/>
          </w:tcPr>
          <w:p w14:paraId="4BFF6809"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r w:rsidRPr="00BD24B4">
              <w:rPr>
                <w:rFonts w:cs="Times New Roman"/>
                <w:szCs w:val="24"/>
                <w:lang w:val="ru"/>
              </w:rPr>
              <w:t>10,0 А</w:t>
            </w:r>
          </w:p>
        </w:tc>
        <w:tc>
          <w:tcPr>
            <w:tcW w:w="1250" w:type="pct"/>
            <w:vMerge/>
            <w:vAlign w:val="center"/>
          </w:tcPr>
          <w:p w14:paraId="2046FB30" w14:textId="77777777" w:rsidR="00090549" w:rsidRPr="00BD24B4" w:rsidRDefault="00090549" w:rsidP="00090549">
            <w:pPr>
              <w:widowControl w:val="0"/>
              <w:autoSpaceDE w:val="0"/>
              <w:autoSpaceDN w:val="0"/>
              <w:adjustRightInd w:val="0"/>
              <w:spacing w:line="276" w:lineRule="auto"/>
              <w:jc w:val="both"/>
              <w:rPr>
                <w:rFonts w:cs="Times New Roman"/>
                <w:szCs w:val="24"/>
                <w:lang w:eastAsia="ru-RU"/>
              </w:rPr>
            </w:pPr>
          </w:p>
        </w:tc>
      </w:tr>
      <w:tr w:rsidR="00090549" w:rsidRPr="00BD24B4" w14:paraId="3F690E23" w14:textId="77777777" w:rsidTr="00AC7DBA">
        <w:tc>
          <w:tcPr>
            <w:tcW w:w="1250" w:type="pct"/>
            <w:vMerge/>
            <w:vAlign w:val="center"/>
          </w:tcPr>
          <w:p w14:paraId="691DCBBF"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p>
        </w:tc>
        <w:tc>
          <w:tcPr>
            <w:tcW w:w="1250" w:type="pct"/>
            <w:vAlign w:val="center"/>
          </w:tcPr>
          <w:p w14:paraId="371E535A"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r w:rsidRPr="00BD24B4">
              <w:rPr>
                <w:rFonts w:cs="Times New Roman"/>
                <w:szCs w:val="24"/>
                <w:lang w:val="ru"/>
              </w:rPr>
              <w:t>Предохранитель вентилятора</w:t>
            </w:r>
          </w:p>
        </w:tc>
        <w:tc>
          <w:tcPr>
            <w:tcW w:w="1250" w:type="pct"/>
            <w:vAlign w:val="center"/>
          </w:tcPr>
          <w:p w14:paraId="21706BEE"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r w:rsidRPr="00BD24B4">
              <w:rPr>
                <w:rFonts w:cs="Times New Roman"/>
                <w:szCs w:val="24"/>
                <w:lang w:val="ru"/>
              </w:rPr>
              <w:t>20,0 А</w:t>
            </w:r>
          </w:p>
        </w:tc>
        <w:tc>
          <w:tcPr>
            <w:tcW w:w="1250" w:type="pct"/>
            <w:vMerge/>
            <w:vAlign w:val="center"/>
          </w:tcPr>
          <w:p w14:paraId="70E940D5" w14:textId="77777777" w:rsidR="00090549" w:rsidRPr="00BD24B4" w:rsidRDefault="00090549" w:rsidP="00090549">
            <w:pPr>
              <w:widowControl w:val="0"/>
              <w:autoSpaceDE w:val="0"/>
              <w:autoSpaceDN w:val="0"/>
              <w:adjustRightInd w:val="0"/>
              <w:spacing w:line="276" w:lineRule="auto"/>
              <w:jc w:val="both"/>
              <w:rPr>
                <w:rFonts w:cs="Times New Roman"/>
                <w:szCs w:val="24"/>
                <w:lang w:eastAsia="ru-RU"/>
              </w:rPr>
            </w:pPr>
          </w:p>
        </w:tc>
      </w:tr>
      <w:tr w:rsidR="00090549" w:rsidRPr="00BD24B4" w14:paraId="4EDBE2E8" w14:textId="77777777" w:rsidTr="00AC7DBA">
        <w:tc>
          <w:tcPr>
            <w:tcW w:w="1250" w:type="pct"/>
            <w:vMerge/>
            <w:vAlign w:val="center"/>
          </w:tcPr>
          <w:p w14:paraId="3C5017C7"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p>
        </w:tc>
        <w:tc>
          <w:tcPr>
            <w:tcW w:w="1250" w:type="pct"/>
            <w:vAlign w:val="center"/>
          </w:tcPr>
          <w:p w14:paraId="67ACF692" w14:textId="77777777" w:rsidR="00090549" w:rsidRPr="00BD24B4" w:rsidRDefault="00090549" w:rsidP="00090549">
            <w:pPr>
              <w:widowControl w:val="0"/>
              <w:autoSpaceDE w:val="0"/>
              <w:autoSpaceDN w:val="0"/>
              <w:adjustRightInd w:val="0"/>
              <w:spacing w:line="276" w:lineRule="auto"/>
              <w:jc w:val="center"/>
              <w:rPr>
                <w:rFonts w:cs="Times New Roman"/>
                <w:szCs w:val="24"/>
                <w:lang w:val="ru"/>
              </w:rPr>
            </w:pPr>
            <w:r w:rsidRPr="00BD24B4">
              <w:rPr>
                <w:rFonts w:cs="Times New Roman"/>
                <w:szCs w:val="24"/>
                <w:lang w:val="ru"/>
              </w:rPr>
              <w:t>Предохранитель системы сигнализации/</w:t>
            </w:r>
          </w:p>
          <w:p w14:paraId="717C319A"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r w:rsidRPr="00BD24B4">
              <w:rPr>
                <w:rFonts w:cs="Times New Roman"/>
                <w:szCs w:val="24"/>
                <w:lang w:val="ru"/>
              </w:rPr>
              <w:t>освещения</w:t>
            </w:r>
          </w:p>
        </w:tc>
        <w:tc>
          <w:tcPr>
            <w:tcW w:w="1250" w:type="pct"/>
            <w:vAlign w:val="center"/>
          </w:tcPr>
          <w:p w14:paraId="4487D6BC"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r w:rsidRPr="00BD24B4">
              <w:rPr>
                <w:rFonts w:cs="Times New Roman"/>
                <w:szCs w:val="24"/>
                <w:lang w:val="ru"/>
              </w:rPr>
              <w:t>10,0 А</w:t>
            </w:r>
          </w:p>
        </w:tc>
        <w:tc>
          <w:tcPr>
            <w:tcW w:w="1250" w:type="pct"/>
            <w:vMerge/>
            <w:vAlign w:val="center"/>
          </w:tcPr>
          <w:p w14:paraId="2A45B274" w14:textId="77777777" w:rsidR="00090549" w:rsidRPr="00BD24B4" w:rsidRDefault="00090549" w:rsidP="00090549">
            <w:pPr>
              <w:widowControl w:val="0"/>
              <w:autoSpaceDE w:val="0"/>
              <w:autoSpaceDN w:val="0"/>
              <w:adjustRightInd w:val="0"/>
              <w:spacing w:line="276" w:lineRule="auto"/>
              <w:jc w:val="both"/>
              <w:rPr>
                <w:rFonts w:cs="Times New Roman"/>
                <w:szCs w:val="24"/>
                <w:lang w:eastAsia="ru-RU"/>
              </w:rPr>
            </w:pPr>
          </w:p>
        </w:tc>
      </w:tr>
      <w:tr w:rsidR="00090549" w:rsidRPr="00BD24B4" w14:paraId="4F105B28" w14:textId="77777777" w:rsidTr="00AC7DBA">
        <w:tc>
          <w:tcPr>
            <w:tcW w:w="1250" w:type="pct"/>
            <w:vMerge/>
            <w:vAlign w:val="center"/>
          </w:tcPr>
          <w:p w14:paraId="649CC528"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p>
        </w:tc>
        <w:tc>
          <w:tcPr>
            <w:tcW w:w="1250" w:type="pct"/>
            <w:vAlign w:val="center"/>
          </w:tcPr>
          <w:p w14:paraId="6D44786E"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r w:rsidRPr="00BD24B4">
              <w:rPr>
                <w:rFonts w:cs="Times New Roman"/>
                <w:szCs w:val="24"/>
                <w:lang w:val="ru"/>
              </w:rPr>
              <w:t>Резервный предохранитель (1)</w:t>
            </w:r>
          </w:p>
        </w:tc>
        <w:tc>
          <w:tcPr>
            <w:tcW w:w="1250" w:type="pct"/>
            <w:vAlign w:val="center"/>
          </w:tcPr>
          <w:p w14:paraId="76CCF930"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r w:rsidRPr="00BD24B4">
              <w:rPr>
                <w:rFonts w:cs="Times New Roman"/>
                <w:szCs w:val="24"/>
                <w:lang w:val="ru"/>
              </w:rPr>
              <w:t>10,0 А</w:t>
            </w:r>
          </w:p>
        </w:tc>
        <w:tc>
          <w:tcPr>
            <w:tcW w:w="1250" w:type="pct"/>
            <w:vMerge/>
            <w:vAlign w:val="center"/>
          </w:tcPr>
          <w:p w14:paraId="30808F90" w14:textId="77777777" w:rsidR="00090549" w:rsidRPr="00BD24B4" w:rsidRDefault="00090549" w:rsidP="00090549">
            <w:pPr>
              <w:widowControl w:val="0"/>
              <w:autoSpaceDE w:val="0"/>
              <w:autoSpaceDN w:val="0"/>
              <w:adjustRightInd w:val="0"/>
              <w:spacing w:line="276" w:lineRule="auto"/>
              <w:jc w:val="both"/>
              <w:rPr>
                <w:rFonts w:cs="Times New Roman"/>
                <w:szCs w:val="24"/>
                <w:lang w:eastAsia="ru-RU"/>
              </w:rPr>
            </w:pPr>
          </w:p>
        </w:tc>
      </w:tr>
      <w:tr w:rsidR="00090549" w:rsidRPr="00BD24B4" w14:paraId="666BA198" w14:textId="77777777" w:rsidTr="00AC7DBA">
        <w:tc>
          <w:tcPr>
            <w:tcW w:w="1250" w:type="pct"/>
            <w:vMerge/>
            <w:vAlign w:val="center"/>
          </w:tcPr>
          <w:p w14:paraId="4185F130"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p>
        </w:tc>
        <w:tc>
          <w:tcPr>
            <w:tcW w:w="1250" w:type="pct"/>
            <w:vAlign w:val="center"/>
          </w:tcPr>
          <w:p w14:paraId="4A82883E"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r w:rsidRPr="00BD24B4">
              <w:rPr>
                <w:rFonts w:cs="Times New Roman"/>
                <w:szCs w:val="24"/>
                <w:lang w:val="ru"/>
              </w:rPr>
              <w:t>Резервный предохранитель (2)</w:t>
            </w:r>
          </w:p>
        </w:tc>
        <w:tc>
          <w:tcPr>
            <w:tcW w:w="1250" w:type="pct"/>
            <w:vAlign w:val="center"/>
          </w:tcPr>
          <w:p w14:paraId="0CB18925" w14:textId="77777777" w:rsidR="00090549" w:rsidRPr="00BD24B4" w:rsidRDefault="00090549" w:rsidP="00090549">
            <w:pPr>
              <w:widowControl w:val="0"/>
              <w:autoSpaceDE w:val="0"/>
              <w:autoSpaceDN w:val="0"/>
              <w:adjustRightInd w:val="0"/>
              <w:spacing w:line="276" w:lineRule="auto"/>
              <w:jc w:val="center"/>
              <w:rPr>
                <w:rFonts w:cs="Times New Roman"/>
                <w:szCs w:val="24"/>
                <w:lang w:eastAsia="ru-RU"/>
              </w:rPr>
            </w:pPr>
            <w:r w:rsidRPr="00BD24B4">
              <w:rPr>
                <w:rFonts w:cs="Times New Roman"/>
                <w:szCs w:val="24"/>
                <w:lang w:val="ru"/>
              </w:rPr>
              <w:t>20,0 А</w:t>
            </w:r>
          </w:p>
        </w:tc>
        <w:tc>
          <w:tcPr>
            <w:tcW w:w="1250" w:type="pct"/>
            <w:vMerge/>
            <w:vAlign w:val="center"/>
          </w:tcPr>
          <w:p w14:paraId="11E70305" w14:textId="77777777" w:rsidR="00090549" w:rsidRPr="00BD24B4" w:rsidRDefault="00090549" w:rsidP="00090549">
            <w:pPr>
              <w:widowControl w:val="0"/>
              <w:autoSpaceDE w:val="0"/>
              <w:autoSpaceDN w:val="0"/>
              <w:adjustRightInd w:val="0"/>
              <w:spacing w:line="276" w:lineRule="auto"/>
              <w:jc w:val="both"/>
              <w:rPr>
                <w:rFonts w:cs="Times New Roman"/>
                <w:szCs w:val="24"/>
                <w:lang w:eastAsia="ru-RU"/>
              </w:rPr>
            </w:pPr>
          </w:p>
        </w:tc>
      </w:tr>
    </w:tbl>
    <w:p w14:paraId="68EC6A14" w14:textId="77777777" w:rsidR="006F16D3" w:rsidRPr="00BD24B4" w:rsidRDefault="006F16D3" w:rsidP="00A41DEF">
      <w:pPr>
        <w:rPr>
          <w:rFonts w:eastAsia="Times New Roman" w:cs="Times New Roman"/>
          <w:szCs w:val="24"/>
          <w:lang w:val="ru-RU"/>
        </w:rPr>
      </w:pPr>
    </w:p>
    <w:p w14:paraId="4F9AC036" w14:textId="77777777" w:rsidR="006A368D" w:rsidRPr="00BD24B4" w:rsidRDefault="006A368D">
      <w:pPr>
        <w:spacing w:after="200" w:line="276" w:lineRule="auto"/>
        <w:rPr>
          <w:rFonts w:eastAsia="Times New Roman" w:cs="Times New Roman"/>
          <w:szCs w:val="24"/>
          <w:lang w:val="ru-RU"/>
        </w:rPr>
        <w:sectPr w:rsidR="006A368D" w:rsidRPr="00BD24B4" w:rsidSect="0014427F">
          <w:headerReference w:type="default" r:id="rId35"/>
          <w:footerReference w:type="default" r:id="rId36"/>
          <w:pgSz w:w="8051" w:h="11737" w:code="9"/>
          <w:pgMar w:top="567" w:right="720" w:bottom="567" w:left="720" w:header="397" w:footer="397" w:gutter="0"/>
          <w:cols w:space="720"/>
          <w:docGrid w:linePitch="360"/>
        </w:sectPr>
      </w:pPr>
    </w:p>
    <w:p w14:paraId="2C6DE6A6" w14:textId="4F16146A" w:rsidR="00A41DEF" w:rsidRPr="00BD24B4" w:rsidRDefault="003C0DC6" w:rsidP="003C0DC6">
      <w:pPr>
        <w:pStyle w:val="1"/>
      </w:pPr>
      <w:bookmarkStart w:id="22" w:name="_Toc220542622"/>
      <w:r w:rsidRPr="00BD24B4">
        <w:lastRenderedPageBreak/>
        <w:t xml:space="preserve">20. </w:t>
      </w:r>
      <w:r w:rsidRPr="00BD24B4">
        <w:tab/>
        <w:t>ГАРАНТИЙНОЕ ОБСЛУЖИВАНИЕ</w:t>
      </w:r>
      <w:bookmarkEnd w:id="22"/>
    </w:p>
    <w:p w14:paraId="584560AF" w14:textId="77777777" w:rsidR="003C0DC6" w:rsidRPr="00BD24B4" w:rsidRDefault="003C0DC6" w:rsidP="00A41DEF">
      <w:pPr>
        <w:rPr>
          <w:rFonts w:cs="Times New Roman"/>
          <w:lang w:val="ru-RU"/>
        </w:rPr>
      </w:pPr>
    </w:p>
    <w:p w14:paraId="0F3642AD" w14:textId="3812C09A" w:rsidR="00A41DEF" w:rsidRPr="00BD24B4" w:rsidRDefault="00A41DEF" w:rsidP="006F16D3">
      <w:pPr>
        <w:pStyle w:val="21"/>
      </w:pPr>
      <w:r w:rsidRPr="00BD24B4">
        <w:t>1.</w:t>
      </w:r>
      <w:r w:rsidR="006F16D3" w:rsidRPr="00BD24B4">
        <w:tab/>
      </w:r>
      <w:r w:rsidRPr="00BD24B4">
        <w:t>УСЛОВИЯ ПРЕДОСТАВЛЕНИЯ ГАРАНТИИ.</w:t>
      </w:r>
    </w:p>
    <w:p w14:paraId="2FA8AE8E" w14:textId="2B6DF1C9" w:rsidR="00A41DEF" w:rsidRPr="00BD24B4" w:rsidRDefault="00A41DEF" w:rsidP="006F16D3">
      <w:pPr>
        <w:pStyle w:val="31"/>
      </w:pPr>
      <w:r w:rsidRPr="00BD24B4">
        <w:t xml:space="preserve">1.1 </w:t>
      </w:r>
      <w:r w:rsidR="006F16D3" w:rsidRPr="00BD24B4">
        <w:tab/>
      </w:r>
      <w:r w:rsidRPr="00BD24B4">
        <w:t>Гарантия предоставляется на срок 2 года с момента передачи техники дилеру или 5000 км пробега. После наступления одного из вышеупомянутых условий гарантийное обслуживание прекращается.</w:t>
      </w:r>
    </w:p>
    <w:p w14:paraId="753D50E7" w14:textId="3B8EBE0F" w:rsidR="00A41DEF" w:rsidRPr="00BD24B4" w:rsidRDefault="00A41DEF" w:rsidP="006F16D3">
      <w:pPr>
        <w:pStyle w:val="31"/>
      </w:pPr>
      <w:r w:rsidRPr="00BD24B4">
        <w:t xml:space="preserve">1.2 </w:t>
      </w:r>
      <w:r w:rsidR="006F16D3" w:rsidRPr="00BD24B4">
        <w:tab/>
      </w:r>
      <w:proofErr w:type="spellStart"/>
      <w:r w:rsidRPr="00BD24B4">
        <w:t>Квадрицикл</w:t>
      </w:r>
      <w:proofErr w:type="spellEnd"/>
      <w:r w:rsidRPr="00BD24B4">
        <w:t xml:space="preserve"> должен быть приобретен у официального дилера и иметь договор купли-продажи с реквизитами и печатью официального дилера.</w:t>
      </w:r>
    </w:p>
    <w:p w14:paraId="4C55AD85" w14:textId="5E2B3B4C" w:rsidR="00A41DEF" w:rsidRPr="00BD24B4" w:rsidRDefault="00A41DEF" w:rsidP="006F16D3">
      <w:pPr>
        <w:pStyle w:val="31"/>
      </w:pPr>
      <w:r w:rsidRPr="00BD24B4">
        <w:t xml:space="preserve">1.3 </w:t>
      </w:r>
      <w:r w:rsidR="006F16D3" w:rsidRPr="00BD24B4">
        <w:tab/>
      </w:r>
      <w:proofErr w:type="spellStart"/>
      <w:r w:rsidRPr="00BD24B4">
        <w:t>Квадрицикл</w:t>
      </w:r>
      <w:proofErr w:type="spellEnd"/>
      <w:r w:rsidRPr="00BD24B4">
        <w:t xml:space="preserve"> прошел предпродажную подготовку у официального дилера, о чем в сервисной книжке имеется соответствующая запись с печатью официального дилера.</w:t>
      </w:r>
    </w:p>
    <w:p w14:paraId="0DEEAE0C" w14:textId="4D660719" w:rsidR="00A41DEF" w:rsidRPr="00BD24B4" w:rsidRDefault="00A41DEF" w:rsidP="006F16D3">
      <w:pPr>
        <w:pStyle w:val="31"/>
      </w:pPr>
      <w:r w:rsidRPr="00BD24B4">
        <w:t xml:space="preserve">1.4 </w:t>
      </w:r>
      <w:r w:rsidR="006F16D3" w:rsidRPr="00BD24B4">
        <w:tab/>
      </w:r>
      <w:proofErr w:type="spellStart"/>
      <w:r w:rsidRPr="00BD24B4">
        <w:t>Квадрицикл</w:t>
      </w:r>
      <w:proofErr w:type="spellEnd"/>
      <w:r w:rsidRPr="00BD24B4">
        <w:t xml:space="preserve"> имеет полностью и правильно заполненную сервисную книжку.</w:t>
      </w:r>
    </w:p>
    <w:p w14:paraId="1897B6F6" w14:textId="2C943946" w:rsidR="00A41DEF" w:rsidRPr="00BD24B4" w:rsidRDefault="00A41DEF" w:rsidP="006F16D3">
      <w:pPr>
        <w:pStyle w:val="31"/>
      </w:pPr>
      <w:r w:rsidRPr="00BD24B4">
        <w:t xml:space="preserve">1.5 </w:t>
      </w:r>
      <w:r w:rsidR="006F16D3" w:rsidRPr="00BD24B4">
        <w:tab/>
      </w:r>
      <w:r w:rsidRPr="00BD24B4">
        <w:t xml:space="preserve">В сервисной книжке имеется подпись покупателя о прохождении инструктажа пользователя и о ознакомлении с настоящими условиями гарантии. </w:t>
      </w:r>
    </w:p>
    <w:p w14:paraId="0F52C27A" w14:textId="000DCD93" w:rsidR="00A41DEF" w:rsidRPr="00BD24B4" w:rsidRDefault="00A41DEF" w:rsidP="006F16D3">
      <w:pPr>
        <w:pStyle w:val="31"/>
      </w:pPr>
      <w:r w:rsidRPr="00BD24B4">
        <w:t xml:space="preserve">1.6 </w:t>
      </w:r>
      <w:r w:rsidR="006F16D3" w:rsidRPr="00BD24B4">
        <w:tab/>
      </w:r>
      <w:proofErr w:type="spellStart"/>
      <w:r w:rsidRPr="00BD24B4">
        <w:t>Квадрицикл</w:t>
      </w:r>
      <w:proofErr w:type="spellEnd"/>
      <w:r w:rsidRPr="00BD24B4">
        <w:t xml:space="preserve"> проходил у официального дилера своевременно все очередные ТО на соответствующих пробегах (перепробег допускается не более 50 километров), о чем в соответствующих местах сервисной книжки имеется запись с печатью дилера.</w:t>
      </w:r>
    </w:p>
    <w:p w14:paraId="74FB8441" w14:textId="315409EE" w:rsidR="00A41DEF" w:rsidRPr="00BD24B4" w:rsidRDefault="00A41DEF" w:rsidP="006F16D3">
      <w:pPr>
        <w:pStyle w:val="31"/>
      </w:pPr>
      <w:r w:rsidRPr="00BD24B4">
        <w:t xml:space="preserve">1.7 </w:t>
      </w:r>
      <w:r w:rsidR="006F16D3" w:rsidRPr="00BD24B4">
        <w:tab/>
      </w:r>
      <w:proofErr w:type="spellStart"/>
      <w:r w:rsidRPr="00BD24B4">
        <w:t>Квадрицикл</w:t>
      </w:r>
      <w:proofErr w:type="spellEnd"/>
      <w:r w:rsidRPr="00BD24B4">
        <w:t xml:space="preserve"> использовался в соответствии с данной инструкцией. Не использовался в коммерческих целях. Не попадал в аварии. И не использовался в спортивных целях.</w:t>
      </w:r>
    </w:p>
    <w:p w14:paraId="700DABD2" w14:textId="4D0E1BF9" w:rsidR="00A41DEF" w:rsidRPr="00BD24B4" w:rsidRDefault="00A41DEF" w:rsidP="006F16D3">
      <w:pPr>
        <w:pStyle w:val="31"/>
      </w:pPr>
      <w:r w:rsidRPr="00BD24B4">
        <w:t xml:space="preserve">1.8 </w:t>
      </w:r>
      <w:r w:rsidR="006F16D3" w:rsidRPr="00BD24B4">
        <w:tab/>
      </w:r>
      <w:r w:rsidRPr="00BD24B4">
        <w:t>Выявлен брак заводского происхождения, дефекты материалов или нарушение технологии изготовления.</w:t>
      </w:r>
    </w:p>
    <w:p w14:paraId="57857B04" w14:textId="6B3E3898" w:rsidR="00A41DEF" w:rsidRPr="00BD24B4" w:rsidRDefault="00A41DEF" w:rsidP="006F16D3">
      <w:pPr>
        <w:pStyle w:val="31"/>
      </w:pPr>
      <w:r w:rsidRPr="00BD24B4">
        <w:t xml:space="preserve">1.9 </w:t>
      </w:r>
      <w:r w:rsidR="006F16D3" w:rsidRPr="00BD24B4">
        <w:tab/>
      </w:r>
      <w:r w:rsidRPr="00BD24B4">
        <w:t>Отсутствуют следы постороннего вмешательства, неквалифицированного ремонта, механические повреждения. А также следы воздействия посторонних жидкостей.</w:t>
      </w:r>
    </w:p>
    <w:p w14:paraId="36CD3FAA" w14:textId="33E1747A" w:rsidR="00A41DEF" w:rsidRPr="00BD24B4" w:rsidRDefault="00A41DEF" w:rsidP="006F16D3">
      <w:pPr>
        <w:pStyle w:val="31"/>
      </w:pPr>
      <w:r w:rsidRPr="00BD24B4">
        <w:t xml:space="preserve">1.10 </w:t>
      </w:r>
      <w:r w:rsidR="006F16D3" w:rsidRPr="00BD24B4">
        <w:tab/>
      </w:r>
      <w:r w:rsidRPr="00BD24B4">
        <w:t xml:space="preserve">Компания не несет ответственности за сопутствующий и косвенный ущерб или упущенную выгоду, возникшие в связи с неисправностью </w:t>
      </w:r>
      <w:proofErr w:type="spellStart"/>
      <w:r w:rsidRPr="00BD24B4">
        <w:t>квадрицикла</w:t>
      </w:r>
      <w:proofErr w:type="spellEnd"/>
      <w:r w:rsidRPr="00BD24B4">
        <w:t xml:space="preserve"> в гарантийный период.</w:t>
      </w:r>
    </w:p>
    <w:p w14:paraId="7B103638" w14:textId="77777777" w:rsidR="00A41DEF" w:rsidRPr="00BD24B4" w:rsidRDefault="00A41DEF" w:rsidP="00A41DEF">
      <w:pPr>
        <w:rPr>
          <w:rFonts w:cs="Times New Roman"/>
          <w:lang w:val="ru-RU"/>
        </w:rPr>
      </w:pPr>
    </w:p>
    <w:p w14:paraId="37FCFDE7" w14:textId="4CB7114C" w:rsidR="00A41DEF" w:rsidRPr="00BD24B4" w:rsidRDefault="00A41DEF" w:rsidP="006F16D3">
      <w:pPr>
        <w:pStyle w:val="21"/>
      </w:pPr>
      <w:r w:rsidRPr="00BD24B4">
        <w:t>2.</w:t>
      </w:r>
      <w:r w:rsidR="006F16D3" w:rsidRPr="00BD24B4">
        <w:tab/>
      </w:r>
      <w:r w:rsidRPr="00BD24B4">
        <w:t>ГАРАНТИЙНЫЕ ОБЯЗАТЕЛЬСТВА НЕ РАСПРОСТРАНЯЮТСЯ НА;</w:t>
      </w:r>
    </w:p>
    <w:p w14:paraId="7FA54E9F" w14:textId="261F7A7C" w:rsidR="00A41DEF" w:rsidRPr="00BD24B4" w:rsidRDefault="00A41DEF" w:rsidP="006F16D3">
      <w:pPr>
        <w:pStyle w:val="31"/>
      </w:pPr>
      <w:r w:rsidRPr="00BD24B4">
        <w:t xml:space="preserve">2.1 </w:t>
      </w:r>
      <w:r w:rsidR="006F16D3" w:rsidRPr="00BD24B4">
        <w:tab/>
      </w:r>
      <w:r w:rsidRPr="00BD24B4">
        <w:t>Расходные детали и материалы.</w:t>
      </w:r>
    </w:p>
    <w:p w14:paraId="03C62373" w14:textId="20AAB3C7" w:rsidR="00A41DEF" w:rsidRPr="00BD24B4" w:rsidRDefault="00A41DEF" w:rsidP="006F16D3">
      <w:pPr>
        <w:pStyle w:val="31"/>
      </w:pPr>
      <w:r w:rsidRPr="00BD24B4">
        <w:t xml:space="preserve">2.2 </w:t>
      </w:r>
      <w:r w:rsidR="006F16D3" w:rsidRPr="00BD24B4">
        <w:tab/>
      </w:r>
      <w:r w:rsidRPr="00BD24B4">
        <w:t>Сколы, трещины, абразивный износ ЛКП</w:t>
      </w:r>
    </w:p>
    <w:p w14:paraId="634AA5A7" w14:textId="4FBF8CC5" w:rsidR="00A41DEF" w:rsidRPr="00BD24B4" w:rsidRDefault="00A41DEF" w:rsidP="006F16D3">
      <w:pPr>
        <w:pStyle w:val="31"/>
      </w:pPr>
      <w:r w:rsidRPr="00BD24B4">
        <w:t xml:space="preserve">2.3 </w:t>
      </w:r>
      <w:r w:rsidR="006F16D3" w:rsidRPr="00BD24B4">
        <w:tab/>
      </w:r>
      <w:r w:rsidRPr="00BD24B4">
        <w:t>Внешние повреждения оптики фар и фонарей. Запотевание стекол. Внутренние повреждения оптики фар и фонарей вызванные воздействием жидкости и ее паров.</w:t>
      </w:r>
    </w:p>
    <w:p w14:paraId="41C1DE52" w14:textId="0288333E" w:rsidR="00A41DEF" w:rsidRPr="00BD24B4" w:rsidRDefault="00A41DEF" w:rsidP="006F16D3">
      <w:pPr>
        <w:pStyle w:val="31"/>
      </w:pPr>
      <w:r w:rsidRPr="00BD24B4">
        <w:t xml:space="preserve">2.4 </w:t>
      </w:r>
      <w:r w:rsidR="006F16D3" w:rsidRPr="00BD24B4">
        <w:tab/>
      </w:r>
      <w:r w:rsidRPr="00BD24B4">
        <w:t>Аккумуляторные батареи на технике с пробегом.</w:t>
      </w:r>
    </w:p>
    <w:p w14:paraId="457AC3C9" w14:textId="3E22848D" w:rsidR="00A41DEF" w:rsidRPr="00BD24B4" w:rsidRDefault="00A41DEF" w:rsidP="006F16D3">
      <w:pPr>
        <w:pStyle w:val="31"/>
      </w:pPr>
      <w:r w:rsidRPr="00BD24B4">
        <w:t xml:space="preserve">2.5 </w:t>
      </w:r>
      <w:r w:rsidR="006F16D3" w:rsidRPr="00BD24B4">
        <w:tab/>
      </w:r>
      <w:r w:rsidRPr="00BD24B4">
        <w:t>Предохранители.</w:t>
      </w:r>
    </w:p>
    <w:p w14:paraId="11B5C140" w14:textId="4D43E373" w:rsidR="00A41DEF" w:rsidRPr="00BD24B4" w:rsidRDefault="00A41DEF" w:rsidP="006F16D3">
      <w:pPr>
        <w:pStyle w:val="31"/>
      </w:pPr>
      <w:r w:rsidRPr="00BD24B4">
        <w:t xml:space="preserve">2.6 </w:t>
      </w:r>
      <w:r w:rsidR="006F16D3" w:rsidRPr="00BD24B4">
        <w:tab/>
      </w:r>
      <w:r w:rsidRPr="00BD24B4">
        <w:t>Покрышки и камеры.</w:t>
      </w:r>
    </w:p>
    <w:p w14:paraId="04C375D1" w14:textId="40799588" w:rsidR="00A41DEF" w:rsidRPr="00BD24B4" w:rsidRDefault="00A41DEF" w:rsidP="006F16D3">
      <w:pPr>
        <w:pStyle w:val="31"/>
      </w:pPr>
      <w:r w:rsidRPr="00BD24B4">
        <w:t xml:space="preserve">2.7 </w:t>
      </w:r>
      <w:r w:rsidR="006F16D3" w:rsidRPr="00BD24B4">
        <w:tab/>
      </w:r>
      <w:r w:rsidRPr="00BD24B4">
        <w:t>Пластиковые элементы и изделия на технике с пробегом.</w:t>
      </w:r>
    </w:p>
    <w:p w14:paraId="598B83ED" w14:textId="136A6BAF" w:rsidR="00A41DEF" w:rsidRPr="00BD24B4" w:rsidRDefault="00A41DEF" w:rsidP="006F16D3">
      <w:pPr>
        <w:pStyle w:val="31"/>
      </w:pPr>
      <w:r w:rsidRPr="00BD24B4">
        <w:t xml:space="preserve">2.8 </w:t>
      </w:r>
      <w:r w:rsidR="006F16D3" w:rsidRPr="00BD24B4">
        <w:tab/>
      </w:r>
      <w:r w:rsidRPr="00BD24B4">
        <w:t>Фильтры топливные и воздушные</w:t>
      </w:r>
    </w:p>
    <w:p w14:paraId="5851135B" w14:textId="74B1D3EA" w:rsidR="00A41DEF" w:rsidRPr="00BD24B4" w:rsidRDefault="00A41DEF" w:rsidP="006F16D3">
      <w:pPr>
        <w:pStyle w:val="31"/>
      </w:pPr>
      <w:r w:rsidRPr="00BD24B4">
        <w:t xml:space="preserve">2.9 </w:t>
      </w:r>
      <w:r w:rsidR="006F16D3" w:rsidRPr="00BD24B4">
        <w:tab/>
      </w:r>
      <w:r w:rsidRPr="00BD24B4">
        <w:t>Свечи зажигания и датчики кислорода (лямбда-зонд)</w:t>
      </w:r>
    </w:p>
    <w:p w14:paraId="3960785B" w14:textId="651BB2D0" w:rsidR="00A41DEF" w:rsidRPr="00BD24B4" w:rsidRDefault="00A41DEF" w:rsidP="006F16D3">
      <w:pPr>
        <w:pStyle w:val="31"/>
      </w:pPr>
      <w:r w:rsidRPr="00BD24B4">
        <w:t xml:space="preserve">2.10 </w:t>
      </w:r>
      <w:r w:rsidR="006F16D3" w:rsidRPr="00BD24B4">
        <w:tab/>
      </w:r>
      <w:r w:rsidRPr="00BD24B4">
        <w:t>Тормозные колодки и диски</w:t>
      </w:r>
    </w:p>
    <w:p w14:paraId="44F5FCEC" w14:textId="72A7CAAC" w:rsidR="00A41DEF" w:rsidRPr="00BD24B4" w:rsidRDefault="00A41DEF" w:rsidP="006F16D3">
      <w:pPr>
        <w:pStyle w:val="31"/>
      </w:pPr>
      <w:r w:rsidRPr="00BD24B4">
        <w:t xml:space="preserve">2.11 </w:t>
      </w:r>
      <w:r w:rsidR="006F16D3" w:rsidRPr="00BD24B4">
        <w:tab/>
      </w:r>
      <w:r w:rsidRPr="00BD24B4">
        <w:t>Ремни вариатора</w:t>
      </w:r>
    </w:p>
    <w:p w14:paraId="2BF4B69D" w14:textId="2A172504" w:rsidR="00A41DEF" w:rsidRPr="00BD24B4" w:rsidRDefault="00A41DEF" w:rsidP="006F16D3">
      <w:pPr>
        <w:pStyle w:val="31"/>
      </w:pPr>
      <w:r w:rsidRPr="00BD24B4">
        <w:t xml:space="preserve">2.12 </w:t>
      </w:r>
      <w:r w:rsidR="006F16D3" w:rsidRPr="00BD24B4">
        <w:tab/>
      </w:r>
      <w:r w:rsidRPr="00BD24B4">
        <w:t>Грузики (ролики) вариатора</w:t>
      </w:r>
    </w:p>
    <w:p w14:paraId="660E6672" w14:textId="2AE8EA29" w:rsidR="00A41DEF" w:rsidRPr="00BD24B4" w:rsidRDefault="00A41DEF" w:rsidP="006F16D3">
      <w:pPr>
        <w:pStyle w:val="31"/>
      </w:pPr>
      <w:r w:rsidRPr="00BD24B4">
        <w:t>2.13</w:t>
      </w:r>
      <w:r w:rsidR="006F16D3" w:rsidRPr="00BD24B4">
        <w:tab/>
      </w:r>
      <w:r w:rsidRPr="00BD24B4">
        <w:t>Фрикционные пары сцепления</w:t>
      </w:r>
    </w:p>
    <w:p w14:paraId="517D1335" w14:textId="446C00E2" w:rsidR="00A41DEF" w:rsidRPr="00BD24B4" w:rsidRDefault="00A41DEF" w:rsidP="006F16D3">
      <w:pPr>
        <w:pStyle w:val="31"/>
      </w:pPr>
      <w:r w:rsidRPr="00BD24B4">
        <w:t xml:space="preserve">2.14 </w:t>
      </w:r>
      <w:r w:rsidR="006F16D3" w:rsidRPr="00BD24B4">
        <w:tab/>
      </w:r>
      <w:r w:rsidRPr="00BD24B4">
        <w:t>Троса управления</w:t>
      </w:r>
    </w:p>
    <w:p w14:paraId="4656B265" w14:textId="7E6ABDB5" w:rsidR="00A41DEF" w:rsidRPr="00BD24B4" w:rsidRDefault="00A41DEF" w:rsidP="006F16D3">
      <w:pPr>
        <w:pStyle w:val="31"/>
      </w:pPr>
      <w:r w:rsidRPr="00BD24B4">
        <w:t xml:space="preserve">2.15 </w:t>
      </w:r>
      <w:r w:rsidR="006F16D3" w:rsidRPr="00BD24B4">
        <w:tab/>
      </w:r>
      <w:r w:rsidRPr="00BD24B4">
        <w:t>Зеркала заднего вида на технике с пробегом.</w:t>
      </w:r>
    </w:p>
    <w:p w14:paraId="070693E1" w14:textId="5FFCC043" w:rsidR="00A41DEF" w:rsidRPr="00BD24B4" w:rsidRDefault="00A41DEF" w:rsidP="006F16D3">
      <w:pPr>
        <w:pStyle w:val="31"/>
      </w:pPr>
      <w:r w:rsidRPr="00BD24B4">
        <w:t xml:space="preserve">2.16 </w:t>
      </w:r>
      <w:r w:rsidR="006F16D3" w:rsidRPr="00BD24B4">
        <w:tab/>
      </w:r>
      <w:r w:rsidRPr="00BD24B4">
        <w:t>Амортизаторы, шаровые опоры, рулевые наконечники, подшипники ступиц и рулевого вала, сальники втулки и резиновые уплотнения на сроке более 6 месяцев с момента покупки.</w:t>
      </w:r>
    </w:p>
    <w:p w14:paraId="2263C148" w14:textId="7E68BFC0" w:rsidR="00A41DEF" w:rsidRPr="00BD24B4" w:rsidRDefault="00A41DEF" w:rsidP="006F16D3">
      <w:pPr>
        <w:pStyle w:val="31"/>
      </w:pPr>
      <w:r w:rsidRPr="00BD24B4">
        <w:t xml:space="preserve">2.17 </w:t>
      </w:r>
      <w:r w:rsidR="006F16D3" w:rsidRPr="00BD24B4">
        <w:tab/>
      </w:r>
      <w:r w:rsidRPr="00BD24B4">
        <w:t>Эксплуатационные жидкости</w:t>
      </w:r>
    </w:p>
    <w:p w14:paraId="67FAB6E1" w14:textId="13911ACB" w:rsidR="00A41DEF" w:rsidRPr="00BD24B4" w:rsidRDefault="00A41DEF" w:rsidP="006F16D3">
      <w:pPr>
        <w:pStyle w:val="31"/>
      </w:pPr>
      <w:r w:rsidRPr="00BD24B4">
        <w:t xml:space="preserve">2.18 </w:t>
      </w:r>
      <w:r w:rsidR="006F16D3" w:rsidRPr="00BD24B4">
        <w:tab/>
      </w:r>
      <w:r w:rsidRPr="00BD24B4">
        <w:t>Шланги, патрубки</w:t>
      </w:r>
    </w:p>
    <w:p w14:paraId="1846B9C5" w14:textId="40BDA2E8" w:rsidR="00A41DEF" w:rsidRPr="00BD24B4" w:rsidRDefault="00A41DEF" w:rsidP="006F16D3">
      <w:pPr>
        <w:pStyle w:val="31"/>
      </w:pPr>
      <w:r w:rsidRPr="00BD24B4">
        <w:t xml:space="preserve">2.19 </w:t>
      </w:r>
      <w:r w:rsidR="006F16D3" w:rsidRPr="00BD24B4">
        <w:tab/>
      </w:r>
      <w:r w:rsidRPr="00BD24B4">
        <w:t>Резинотехнические изделия подверженные естественному износу и старению (</w:t>
      </w:r>
      <w:proofErr w:type="spellStart"/>
      <w:r w:rsidRPr="00BD24B4">
        <w:t>сайлентблоки</w:t>
      </w:r>
      <w:proofErr w:type="spellEnd"/>
      <w:r w:rsidRPr="00BD24B4">
        <w:t>, втулки, чехлы сиденья и спинки, резиновые чехлы ШРУС, шаровых и рулевых наконечников).</w:t>
      </w:r>
    </w:p>
    <w:p w14:paraId="6C5180D9" w14:textId="461F6ADC" w:rsidR="00A41DEF" w:rsidRPr="00BD24B4" w:rsidRDefault="00A41DEF" w:rsidP="006F16D3">
      <w:pPr>
        <w:pStyle w:val="31"/>
      </w:pPr>
      <w:r w:rsidRPr="00BD24B4">
        <w:t xml:space="preserve">2.20 </w:t>
      </w:r>
      <w:r w:rsidR="006F16D3" w:rsidRPr="00BD24B4">
        <w:tab/>
      </w:r>
      <w:r w:rsidRPr="00BD24B4">
        <w:t>Изменение внешнего вида под действием окружающей среды.</w:t>
      </w:r>
    </w:p>
    <w:p w14:paraId="0DC8ED36" w14:textId="3E5345D3" w:rsidR="00A41DEF" w:rsidRPr="00BD24B4" w:rsidRDefault="00A41DEF" w:rsidP="006F16D3">
      <w:pPr>
        <w:pStyle w:val="31"/>
      </w:pPr>
      <w:r w:rsidRPr="00BD24B4">
        <w:t xml:space="preserve">2.21 </w:t>
      </w:r>
      <w:r w:rsidR="006F16D3" w:rsidRPr="00BD24B4">
        <w:tab/>
      </w:r>
      <w:r w:rsidRPr="00BD24B4">
        <w:t xml:space="preserve">Посторонние звуки, шумы и вибрации, которые не влияют на работоспособность и характеристики </w:t>
      </w:r>
      <w:proofErr w:type="spellStart"/>
      <w:r w:rsidRPr="00BD24B4">
        <w:t>квадрицикла</w:t>
      </w:r>
      <w:proofErr w:type="spellEnd"/>
      <w:r w:rsidRPr="00BD24B4">
        <w:t xml:space="preserve"> или его элементов.</w:t>
      </w:r>
    </w:p>
    <w:p w14:paraId="7040E524" w14:textId="1BAA8992" w:rsidR="00A41DEF" w:rsidRPr="00BD24B4" w:rsidRDefault="00A41DEF" w:rsidP="006F16D3">
      <w:pPr>
        <w:pStyle w:val="31"/>
      </w:pPr>
      <w:r w:rsidRPr="00BD24B4">
        <w:t xml:space="preserve">2.22 </w:t>
      </w:r>
      <w:r w:rsidR="006F16D3" w:rsidRPr="00BD24B4">
        <w:tab/>
      </w:r>
      <w:r w:rsidRPr="00BD24B4">
        <w:t>Образование масляных пятен и отпотевании в районе сальников, уплотнений и стыков, не влияющих на расход масла.</w:t>
      </w:r>
    </w:p>
    <w:p w14:paraId="04A37C95" w14:textId="786C5850" w:rsidR="00A41DEF" w:rsidRPr="00BD24B4" w:rsidRDefault="00A41DEF" w:rsidP="006F16D3">
      <w:pPr>
        <w:pStyle w:val="31"/>
      </w:pPr>
      <w:r w:rsidRPr="00BD24B4">
        <w:t xml:space="preserve">2.23 </w:t>
      </w:r>
      <w:r w:rsidR="006F16D3" w:rsidRPr="00BD24B4">
        <w:tab/>
      </w:r>
      <w:r w:rsidRPr="00BD24B4">
        <w:t>Ущерб, вызванный неполным или неправильным ежедневным и межинтервальным обслуживанием (пренебрежение ежедневным осмотром перед использованием, нарушение сроков более месяца или пробегов для выполнения очередного ТО более 50км)</w:t>
      </w:r>
    </w:p>
    <w:p w14:paraId="0EEF2631" w14:textId="6F84F0B1" w:rsidR="00A41DEF" w:rsidRPr="00BD24B4" w:rsidRDefault="00A41DEF" w:rsidP="006F16D3">
      <w:pPr>
        <w:pStyle w:val="31"/>
      </w:pPr>
      <w:r w:rsidRPr="00BD24B4">
        <w:lastRenderedPageBreak/>
        <w:t xml:space="preserve">2.24 </w:t>
      </w:r>
      <w:r w:rsidR="006F16D3" w:rsidRPr="00BD24B4">
        <w:tab/>
      </w:r>
      <w:r w:rsidRPr="00BD24B4">
        <w:t xml:space="preserve">Повреждения вызванные авариями и дорожно-транспортными происшествиями, пренебрежительным отношением к </w:t>
      </w:r>
      <w:proofErr w:type="spellStart"/>
      <w:r w:rsidRPr="00BD24B4">
        <w:t>квадрициклу</w:t>
      </w:r>
      <w:proofErr w:type="spellEnd"/>
      <w:r w:rsidRPr="00BD24B4">
        <w:t xml:space="preserve"> использование ее в гонках, ралли и подобных мероприятиях.</w:t>
      </w:r>
    </w:p>
    <w:p w14:paraId="0798D2E9" w14:textId="5A12AB6A" w:rsidR="00A41DEF" w:rsidRPr="00BD24B4" w:rsidRDefault="00A41DEF" w:rsidP="006F16D3">
      <w:pPr>
        <w:pStyle w:val="31"/>
      </w:pPr>
      <w:r w:rsidRPr="00BD24B4">
        <w:t xml:space="preserve">2.25 </w:t>
      </w:r>
      <w:r w:rsidR="006F16D3" w:rsidRPr="00BD24B4">
        <w:tab/>
      </w:r>
      <w:r w:rsidRPr="00BD24B4">
        <w:t xml:space="preserve">Повреждения в результате попадания несвойственной узлу жидкости </w:t>
      </w:r>
    </w:p>
    <w:p w14:paraId="0CDFF576" w14:textId="1946D7C1" w:rsidR="00A41DEF" w:rsidRPr="00BD24B4" w:rsidRDefault="00A41DEF" w:rsidP="006F16D3">
      <w:pPr>
        <w:pStyle w:val="31"/>
      </w:pPr>
      <w:r w:rsidRPr="00BD24B4">
        <w:t xml:space="preserve">2.26 </w:t>
      </w:r>
      <w:r w:rsidR="006F16D3" w:rsidRPr="00BD24B4">
        <w:tab/>
      </w:r>
      <w:r w:rsidRPr="00BD24B4">
        <w:t xml:space="preserve">Повреждения, вызванные работой двигателя или движением </w:t>
      </w:r>
      <w:proofErr w:type="spellStart"/>
      <w:r w:rsidRPr="00BD24B4">
        <w:t>квадрицикла</w:t>
      </w:r>
      <w:proofErr w:type="spellEnd"/>
      <w:r w:rsidRPr="00BD24B4">
        <w:t xml:space="preserve"> при недостаточном уровне или загрязнении посторонними продуктами эксплуатационных жидкостей и смазок (масел, антифриза, тормозной жидкости, топлива, консистентных смазок)</w:t>
      </w:r>
    </w:p>
    <w:p w14:paraId="06D867EB" w14:textId="4DCFBD36" w:rsidR="00A41DEF" w:rsidRPr="00BD24B4" w:rsidRDefault="00A41DEF" w:rsidP="006F16D3">
      <w:pPr>
        <w:pStyle w:val="31"/>
      </w:pPr>
      <w:r w:rsidRPr="00BD24B4">
        <w:t xml:space="preserve">2.27 </w:t>
      </w:r>
      <w:r w:rsidR="006F16D3" w:rsidRPr="00BD24B4">
        <w:tab/>
      </w:r>
      <w:r w:rsidRPr="00BD24B4">
        <w:t>Под гарантийные обязательства не попадают регулировочные работы. Регулировки свободного хода тросов и приводов тормоза включая стояночный, регулировки тяги селектора КПП, регулировки клапанов, регулировки положения органов управления и контроля, регулировка предварительного натяга подвески, регулировка света фар, прокачка тормозной системы</w:t>
      </w:r>
    </w:p>
    <w:p w14:paraId="371750C1" w14:textId="359AA000" w:rsidR="00A41DEF" w:rsidRPr="00BD24B4" w:rsidRDefault="00A41DEF" w:rsidP="006F16D3">
      <w:pPr>
        <w:pStyle w:val="31"/>
      </w:pPr>
      <w:r w:rsidRPr="00BD24B4">
        <w:t xml:space="preserve">2.28 </w:t>
      </w:r>
      <w:r w:rsidR="006F16D3" w:rsidRPr="00BD24B4">
        <w:tab/>
      </w:r>
      <w:r w:rsidRPr="00BD24B4">
        <w:t>Последствия, вызванные использованием некачественного топлива и смазочных материалов.</w:t>
      </w:r>
    </w:p>
    <w:p w14:paraId="1481C04D" w14:textId="695BD6E3" w:rsidR="00A41DEF" w:rsidRPr="00BD24B4" w:rsidRDefault="00A41DEF" w:rsidP="006F16D3">
      <w:pPr>
        <w:pStyle w:val="31"/>
      </w:pPr>
      <w:r w:rsidRPr="00BD24B4">
        <w:t xml:space="preserve">2.29 </w:t>
      </w:r>
      <w:r w:rsidR="006F16D3" w:rsidRPr="00BD24B4">
        <w:tab/>
      </w:r>
      <w:r w:rsidRPr="00BD24B4">
        <w:t>Естественный износ деталей и узлов.</w:t>
      </w:r>
    </w:p>
    <w:p w14:paraId="50BB08B0" w14:textId="034FBCAD" w:rsidR="00A41DEF" w:rsidRPr="00BD24B4" w:rsidRDefault="00A41DEF" w:rsidP="006F16D3">
      <w:pPr>
        <w:pStyle w:val="31"/>
      </w:pPr>
      <w:r w:rsidRPr="00BD24B4">
        <w:t xml:space="preserve">2.30 </w:t>
      </w:r>
      <w:r w:rsidR="006F16D3" w:rsidRPr="00BD24B4">
        <w:tab/>
      </w:r>
      <w:r w:rsidRPr="00BD24B4">
        <w:t>Последствия наступившие в следствии неправильного хранения, попадание осадков, воздействие природных и техногенных факторов, животных и людей.</w:t>
      </w:r>
    </w:p>
    <w:p w14:paraId="3249230D" w14:textId="78000869" w:rsidR="00A41DEF" w:rsidRPr="00BD24B4" w:rsidRDefault="00A41DEF" w:rsidP="006F16D3">
      <w:pPr>
        <w:pStyle w:val="31"/>
      </w:pPr>
      <w:r w:rsidRPr="00BD24B4">
        <w:t xml:space="preserve">2.31 </w:t>
      </w:r>
      <w:r w:rsidR="006F16D3" w:rsidRPr="00BD24B4">
        <w:tab/>
      </w:r>
      <w:r w:rsidRPr="00BD24B4">
        <w:t>Затраты на проведение регулярного технического обслуживания</w:t>
      </w:r>
    </w:p>
    <w:p w14:paraId="344F9AC2" w14:textId="5C56E734" w:rsidR="00482215" w:rsidRPr="00BD24B4" w:rsidRDefault="00482215" w:rsidP="00482215">
      <w:pPr>
        <w:pStyle w:val="31"/>
      </w:pPr>
      <w:r w:rsidRPr="00BD24B4">
        <w:t>2.32</w:t>
      </w:r>
      <w:r w:rsidRPr="00BD24B4">
        <w:tab/>
        <w:t>Трос лебедки</w:t>
      </w:r>
    </w:p>
    <w:p w14:paraId="75791B7A" w14:textId="38560543" w:rsidR="00A41DEF" w:rsidRPr="00BD24B4" w:rsidRDefault="00A41DEF" w:rsidP="00A41DEF">
      <w:pPr>
        <w:rPr>
          <w:rFonts w:cs="Times New Roman"/>
          <w:lang w:val="ru-RU"/>
        </w:rPr>
      </w:pPr>
    </w:p>
    <w:p w14:paraId="070E7653" w14:textId="1FED86BB" w:rsidR="0056157D" w:rsidRPr="00BD24B4" w:rsidRDefault="006F16D3" w:rsidP="006F16D3">
      <w:pPr>
        <w:pStyle w:val="21"/>
      </w:pPr>
      <w:r w:rsidRPr="00BD24B4">
        <w:t>3</w:t>
      </w:r>
      <w:r w:rsidR="00813657" w:rsidRPr="00BD24B4">
        <w:t xml:space="preserve">. </w:t>
      </w:r>
      <w:r w:rsidRPr="00BD24B4">
        <w:tab/>
      </w:r>
      <w:r w:rsidR="00813657" w:rsidRPr="00BD24B4">
        <w:t xml:space="preserve">Гарантийные обязательства аннулируются при: </w:t>
      </w:r>
    </w:p>
    <w:p w14:paraId="710542BE" w14:textId="3B52A6CD" w:rsidR="0056157D" w:rsidRPr="00BD24B4" w:rsidRDefault="006F16D3" w:rsidP="006A368D">
      <w:pPr>
        <w:pStyle w:val="31"/>
      </w:pPr>
      <w:r w:rsidRPr="00BD24B4">
        <w:t>3</w:t>
      </w:r>
      <w:r w:rsidR="00813657" w:rsidRPr="00BD24B4">
        <w:t>.1.</w:t>
      </w:r>
      <w:r w:rsidR="006A368D" w:rsidRPr="00BD24B4">
        <w:tab/>
      </w:r>
      <w:r w:rsidR="00813657" w:rsidRPr="00BD24B4">
        <w:t xml:space="preserve">Несоблюдении условий предоставления гарантии. </w:t>
      </w:r>
    </w:p>
    <w:p w14:paraId="7C1A1F48" w14:textId="2D4BDFB0" w:rsidR="0056157D" w:rsidRPr="00BD24B4" w:rsidRDefault="006F16D3" w:rsidP="006A368D">
      <w:pPr>
        <w:pStyle w:val="31"/>
      </w:pPr>
      <w:r w:rsidRPr="00BD24B4">
        <w:t>3</w:t>
      </w:r>
      <w:r w:rsidR="00813657" w:rsidRPr="00BD24B4">
        <w:t>.2.</w:t>
      </w:r>
      <w:r w:rsidR="006A368D" w:rsidRPr="00BD24B4">
        <w:tab/>
      </w:r>
      <w:r w:rsidR="00813657" w:rsidRPr="00BD24B4">
        <w:t xml:space="preserve">Нарушении пломб (защитных наклеек) на узлах и агрегатах. </w:t>
      </w:r>
    </w:p>
    <w:p w14:paraId="552613E9" w14:textId="1B13DEEC" w:rsidR="0056157D" w:rsidRPr="00BD24B4" w:rsidRDefault="006F16D3" w:rsidP="006A368D">
      <w:pPr>
        <w:pStyle w:val="31"/>
      </w:pPr>
      <w:r w:rsidRPr="00BD24B4">
        <w:t>3</w:t>
      </w:r>
      <w:r w:rsidR="00813657" w:rsidRPr="00BD24B4">
        <w:t>.3.</w:t>
      </w:r>
      <w:r w:rsidR="006A368D" w:rsidRPr="00BD24B4">
        <w:tab/>
      </w:r>
      <w:r w:rsidR="00044418" w:rsidRPr="00BD24B4">
        <w:t>Все плановые ТО во время гарантийного периода производятся платно, на общих основаниях.</w:t>
      </w:r>
    </w:p>
    <w:p w14:paraId="363B68B2" w14:textId="47C03F5E" w:rsidR="0056157D" w:rsidRPr="00BD24B4" w:rsidRDefault="006F16D3" w:rsidP="006A368D">
      <w:pPr>
        <w:pStyle w:val="31"/>
      </w:pPr>
      <w:r w:rsidRPr="00BD24B4">
        <w:t>3</w:t>
      </w:r>
      <w:r w:rsidR="00813657" w:rsidRPr="00BD24B4">
        <w:t>.4.</w:t>
      </w:r>
      <w:r w:rsidR="006A368D" w:rsidRPr="00BD24B4">
        <w:tab/>
      </w:r>
      <w:r w:rsidR="00813657" w:rsidRPr="00BD24B4">
        <w:t xml:space="preserve">Применении неоригинального (не рекомендованного) дополнительного оборудования и запасных частей (без письменного согласования с заводом изготовителем). </w:t>
      </w:r>
    </w:p>
    <w:p w14:paraId="5BB0405B" w14:textId="615F0D83" w:rsidR="0056157D" w:rsidRPr="00BD24B4" w:rsidRDefault="006F16D3" w:rsidP="006A368D">
      <w:pPr>
        <w:pStyle w:val="31"/>
      </w:pPr>
      <w:r w:rsidRPr="00BD24B4">
        <w:t>3</w:t>
      </w:r>
      <w:r w:rsidR="00813657" w:rsidRPr="00BD24B4">
        <w:t>.5.</w:t>
      </w:r>
      <w:r w:rsidR="006A368D" w:rsidRPr="00BD24B4">
        <w:tab/>
      </w:r>
      <w:r w:rsidR="00813657" w:rsidRPr="00BD24B4">
        <w:t>Нарушени</w:t>
      </w:r>
      <w:r w:rsidR="006A368D" w:rsidRPr="00BD24B4">
        <w:t>и</w:t>
      </w:r>
      <w:r w:rsidR="00813657" w:rsidRPr="00BD24B4">
        <w:t xml:space="preserve"> установленного регламента технического обслуживания (ТО) у дилера или уполномоченной производителем (продавцом) СТО. </w:t>
      </w:r>
    </w:p>
    <w:p w14:paraId="431FC3F4" w14:textId="2DFEC452" w:rsidR="0056157D" w:rsidRPr="00BD24B4" w:rsidRDefault="006F16D3" w:rsidP="006A368D">
      <w:pPr>
        <w:pStyle w:val="31"/>
      </w:pPr>
      <w:r w:rsidRPr="00BD24B4">
        <w:t>3</w:t>
      </w:r>
      <w:r w:rsidR="00813657" w:rsidRPr="00BD24B4">
        <w:t>.6.</w:t>
      </w:r>
      <w:r w:rsidR="006A368D" w:rsidRPr="00BD24B4">
        <w:tab/>
      </w:r>
      <w:r w:rsidR="00813657" w:rsidRPr="00BD24B4">
        <w:t xml:space="preserve">Превышении пробега между техническими обслуживаниями более </w:t>
      </w:r>
      <w:r w:rsidR="00A41DEF" w:rsidRPr="00BD24B4">
        <w:t xml:space="preserve">50 км </w:t>
      </w:r>
      <w:r w:rsidR="00813657" w:rsidRPr="00BD24B4">
        <w:t xml:space="preserve">от рекомендованного заводом-изготовителем интервала или превышении допустимого отклонения в сроках проведения ТО - более 1 месяца </w:t>
      </w:r>
    </w:p>
    <w:p w14:paraId="760EF958" w14:textId="27652B56" w:rsidR="0056157D" w:rsidRPr="00BD24B4" w:rsidRDefault="006F16D3" w:rsidP="006A368D">
      <w:pPr>
        <w:pStyle w:val="31"/>
      </w:pPr>
      <w:r w:rsidRPr="00BD24B4">
        <w:t>3</w:t>
      </w:r>
      <w:r w:rsidR="00813657" w:rsidRPr="00BD24B4">
        <w:t>.7.</w:t>
      </w:r>
      <w:r w:rsidR="006A368D" w:rsidRPr="00BD24B4">
        <w:tab/>
      </w:r>
      <w:r w:rsidR="00813657" w:rsidRPr="00BD24B4">
        <w:t>Нарушен</w:t>
      </w:r>
      <w:r w:rsidR="006A368D" w:rsidRPr="00BD24B4">
        <w:t>ии</w:t>
      </w:r>
      <w:r w:rsidR="00813657" w:rsidRPr="00BD24B4">
        <w:t xml:space="preserve"> правил технической эксплуатации, в том числе: нарушении правил обкатки, превышении допустимой полной массы </w:t>
      </w:r>
      <w:proofErr w:type="spellStart"/>
      <w:r w:rsidR="00813657" w:rsidRPr="00BD24B4">
        <w:t>квадрицикла</w:t>
      </w:r>
      <w:proofErr w:type="spellEnd"/>
      <w:r w:rsidR="00813657" w:rsidRPr="00BD24B4">
        <w:t xml:space="preserve">, требований и рекомендаций "Руководства по эксплуатации"; </w:t>
      </w:r>
    </w:p>
    <w:p w14:paraId="5B565149" w14:textId="60A8AAA0" w:rsidR="0056157D" w:rsidRPr="00BD24B4" w:rsidRDefault="006F16D3" w:rsidP="006A368D">
      <w:pPr>
        <w:pStyle w:val="31"/>
      </w:pPr>
      <w:r w:rsidRPr="00BD24B4">
        <w:t>3</w:t>
      </w:r>
      <w:r w:rsidR="00813657" w:rsidRPr="00BD24B4">
        <w:t>.8.</w:t>
      </w:r>
      <w:r w:rsidR="006A368D" w:rsidRPr="00BD24B4">
        <w:tab/>
      </w:r>
      <w:r w:rsidR="00813657" w:rsidRPr="00BD24B4">
        <w:t xml:space="preserve">Использовании в спортивных (гонки, соревнования) или коммерческих (аренда, прокат) целях и передаче техники в аренду третьим лицам. </w:t>
      </w:r>
    </w:p>
    <w:p w14:paraId="29B086D5" w14:textId="309738F9" w:rsidR="00044418" w:rsidRDefault="006F16D3" w:rsidP="00044418">
      <w:pPr>
        <w:pStyle w:val="31"/>
      </w:pPr>
      <w:r w:rsidRPr="00BD24B4">
        <w:t>3</w:t>
      </w:r>
      <w:r w:rsidR="00813657" w:rsidRPr="00BD24B4">
        <w:t>.</w:t>
      </w:r>
      <w:r w:rsidR="006A368D" w:rsidRPr="00BD24B4">
        <w:t>9</w:t>
      </w:r>
      <w:r w:rsidR="006A368D" w:rsidRPr="00BD24B4">
        <w:tab/>
      </w:r>
      <w:r w:rsidR="00044418">
        <w:t>3.</w:t>
      </w:r>
      <w:proofErr w:type="gramStart"/>
      <w:r w:rsidR="00044418">
        <w:t>3.Самовольном</w:t>
      </w:r>
      <w:proofErr w:type="gramEnd"/>
      <w:r w:rsidR="00044418">
        <w:t xml:space="preserve"> изменении конструкции, эксплуатационных характеристик или электрических схем транспортного средства, в том числе, но не ограничиваясь:</w:t>
      </w:r>
    </w:p>
    <w:p w14:paraId="257D5B48" w14:textId="77777777" w:rsidR="00044418" w:rsidRPr="00044418" w:rsidRDefault="00044418" w:rsidP="00044418">
      <w:pPr>
        <w:ind w:left="567"/>
        <w:rPr>
          <w:lang w:val="ru-RU"/>
        </w:rPr>
      </w:pPr>
      <w:r w:rsidRPr="00044418">
        <w:rPr>
          <w:lang w:val="ru-RU"/>
        </w:rPr>
        <w:t>Изменение ходовой части: установка колёс и/или шин, размер которых (посадочный диаметр, ширина, высота профиля, рисунок протектора) не рекомендован заводом-изготовителем; увеличение ширины колеи путём установки проставок или иных элементов.</w:t>
      </w:r>
    </w:p>
    <w:p w14:paraId="508EEC3F" w14:textId="77777777" w:rsidR="00044418" w:rsidRPr="00044418" w:rsidRDefault="00044418" w:rsidP="00044418">
      <w:pPr>
        <w:ind w:left="567"/>
        <w:rPr>
          <w:lang w:val="ru-RU"/>
        </w:rPr>
      </w:pPr>
      <w:r w:rsidRPr="00044418">
        <w:rPr>
          <w:lang w:val="ru-RU"/>
        </w:rPr>
        <w:t>Изменение подвески и клиренса: установка кит-комплектов (лифт-комплектов) для увеличения дорожного просвета (клиренса), изменение конструкции или демпфирующих характеристик подвески.</w:t>
      </w:r>
    </w:p>
    <w:p w14:paraId="1A5797BE" w14:textId="77777777" w:rsidR="00044418" w:rsidRPr="00044418" w:rsidRDefault="00044418" w:rsidP="00044418">
      <w:pPr>
        <w:ind w:left="567"/>
        <w:rPr>
          <w:lang w:val="ru-RU"/>
        </w:rPr>
      </w:pPr>
      <w:r w:rsidRPr="00044418">
        <w:rPr>
          <w:lang w:val="ru-RU"/>
        </w:rPr>
        <w:t>Доработка двигателя и систем: проведение чип-тюнинга (изменение программного обеспечения блока управления двигателем ECU), деактивация или модификация систем нейтрализатора выхлопных газов, установка несертифицированных систем впрыска или зажигания.</w:t>
      </w:r>
    </w:p>
    <w:p w14:paraId="1C38D8FF" w14:textId="77777777" w:rsidR="00044418" w:rsidRPr="00044418" w:rsidRDefault="00044418" w:rsidP="00044418">
      <w:pPr>
        <w:ind w:left="567"/>
        <w:rPr>
          <w:lang w:val="ru-RU"/>
        </w:rPr>
      </w:pPr>
      <w:r w:rsidRPr="00044418">
        <w:rPr>
          <w:lang w:val="ru-RU"/>
        </w:rPr>
        <w:t>Модификация для экстремальных условий: установка шноркелей (устройств для глубокого форсирования водных преград), систем выноса радиатора или иных элементов систем охлаждения и впуска, не согласованных с заводом-изготовителем.</w:t>
      </w:r>
    </w:p>
    <w:p w14:paraId="5ED401F9" w14:textId="552BEFC6" w:rsidR="0056157D" w:rsidRPr="00044418" w:rsidRDefault="00044418" w:rsidP="00044418">
      <w:pPr>
        <w:ind w:left="567"/>
        <w:rPr>
          <w:lang w:val="ru-RU"/>
        </w:rPr>
      </w:pPr>
      <w:r w:rsidRPr="00044418">
        <w:rPr>
          <w:lang w:val="ru-RU"/>
        </w:rPr>
        <w:t>Прочие конструктивные изменения: любые иные вмешательства, влияющие на безопасность, нагрузку на узлы, экологические или штатные эксплуатационные параметры техники, выполненные без официального письменного согласования с заводом-изготовителем или его уполномоченным представителем.</w:t>
      </w:r>
    </w:p>
    <w:p w14:paraId="2C8FB96D" w14:textId="77777777" w:rsidR="006A368D" w:rsidRPr="00BD24B4" w:rsidRDefault="006A368D" w:rsidP="006A368D">
      <w:pPr>
        <w:rPr>
          <w:lang w:val="ru-RU"/>
        </w:rPr>
      </w:pPr>
    </w:p>
    <w:tbl>
      <w:tblPr>
        <w:tblStyle w:val="aff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733"/>
        <w:gridCol w:w="4878"/>
      </w:tblGrid>
      <w:tr w:rsidR="006A368D" w:rsidRPr="00BD24B4" w14:paraId="3068ECA4" w14:textId="77777777" w:rsidTr="006A368D">
        <w:tc>
          <w:tcPr>
            <w:tcW w:w="1311" w:type="pct"/>
          </w:tcPr>
          <w:p w14:paraId="2135DA11" w14:textId="77777777" w:rsidR="006A368D" w:rsidRPr="00BD24B4" w:rsidRDefault="006A368D" w:rsidP="003C3FAA">
            <w:pPr>
              <w:rPr>
                <w:rFonts w:cs="Times New Roman"/>
                <w:lang w:val="ru-RU"/>
              </w:rPr>
            </w:pPr>
            <w:r w:rsidRPr="00BD24B4">
              <w:rPr>
                <w:rFonts w:cs="Times New Roman"/>
                <w:lang w:val="ru-RU"/>
              </w:rPr>
              <w:t xml:space="preserve">Подпись Покупателя </w:t>
            </w:r>
          </w:p>
        </w:tc>
        <w:tc>
          <w:tcPr>
            <w:tcW w:w="3689" w:type="pct"/>
            <w:tcBorders>
              <w:bottom w:val="single" w:sz="4" w:space="0" w:color="auto"/>
            </w:tcBorders>
          </w:tcPr>
          <w:p w14:paraId="29FB7FF7" w14:textId="77777777" w:rsidR="006A368D" w:rsidRPr="00BD24B4" w:rsidRDefault="006A368D" w:rsidP="003C3FAA">
            <w:pPr>
              <w:rPr>
                <w:rFonts w:cs="Times New Roman"/>
                <w:lang w:val="ru-RU"/>
              </w:rPr>
            </w:pPr>
            <w:r w:rsidRPr="00BD24B4">
              <w:rPr>
                <w:rFonts w:cs="Times New Roman"/>
                <w:lang w:val="ru-RU"/>
              </w:rPr>
              <w:t xml:space="preserve"> </w:t>
            </w:r>
          </w:p>
        </w:tc>
      </w:tr>
    </w:tbl>
    <w:p w14:paraId="09CB8EB6" w14:textId="2FA2347B" w:rsidR="00B91483" w:rsidRPr="00BD24B4" w:rsidRDefault="00B91483">
      <w:pPr>
        <w:rPr>
          <w:rFonts w:cs="Times New Roman"/>
          <w:lang w:val="ru-RU"/>
        </w:rPr>
      </w:pPr>
    </w:p>
    <w:p w14:paraId="0068D66F" w14:textId="77777777" w:rsidR="006F16D3" w:rsidRPr="00BD24B4" w:rsidRDefault="006F16D3">
      <w:pPr>
        <w:rPr>
          <w:rFonts w:cs="Times New Roman"/>
          <w:lang w:val="ru-RU"/>
        </w:rPr>
      </w:pPr>
    </w:p>
    <w:p w14:paraId="50F71C1E" w14:textId="77777777" w:rsidR="006F16D3" w:rsidRPr="00BD24B4" w:rsidRDefault="006F16D3">
      <w:pPr>
        <w:rPr>
          <w:rFonts w:cs="Times New Roman"/>
          <w:lang w:val="ru-RU"/>
        </w:rPr>
        <w:sectPr w:rsidR="006F16D3" w:rsidRPr="00BD24B4" w:rsidSect="00AC7DBA">
          <w:headerReference w:type="default" r:id="rId37"/>
          <w:pgSz w:w="8051" w:h="11737" w:code="9"/>
          <w:pgMar w:top="720" w:right="720" w:bottom="720" w:left="720" w:header="397" w:footer="397" w:gutter="0"/>
          <w:cols w:space="720"/>
          <w:docGrid w:linePitch="360"/>
        </w:sectPr>
      </w:pPr>
    </w:p>
    <w:p w14:paraId="49B8CF02" w14:textId="77777777" w:rsidR="003C0DC6" w:rsidRPr="00BD24B4" w:rsidRDefault="003C0DC6" w:rsidP="00AC7DBA">
      <w:pPr>
        <w:pStyle w:val="p"/>
      </w:pPr>
    </w:p>
    <w:p w14:paraId="54AB4667" w14:textId="51EA67A7" w:rsidR="003C0DC6" w:rsidRPr="00BD24B4" w:rsidRDefault="003C0DC6" w:rsidP="003C0DC6">
      <w:pPr>
        <w:pStyle w:val="1"/>
      </w:pPr>
      <w:bookmarkStart w:id="23" w:name="_Toc220542623"/>
      <w:r w:rsidRPr="00BD24B4">
        <w:t>21.</w:t>
      </w:r>
      <w:r w:rsidRPr="00BD24B4">
        <w:tab/>
        <w:t>РЕГЛАМЕНТ ПРЕДПРОДАЖНОЙ ПОДГОТОВКИ</w:t>
      </w:r>
      <w:bookmarkEnd w:id="23"/>
    </w:p>
    <w:p w14:paraId="63FD936F" w14:textId="120DE663" w:rsidR="00A15F71" w:rsidRPr="00BD24B4" w:rsidRDefault="00A15F71">
      <w:pPr>
        <w:rPr>
          <w:rFonts w:cs="Times New Roman"/>
          <w:lang w:val="ru-RU"/>
        </w:rPr>
      </w:pPr>
    </w:p>
    <w:tbl>
      <w:tblPr>
        <w:tblW w:w="5000" w:type="pct"/>
        <w:tblCellMar>
          <w:left w:w="0" w:type="dxa"/>
          <w:right w:w="0" w:type="dxa"/>
        </w:tblCellMar>
        <w:tblLook w:val="04A0" w:firstRow="1" w:lastRow="0" w:firstColumn="1" w:lastColumn="0" w:noHBand="0" w:noVBand="1"/>
      </w:tblPr>
      <w:tblGrid>
        <w:gridCol w:w="1643"/>
        <w:gridCol w:w="3819"/>
        <w:gridCol w:w="1133"/>
      </w:tblGrid>
      <w:tr w:rsidR="00B91483" w:rsidRPr="00707D8A" w14:paraId="04E1B1BE" w14:textId="77777777" w:rsidTr="00AC7DBA">
        <w:trPr>
          <w:cantSplit/>
          <w:tblHeader/>
        </w:trPr>
        <w:tc>
          <w:tcPr>
            <w:tcW w:w="5000" w:type="pct"/>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9F486BD" w14:textId="17D924E3" w:rsidR="00B91483" w:rsidRPr="00BD24B4" w:rsidRDefault="00B91483" w:rsidP="006F16D3">
            <w:pPr>
              <w:jc w:val="center"/>
              <w:rPr>
                <w:rFonts w:eastAsia="Times New Roman" w:cs="Times New Roman"/>
                <w:sz w:val="20"/>
                <w:szCs w:val="14"/>
                <w:lang w:val="ru-RU" w:eastAsia="ru-RU"/>
              </w:rPr>
            </w:pPr>
            <w:r w:rsidRPr="00BD24B4">
              <w:rPr>
                <w:rFonts w:eastAsia="Times New Roman" w:cs="Times New Roman"/>
                <w:sz w:val="20"/>
                <w:szCs w:val="14"/>
                <w:lang w:val="ru-RU" w:eastAsia="ru-RU"/>
              </w:rPr>
              <w:t>ПРЕДПРОДАЖНАЯ ПОДГОТОВКА, ВЫПОЛНЯЕМАЯ</w:t>
            </w:r>
            <w:r w:rsidR="006F16D3" w:rsidRPr="00BD24B4">
              <w:rPr>
                <w:rFonts w:eastAsia="Times New Roman" w:cs="Times New Roman"/>
                <w:sz w:val="20"/>
                <w:szCs w:val="14"/>
                <w:lang w:val="ru-RU" w:eastAsia="ru-RU"/>
              </w:rPr>
              <w:br/>
            </w:r>
            <w:r w:rsidRPr="00BD24B4">
              <w:rPr>
                <w:rFonts w:eastAsia="Times New Roman" w:cs="Times New Roman"/>
                <w:sz w:val="20"/>
                <w:szCs w:val="14"/>
                <w:lang w:val="ru-RU" w:eastAsia="ru-RU"/>
              </w:rPr>
              <w:t>ДИЛЕРОМ ПЕРЕД ВЫДАЧЕЙ ТЕХНИКИ ПОКУПАТЕЛЮ</w:t>
            </w:r>
          </w:p>
        </w:tc>
      </w:tr>
      <w:tr w:rsidR="00B91483" w:rsidRPr="00BD24B4" w14:paraId="75D78876" w14:textId="77777777" w:rsidTr="00AC7DBA">
        <w:trPr>
          <w:cantSplit/>
          <w:tblHeader/>
        </w:trPr>
        <w:tc>
          <w:tcPr>
            <w:tcW w:w="119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16C7886" w14:textId="77777777" w:rsidR="00B91483" w:rsidRPr="00BD24B4" w:rsidRDefault="00B91483" w:rsidP="00A15F71">
            <w:pPr>
              <w:jc w:val="center"/>
              <w:rPr>
                <w:rFonts w:eastAsia="Times New Roman" w:cs="Times New Roman"/>
                <w:b/>
                <w:bCs/>
                <w:szCs w:val="14"/>
                <w:lang w:val="ru-RU" w:eastAsia="ru-RU"/>
              </w:rPr>
            </w:pPr>
            <w:r w:rsidRPr="00BD24B4">
              <w:rPr>
                <w:rFonts w:eastAsia="Times New Roman" w:cs="Times New Roman"/>
                <w:b/>
                <w:bCs/>
                <w:szCs w:val="14"/>
                <w:lang w:val="ru-RU" w:eastAsia="ru-RU"/>
              </w:rPr>
              <w:t>ВИД ВЫПОЛНЯЕМЫХ РАБОТ</w:t>
            </w:r>
          </w:p>
        </w:tc>
        <w:tc>
          <w:tcPr>
            <w:tcW w:w="314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95896DB" w14:textId="77777777" w:rsidR="00B91483" w:rsidRPr="00BD24B4" w:rsidRDefault="00B91483" w:rsidP="00A15F71">
            <w:pPr>
              <w:jc w:val="center"/>
              <w:rPr>
                <w:rFonts w:eastAsia="Times New Roman" w:cs="Times New Roman"/>
                <w:b/>
                <w:bCs/>
                <w:szCs w:val="14"/>
                <w:lang w:val="ru-RU" w:eastAsia="ru-RU"/>
              </w:rPr>
            </w:pPr>
            <w:r w:rsidRPr="00BD24B4">
              <w:rPr>
                <w:rFonts w:eastAsia="Times New Roman" w:cs="Times New Roman"/>
                <w:b/>
                <w:bCs/>
                <w:szCs w:val="14"/>
                <w:lang w:val="ru-RU" w:eastAsia="ru-RU"/>
              </w:rPr>
              <w:t>ПРИМЕЧАНИЕ</w:t>
            </w:r>
          </w:p>
        </w:tc>
        <w:tc>
          <w:tcPr>
            <w:tcW w:w="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6A011CB" w14:textId="77777777" w:rsidR="00B91483" w:rsidRPr="00BD24B4" w:rsidRDefault="00B91483" w:rsidP="00A15F71">
            <w:pPr>
              <w:jc w:val="center"/>
              <w:rPr>
                <w:rFonts w:eastAsia="Times New Roman" w:cs="Times New Roman"/>
                <w:b/>
                <w:bCs/>
                <w:szCs w:val="14"/>
                <w:lang w:val="ru-RU" w:eastAsia="ru-RU"/>
              </w:rPr>
            </w:pPr>
            <w:r w:rsidRPr="00BD24B4">
              <w:rPr>
                <w:rFonts w:eastAsia="Times New Roman" w:cs="Times New Roman"/>
                <w:b/>
                <w:bCs/>
                <w:szCs w:val="14"/>
                <w:lang w:val="ru-RU" w:eastAsia="ru-RU"/>
              </w:rPr>
              <w:t>ОТМЕТКА О ВЫПОЛНЕНИИ</w:t>
            </w:r>
          </w:p>
        </w:tc>
      </w:tr>
      <w:tr w:rsidR="00B91483" w:rsidRPr="00707D8A" w14:paraId="331B9700" w14:textId="77777777" w:rsidTr="00AC7DBA">
        <w:trPr>
          <w:cantSplit/>
        </w:trPr>
        <w:tc>
          <w:tcPr>
            <w:tcW w:w="119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89B1079"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 xml:space="preserve">Распаковать </w:t>
            </w:r>
            <w:proofErr w:type="spellStart"/>
            <w:r w:rsidRPr="00BD24B4">
              <w:rPr>
                <w:rFonts w:eastAsia="Times New Roman" w:cs="Times New Roman"/>
                <w:szCs w:val="14"/>
                <w:lang w:val="ru-RU" w:eastAsia="ru-RU"/>
              </w:rPr>
              <w:t>квадрицикл</w:t>
            </w:r>
            <w:proofErr w:type="spellEnd"/>
            <w:r w:rsidRPr="00BD24B4">
              <w:rPr>
                <w:rFonts w:eastAsia="Times New Roman" w:cs="Times New Roman"/>
                <w:szCs w:val="14"/>
                <w:lang w:val="ru-RU" w:eastAsia="ru-RU"/>
              </w:rPr>
              <w:t xml:space="preserve"> из транспортировочной упаковки, привести в собранное положение</w:t>
            </w:r>
          </w:p>
        </w:tc>
        <w:tc>
          <w:tcPr>
            <w:tcW w:w="314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D3EAAB"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 xml:space="preserve">Установить и накачать колеса, наклеить логотипы (при отсутствии) на колпачки </w:t>
            </w:r>
            <w:proofErr w:type="spellStart"/>
            <w:proofErr w:type="gramStart"/>
            <w:r w:rsidRPr="00BD24B4">
              <w:rPr>
                <w:rFonts w:eastAsia="Times New Roman" w:cs="Times New Roman"/>
                <w:szCs w:val="14"/>
                <w:lang w:val="ru-RU" w:eastAsia="ru-RU"/>
              </w:rPr>
              <w:t>колес,установить</w:t>
            </w:r>
            <w:proofErr w:type="spellEnd"/>
            <w:proofErr w:type="gramEnd"/>
            <w:r w:rsidRPr="00BD24B4">
              <w:rPr>
                <w:rFonts w:eastAsia="Times New Roman" w:cs="Times New Roman"/>
                <w:szCs w:val="14"/>
                <w:lang w:val="ru-RU" w:eastAsia="ru-RU"/>
              </w:rPr>
              <w:t xml:space="preserve"> руль в рабочее положение и закрепить его, установить спинку сиденья, установить и предварительно отрегулировать зеркала заднего </w:t>
            </w:r>
            <w:proofErr w:type="spellStart"/>
            <w:r w:rsidRPr="00BD24B4">
              <w:rPr>
                <w:rFonts w:eastAsia="Times New Roman" w:cs="Times New Roman"/>
                <w:szCs w:val="14"/>
                <w:lang w:val="ru-RU" w:eastAsia="ru-RU"/>
              </w:rPr>
              <w:t>вида.Установить</w:t>
            </w:r>
            <w:proofErr w:type="spellEnd"/>
            <w:r w:rsidRPr="00BD24B4">
              <w:rPr>
                <w:rFonts w:eastAsia="Times New Roman" w:cs="Times New Roman"/>
                <w:szCs w:val="14"/>
                <w:lang w:val="ru-RU" w:eastAsia="ru-RU"/>
              </w:rPr>
              <w:t xml:space="preserve"> элемент тягово-сцепного устройства (шар фаркопа).</w:t>
            </w:r>
          </w:p>
        </w:tc>
        <w:tc>
          <w:tcPr>
            <w:tcW w:w="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DE6D80" w14:textId="77777777" w:rsidR="00B91483" w:rsidRPr="00BD24B4" w:rsidRDefault="00B91483" w:rsidP="00B91483">
            <w:pPr>
              <w:rPr>
                <w:rFonts w:eastAsia="Times New Roman" w:cs="Times New Roman"/>
                <w:szCs w:val="14"/>
                <w:lang w:val="ru-RU" w:eastAsia="ru-RU"/>
              </w:rPr>
            </w:pPr>
          </w:p>
        </w:tc>
      </w:tr>
      <w:tr w:rsidR="00B91483" w:rsidRPr="00BD24B4" w14:paraId="6378EEF4" w14:textId="77777777" w:rsidTr="00AC7DBA">
        <w:trPr>
          <w:cantSplit/>
        </w:trPr>
        <w:tc>
          <w:tcPr>
            <w:tcW w:w="119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47CAA20"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 xml:space="preserve">Протирка (мойка при необходимости) </w:t>
            </w:r>
            <w:proofErr w:type="spellStart"/>
            <w:r w:rsidRPr="00BD24B4">
              <w:rPr>
                <w:rFonts w:eastAsia="Times New Roman" w:cs="Times New Roman"/>
                <w:szCs w:val="14"/>
                <w:lang w:val="ru-RU" w:eastAsia="ru-RU"/>
              </w:rPr>
              <w:t>квадрицикла</w:t>
            </w:r>
            <w:proofErr w:type="spellEnd"/>
            <w:r w:rsidRPr="00BD24B4">
              <w:rPr>
                <w:rFonts w:eastAsia="Times New Roman" w:cs="Times New Roman"/>
                <w:szCs w:val="14"/>
                <w:lang w:val="ru-RU" w:eastAsia="ru-RU"/>
              </w:rPr>
              <w:t>.</w:t>
            </w:r>
          </w:p>
        </w:tc>
        <w:tc>
          <w:tcPr>
            <w:tcW w:w="314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976044"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Операция выполняется в текущем режиме во время экспозиции техники в шоу-руме. Перед выдачей покупателю выполнять в обязательном порядке.</w:t>
            </w:r>
          </w:p>
        </w:tc>
        <w:tc>
          <w:tcPr>
            <w:tcW w:w="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551E52" w14:textId="77777777" w:rsidR="00B91483" w:rsidRPr="00BD24B4" w:rsidRDefault="00B91483" w:rsidP="00B91483">
            <w:pPr>
              <w:rPr>
                <w:rFonts w:eastAsia="Times New Roman" w:cs="Times New Roman"/>
                <w:szCs w:val="14"/>
                <w:lang w:val="ru-RU" w:eastAsia="ru-RU"/>
              </w:rPr>
            </w:pPr>
          </w:p>
        </w:tc>
      </w:tr>
      <w:tr w:rsidR="00B91483" w:rsidRPr="00707D8A" w14:paraId="6DF972C6" w14:textId="77777777" w:rsidTr="00AC7DBA">
        <w:trPr>
          <w:cantSplit/>
        </w:trPr>
        <w:tc>
          <w:tcPr>
            <w:tcW w:w="119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173E534"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Проверка уровня масла в двигателе</w:t>
            </w:r>
          </w:p>
        </w:tc>
        <w:tc>
          <w:tcPr>
            <w:tcW w:w="314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2CB835" w14:textId="787CCA5B"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 xml:space="preserve">При проверке обязательно нахождение техники на горизонтальной площадке. Щуп при проверке не вкручивать, а вставить до касания </w:t>
            </w:r>
            <w:proofErr w:type="spellStart"/>
            <w:proofErr w:type="gramStart"/>
            <w:r w:rsidRPr="00BD24B4">
              <w:rPr>
                <w:rFonts w:eastAsia="Times New Roman" w:cs="Times New Roman"/>
                <w:szCs w:val="14"/>
                <w:lang w:val="ru-RU" w:eastAsia="ru-RU"/>
              </w:rPr>
              <w:t>резьбой.При</w:t>
            </w:r>
            <w:proofErr w:type="spellEnd"/>
            <w:proofErr w:type="gramEnd"/>
            <w:r w:rsidRPr="00BD24B4">
              <w:rPr>
                <w:rFonts w:eastAsia="Times New Roman" w:cs="Times New Roman"/>
                <w:szCs w:val="14"/>
                <w:lang w:val="ru-RU" w:eastAsia="ru-RU"/>
              </w:rPr>
              <w:t xml:space="preserve"> недостаточном уровне добавить масло</w:t>
            </w:r>
            <w:r w:rsidR="00EE0F6C">
              <w:rPr>
                <w:rFonts w:eastAsia="Times New Roman" w:cs="Times New Roman"/>
                <w:szCs w:val="14"/>
                <w:lang w:val="ru-RU" w:eastAsia="ru-RU"/>
              </w:rPr>
              <w:t xml:space="preserve"> </w:t>
            </w:r>
            <w:r w:rsidR="00EE0F6C" w:rsidRPr="00EE0F6C">
              <w:rPr>
                <w:rFonts w:eastAsia="Times New Roman" w:cs="Times New Roman"/>
                <w:szCs w:val="14"/>
                <w:lang w:val="ru-RU" w:eastAsia="ru-RU"/>
              </w:rPr>
              <w:t>10w40 (синтетика)</w:t>
            </w:r>
            <w:r w:rsidR="00372B95">
              <w:rPr>
                <w:rFonts w:eastAsia="Times New Roman" w:cs="Times New Roman"/>
                <w:szCs w:val="14"/>
                <w:lang w:val="ru-RU" w:eastAsia="ru-RU"/>
              </w:rPr>
              <w:t xml:space="preserve"> (</w:t>
            </w:r>
            <w:r w:rsidR="00372B95" w:rsidRPr="00372B95">
              <w:rPr>
                <w:rFonts w:eastAsia="Times New Roman" w:cs="Times New Roman"/>
                <w:szCs w:val="14"/>
                <w:lang w:val="ru-RU" w:eastAsia="ru-RU"/>
              </w:rPr>
              <w:t>1200 мл.</w:t>
            </w:r>
            <w:r w:rsidR="00372B95">
              <w:rPr>
                <w:rFonts w:eastAsia="Times New Roman" w:cs="Times New Roman"/>
                <w:szCs w:val="14"/>
                <w:lang w:val="ru-RU" w:eastAsia="ru-RU"/>
              </w:rPr>
              <w:t xml:space="preserve">, </w:t>
            </w:r>
            <w:r w:rsidR="00372B95" w:rsidRPr="00372B95">
              <w:rPr>
                <w:rFonts w:eastAsia="Times New Roman" w:cs="Times New Roman"/>
                <w:szCs w:val="14"/>
                <w:lang w:val="ru-RU" w:eastAsia="ru-RU"/>
              </w:rPr>
              <w:t>значение может варьироваться, ориентироваться на уровень)</w:t>
            </w:r>
          </w:p>
        </w:tc>
        <w:tc>
          <w:tcPr>
            <w:tcW w:w="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A3AB8F" w14:textId="77777777" w:rsidR="00B91483" w:rsidRPr="00BD24B4" w:rsidRDefault="00B91483" w:rsidP="00B91483">
            <w:pPr>
              <w:rPr>
                <w:rFonts w:eastAsia="Times New Roman" w:cs="Times New Roman"/>
                <w:szCs w:val="14"/>
                <w:lang w:val="ru-RU" w:eastAsia="ru-RU"/>
              </w:rPr>
            </w:pPr>
          </w:p>
        </w:tc>
      </w:tr>
      <w:tr w:rsidR="00B91483" w:rsidRPr="00707D8A" w14:paraId="709FEE6E" w14:textId="77777777" w:rsidTr="00AC7DBA">
        <w:trPr>
          <w:cantSplit/>
        </w:trPr>
        <w:tc>
          <w:tcPr>
            <w:tcW w:w="119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5B5105E"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Проверка уровня масла в КПП</w:t>
            </w:r>
          </w:p>
        </w:tc>
        <w:tc>
          <w:tcPr>
            <w:tcW w:w="314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419221" w14:textId="4C3A9A4A"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 xml:space="preserve">При проверке обязательно нахождение техники на горизонтальной площадке. Щуп при проверке не вкручивать, а вставить до касания </w:t>
            </w:r>
            <w:proofErr w:type="spellStart"/>
            <w:proofErr w:type="gramStart"/>
            <w:r w:rsidRPr="00BD24B4">
              <w:rPr>
                <w:rFonts w:eastAsia="Times New Roman" w:cs="Times New Roman"/>
                <w:szCs w:val="14"/>
                <w:lang w:val="ru-RU" w:eastAsia="ru-RU"/>
              </w:rPr>
              <w:t>резьбой.При</w:t>
            </w:r>
            <w:proofErr w:type="spellEnd"/>
            <w:proofErr w:type="gramEnd"/>
            <w:r w:rsidRPr="00BD24B4">
              <w:rPr>
                <w:rFonts w:eastAsia="Times New Roman" w:cs="Times New Roman"/>
                <w:szCs w:val="14"/>
                <w:lang w:val="ru-RU" w:eastAsia="ru-RU"/>
              </w:rPr>
              <w:t xml:space="preserve"> недостаточном уровне добавить масло. Масло использовать</w:t>
            </w:r>
            <w:r w:rsidR="00EE0F6C">
              <w:rPr>
                <w:rFonts w:eastAsia="Times New Roman" w:cs="Times New Roman"/>
                <w:szCs w:val="14"/>
                <w:lang w:val="ru-RU" w:eastAsia="ru-RU"/>
              </w:rPr>
              <w:t xml:space="preserve"> масло</w:t>
            </w:r>
            <w:r w:rsidRPr="00BD24B4">
              <w:rPr>
                <w:rFonts w:eastAsia="Times New Roman" w:cs="Times New Roman"/>
                <w:szCs w:val="14"/>
                <w:lang w:val="ru-RU" w:eastAsia="ru-RU"/>
              </w:rPr>
              <w:t xml:space="preserve"> </w:t>
            </w:r>
            <w:r w:rsidR="00EE0F6C" w:rsidRPr="00EE0F6C">
              <w:rPr>
                <w:rFonts w:eastAsia="Times New Roman" w:cs="Times New Roman"/>
                <w:szCs w:val="14"/>
                <w:lang w:val="ru-RU" w:eastAsia="ru-RU"/>
              </w:rPr>
              <w:t>80w90GL-5</w:t>
            </w:r>
            <w:r w:rsidR="00EE0F6C">
              <w:rPr>
                <w:rFonts w:eastAsia="Times New Roman" w:cs="Times New Roman"/>
                <w:szCs w:val="14"/>
                <w:lang w:val="ru-RU" w:eastAsia="ru-RU"/>
              </w:rPr>
              <w:t xml:space="preserve"> </w:t>
            </w:r>
            <w:r w:rsidR="00EE0F6C" w:rsidRPr="00EE0F6C">
              <w:rPr>
                <w:rFonts w:eastAsia="Times New Roman" w:cs="Times New Roman"/>
                <w:szCs w:val="14"/>
                <w:lang w:val="ru-RU" w:eastAsia="ru-RU"/>
              </w:rPr>
              <w:t>(синтетика)</w:t>
            </w:r>
            <w:r w:rsidR="00372B95">
              <w:rPr>
                <w:rFonts w:eastAsia="Times New Roman" w:cs="Times New Roman"/>
                <w:szCs w:val="14"/>
                <w:lang w:val="ru-RU" w:eastAsia="ru-RU"/>
              </w:rPr>
              <w:t xml:space="preserve"> (</w:t>
            </w:r>
            <w:r w:rsidR="00372B95" w:rsidRPr="00372B95">
              <w:rPr>
                <w:rFonts w:eastAsia="Times New Roman" w:cs="Times New Roman"/>
                <w:szCs w:val="14"/>
                <w:lang w:val="ru-RU" w:eastAsia="ru-RU"/>
              </w:rPr>
              <w:t>1100 мл.</w:t>
            </w:r>
            <w:r w:rsidR="00372B95">
              <w:rPr>
                <w:rFonts w:eastAsia="Times New Roman" w:cs="Times New Roman"/>
                <w:szCs w:val="14"/>
                <w:lang w:val="ru-RU" w:eastAsia="ru-RU"/>
              </w:rPr>
              <w:t>,</w:t>
            </w:r>
            <w:r w:rsidR="00372B95" w:rsidRPr="00372B95">
              <w:rPr>
                <w:rFonts w:eastAsia="Times New Roman" w:cs="Times New Roman"/>
                <w:szCs w:val="14"/>
                <w:lang w:val="ru-RU" w:eastAsia="ru-RU"/>
              </w:rPr>
              <w:t xml:space="preserve"> значение может варьироваться, ориентироваться на уровень)</w:t>
            </w:r>
          </w:p>
        </w:tc>
        <w:tc>
          <w:tcPr>
            <w:tcW w:w="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8FEDBB" w14:textId="77777777" w:rsidR="00B91483" w:rsidRPr="00BD24B4" w:rsidRDefault="00B91483" w:rsidP="00B91483">
            <w:pPr>
              <w:rPr>
                <w:rFonts w:eastAsia="Times New Roman" w:cs="Times New Roman"/>
                <w:szCs w:val="14"/>
                <w:lang w:val="ru-RU" w:eastAsia="ru-RU"/>
              </w:rPr>
            </w:pPr>
          </w:p>
        </w:tc>
      </w:tr>
      <w:tr w:rsidR="00B91483" w:rsidRPr="00707D8A" w14:paraId="6911F96C" w14:textId="77777777" w:rsidTr="00AC7DBA">
        <w:trPr>
          <w:cantSplit/>
        </w:trPr>
        <w:tc>
          <w:tcPr>
            <w:tcW w:w="119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28AE773"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Проверка уровня масла в переднем редукторе</w:t>
            </w:r>
          </w:p>
        </w:tc>
        <w:tc>
          <w:tcPr>
            <w:tcW w:w="314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DDF96C" w14:textId="0B9430C9"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 xml:space="preserve">при проверке обязательно нахождение техники на горизонтальной площадке. </w:t>
            </w:r>
            <w:proofErr w:type="spellStart"/>
            <w:r w:rsidRPr="00BD24B4">
              <w:rPr>
                <w:rFonts w:eastAsia="Times New Roman" w:cs="Times New Roman"/>
                <w:szCs w:val="14"/>
                <w:lang w:val="ru-RU" w:eastAsia="ru-RU"/>
              </w:rPr>
              <w:t>У</w:t>
            </w:r>
            <w:r w:rsidR="002C10BA">
              <w:rPr>
                <w:rFonts w:eastAsia="Times New Roman" w:cs="Times New Roman"/>
                <w:szCs w:val="14"/>
                <w:lang w:val="ru-RU" w:eastAsia="ru-RU"/>
              </w:rPr>
              <w:t>масл</w:t>
            </w:r>
            <w:r w:rsidRPr="00BD24B4">
              <w:rPr>
                <w:rFonts w:eastAsia="Times New Roman" w:cs="Times New Roman"/>
                <w:szCs w:val="14"/>
                <w:lang w:val="ru-RU" w:eastAsia="ru-RU"/>
              </w:rPr>
              <w:t>ровень</w:t>
            </w:r>
            <w:proofErr w:type="spellEnd"/>
            <w:r w:rsidRPr="00BD24B4">
              <w:rPr>
                <w:rFonts w:eastAsia="Times New Roman" w:cs="Times New Roman"/>
                <w:szCs w:val="14"/>
                <w:lang w:val="ru-RU" w:eastAsia="ru-RU"/>
              </w:rPr>
              <w:t xml:space="preserve"> масла- вровень с низом контрольного отверстия. Пробку контрольного отверстия для проверки выкрутить, после проверки закрутить обратно. При вытекании излишков масла обязательно убрать следы вытекшего масла с </w:t>
            </w:r>
            <w:proofErr w:type="spellStart"/>
            <w:proofErr w:type="gramStart"/>
            <w:r w:rsidRPr="00BD24B4">
              <w:rPr>
                <w:rFonts w:eastAsia="Times New Roman" w:cs="Times New Roman"/>
                <w:szCs w:val="14"/>
                <w:lang w:val="ru-RU" w:eastAsia="ru-RU"/>
              </w:rPr>
              <w:t>техники..</w:t>
            </w:r>
            <w:proofErr w:type="gramEnd"/>
            <w:r w:rsidRPr="00BD24B4">
              <w:rPr>
                <w:rFonts w:eastAsia="Times New Roman" w:cs="Times New Roman"/>
                <w:szCs w:val="14"/>
                <w:lang w:val="ru-RU" w:eastAsia="ru-RU"/>
              </w:rPr>
              <w:t>При</w:t>
            </w:r>
            <w:proofErr w:type="spellEnd"/>
            <w:r w:rsidRPr="00BD24B4">
              <w:rPr>
                <w:rFonts w:eastAsia="Times New Roman" w:cs="Times New Roman"/>
                <w:szCs w:val="14"/>
                <w:lang w:val="ru-RU" w:eastAsia="ru-RU"/>
              </w:rPr>
              <w:t xml:space="preserve"> недостаточном уровне добавить масло. Масло использовать </w:t>
            </w:r>
            <w:r w:rsidR="00EE0F6C">
              <w:rPr>
                <w:rFonts w:eastAsia="Times New Roman" w:cs="Times New Roman"/>
                <w:szCs w:val="14"/>
                <w:lang w:val="ru-RU" w:eastAsia="ru-RU"/>
              </w:rPr>
              <w:t xml:space="preserve">масло </w:t>
            </w:r>
            <w:r w:rsidR="00EE0F6C" w:rsidRPr="00EE0F6C">
              <w:rPr>
                <w:rFonts w:eastAsia="Times New Roman" w:cs="Times New Roman"/>
                <w:szCs w:val="14"/>
                <w:lang w:val="ru-RU" w:eastAsia="ru-RU"/>
              </w:rPr>
              <w:t>ATF DEXRON 6</w:t>
            </w:r>
            <w:r w:rsidR="00372B95">
              <w:rPr>
                <w:rFonts w:eastAsia="Times New Roman" w:cs="Times New Roman"/>
                <w:szCs w:val="14"/>
                <w:lang w:val="ru-RU" w:eastAsia="ru-RU"/>
              </w:rPr>
              <w:t xml:space="preserve"> (</w:t>
            </w:r>
            <w:r w:rsidR="00372B95" w:rsidRPr="00372B95">
              <w:rPr>
                <w:rFonts w:eastAsia="Times New Roman" w:cs="Times New Roman"/>
                <w:szCs w:val="14"/>
                <w:lang w:val="ru-RU" w:eastAsia="ru-RU"/>
              </w:rPr>
              <w:t>320 мл.</w:t>
            </w:r>
            <w:r w:rsidR="00372B95">
              <w:rPr>
                <w:rFonts w:eastAsia="Times New Roman" w:cs="Times New Roman"/>
                <w:szCs w:val="14"/>
                <w:lang w:val="ru-RU" w:eastAsia="ru-RU"/>
              </w:rPr>
              <w:t>,</w:t>
            </w:r>
            <w:r w:rsidR="00372B95" w:rsidRPr="00372B95">
              <w:rPr>
                <w:rFonts w:eastAsia="Times New Roman" w:cs="Times New Roman"/>
                <w:szCs w:val="14"/>
                <w:lang w:val="ru-RU" w:eastAsia="ru-RU"/>
              </w:rPr>
              <w:t xml:space="preserve"> значение может варьироваться, ориентироваться на уровень)</w:t>
            </w:r>
          </w:p>
        </w:tc>
        <w:tc>
          <w:tcPr>
            <w:tcW w:w="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B68B7D" w14:textId="77777777" w:rsidR="00B91483" w:rsidRPr="00BD24B4" w:rsidRDefault="00B91483" w:rsidP="00B91483">
            <w:pPr>
              <w:rPr>
                <w:rFonts w:eastAsia="Times New Roman" w:cs="Times New Roman"/>
                <w:szCs w:val="14"/>
                <w:lang w:val="ru-RU" w:eastAsia="ru-RU"/>
              </w:rPr>
            </w:pPr>
          </w:p>
        </w:tc>
      </w:tr>
      <w:tr w:rsidR="00B91483" w:rsidRPr="00707D8A" w14:paraId="115248B9" w14:textId="77777777" w:rsidTr="00AC7DBA">
        <w:trPr>
          <w:cantSplit/>
        </w:trPr>
        <w:tc>
          <w:tcPr>
            <w:tcW w:w="119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19A9B38"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Проверка уровня масла в заднем редукторе</w:t>
            </w:r>
          </w:p>
        </w:tc>
        <w:tc>
          <w:tcPr>
            <w:tcW w:w="314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419E44" w14:textId="5A3194F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 xml:space="preserve">при проверке обязательно нахождение техники на горизонтальной площадке. Уровень масла- вровень с низом контрольного отверстия. Пробку контрольного отверстия для проверки выкрутить, после проверки закрутить обратно. При вытекании излишков масла обязательно убрать следы вытекшего масла с </w:t>
            </w:r>
            <w:proofErr w:type="spellStart"/>
            <w:proofErr w:type="gramStart"/>
            <w:r w:rsidRPr="00BD24B4">
              <w:rPr>
                <w:rFonts w:eastAsia="Times New Roman" w:cs="Times New Roman"/>
                <w:szCs w:val="14"/>
                <w:lang w:val="ru-RU" w:eastAsia="ru-RU"/>
              </w:rPr>
              <w:t>техники..</w:t>
            </w:r>
            <w:proofErr w:type="gramEnd"/>
            <w:r w:rsidRPr="00BD24B4">
              <w:rPr>
                <w:rFonts w:eastAsia="Times New Roman" w:cs="Times New Roman"/>
                <w:szCs w:val="14"/>
                <w:lang w:val="ru-RU" w:eastAsia="ru-RU"/>
              </w:rPr>
              <w:t>При</w:t>
            </w:r>
            <w:proofErr w:type="spellEnd"/>
            <w:r w:rsidRPr="00BD24B4">
              <w:rPr>
                <w:rFonts w:eastAsia="Times New Roman" w:cs="Times New Roman"/>
                <w:szCs w:val="14"/>
                <w:lang w:val="ru-RU" w:eastAsia="ru-RU"/>
              </w:rPr>
              <w:t xml:space="preserve"> недостаточном уровне добавить масло. Масло использовать </w:t>
            </w:r>
            <w:r w:rsidR="00EE0F6C">
              <w:rPr>
                <w:rFonts w:eastAsia="Times New Roman" w:cs="Times New Roman"/>
                <w:szCs w:val="14"/>
                <w:lang w:val="ru-RU" w:eastAsia="ru-RU"/>
              </w:rPr>
              <w:t xml:space="preserve">масло </w:t>
            </w:r>
            <w:r w:rsidR="00EE0F6C" w:rsidRPr="00EE0F6C">
              <w:rPr>
                <w:rFonts w:eastAsia="Times New Roman" w:cs="Times New Roman"/>
                <w:szCs w:val="14"/>
                <w:lang w:val="ru-RU" w:eastAsia="ru-RU"/>
              </w:rPr>
              <w:t>80w90GL-5 (синтетика)</w:t>
            </w:r>
            <w:r w:rsidR="00372B95">
              <w:rPr>
                <w:rFonts w:eastAsia="Times New Roman" w:cs="Times New Roman"/>
                <w:szCs w:val="14"/>
                <w:lang w:val="ru-RU" w:eastAsia="ru-RU"/>
              </w:rPr>
              <w:t xml:space="preserve"> (</w:t>
            </w:r>
            <w:r w:rsidR="00372B95" w:rsidRPr="00372B95">
              <w:rPr>
                <w:rFonts w:eastAsia="Times New Roman" w:cs="Times New Roman"/>
                <w:szCs w:val="14"/>
                <w:lang w:val="ru-RU" w:eastAsia="ru-RU"/>
              </w:rPr>
              <w:t>550 мл.</w:t>
            </w:r>
            <w:r w:rsidR="00372B95">
              <w:rPr>
                <w:rFonts w:eastAsia="Times New Roman" w:cs="Times New Roman"/>
                <w:szCs w:val="14"/>
                <w:lang w:val="ru-RU" w:eastAsia="ru-RU"/>
              </w:rPr>
              <w:t xml:space="preserve">, </w:t>
            </w:r>
            <w:r w:rsidR="00372B95" w:rsidRPr="00372B95">
              <w:rPr>
                <w:rFonts w:eastAsia="Times New Roman" w:cs="Times New Roman"/>
                <w:szCs w:val="14"/>
                <w:lang w:val="ru-RU" w:eastAsia="ru-RU"/>
              </w:rPr>
              <w:t>значение может варьироваться, ориентироваться на уровень)</w:t>
            </w:r>
          </w:p>
        </w:tc>
        <w:tc>
          <w:tcPr>
            <w:tcW w:w="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617856" w14:textId="77777777" w:rsidR="00B91483" w:rsidRPr="00BD24B4" w:rsidRDefault="00B91483" w:rsidP="00B91483">
            <w:pPr>
              <w:rPr>
                <w:rFonts w:eastAsia="Times New Roman" w:cs="Times New Roman"/>
                <w:szCs w:val="14"/>
                <w:lang w:val="ru-RU" w:eastAsia="ru-RU"/>
              </w:rPr>
            </w:pPr>
          </w:p>
        </w:tc>
      </w:tr>
      <w:tr w:rsidR="00B91483" w:rsidRPr="00BD24B4" w14:paraId="443C67F5" w14:textId="77777777" w:rsidTr="00AC7DBA">
        <w:trPr>
          <w:cantSplit/>
        </w:trPr>
        <w:tc>
          <w:tcPr>
            <w:tcW w:w="119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CBC8DA4"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Проверка уровня тормозной жидкости ручного тормоза</w:t>
            </w:r>
          </w:p>
        </w:tc>
        <w:tc>
          <w:tcPr>
            <w:tcW w:w="314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929B68"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 xml:space="preserve">Производится визуально по контрольному окошку </w:t>
            </w:r>
            <w:proofErr w:type="gramStart"/>
            <w:r w:rsidRPr="00BD24B4">
              <w:rPr>
                <w:rFonts w:eastAsia="Times New Roman" w:cs="Times New Roman"/>
                <w:szCs w:val="14"/>
                <w:lang w:val="ru-RU" w:eastAsia="ru-RU"/>
              </w:rPr>
              <w:t>на гидроцилиндре</w:t>
            </w:r>
            <w:proofErr w:type="gramEnd"/>
            <w:r w:rsidRPr="00BD24B4">
              <w:rPr>
                <w:rFonts w:eastAsia="Times New Roman" w:cs="Times New Roman"/>
                <w:szCs w:val="14"/>
                <w:lang w:val="ru-RU" w:eastAsia="ru-RU"/>
              </w:rPr>
              <w:t xml:space="preserve"> установленном на левой части руля. ЗАПРЕЩАЕТСЯ! добавлять тормозную жидкость до выяснения и устранения причин падения уровня! Жидкость DOT4</w:t>
            </w:r>
          </w:p>
        </w:tc>
        <w:tc>
          <w:tcPr>
            <w:tcW w:w="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609B8D" w14:textId="77777777" w:rsidR="00B91483" w:rsidRPr="00BD24B4" w:rsidRDefault="00B91483" w:rsidP="00B91483">
            <w:pPr>
              <w:rPr>
                <w:rFonts w:eastAsia="Times New Roman" w:cs="Times New Roman"/>
                <w:szCs w:val="14"/>
                <w:lang w:val="ru-RU" w:eastAsia="ru-RU"/>
              </w:rPr>
            </w:pPr>
          </w:p>
        </w:tc>
      </w:tr>
      <w:tr w:rsidR="00B91483" w:rsidRPr="00707D8A" w14:paraId="3CA18265" w14:textId="77777777" w:rsidTr="00AC7DBA">
        <w:trPr>
          <w:cantSplit/>
        </w:trPr>
        <w:tc>
          <w:tcPr>
            <w:tcW w:w="119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C6D0608"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lastRenderedPageBreak/>
              <w:t xml:space="preserve">Проверка уровня тормозной жидкости ножного тормоза </w:t>
            </w:r>
          </w:p>
        </w:tc>
        <w:tc>
          <w:tcPr>
            <w:tcW w:w="314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8D4D8D"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 xml:space="preserve">Производится визуально после снятия верхней передней крышки пластика (отвернуть 2 самореза, сдвинуть и снять крышку. установка в обратной </w:t>
            </w:r>
            <w:proofErr w:type="spellStart"/>
            <w:proofErr w:type="gramStart"/>
            <w:r w:rsidRPr="00BD24B4">
              <w:rPr>
                <w:rFonts w:eastAsia="Times New Roman" w:cs="Times New Roman"/>
                <w:szCs w:val="14"/>
                <w:lang w:val="ru-RU" w:eastAsia="ru-RU"/>
              </w:rPr>
              <w:t>последовательностти</w:t>
            </w:r>
            <w:proofErr w:type="spellEnd"/>
            <w:r w:rsidRPr="00BD24B4">
              <w:rPr>
                <w:rFonts w:eastAsia="Times New Roman" w:cs="Times New Roman"/>
                <w:szCs w:val="14"/>
                <w:lang w:val="ru-RU" w:eastAsia="ru-RU"/>
              </w:rPr>
              <w:t>)ЗАПРЕЩАЕТСЯ</w:t>
            </w:r>
            <w:proofErr w:type="gramEnd"/>
            <w:r w:rsidRPr="00BD24B4">
              <w:rPr>
                <w:rFonts w:eastAsia="Times New Roman" w:cs="Times New Roman"/>
                <w:szCs w:val="14"/>
                <w:lang w:val="ru-RU" w:eastAsia="ru-RU"/>
              </w:rPr>
              <w:t xml:space="preserve">! добавлять тормозную жидкость до выяснения и устранения причин падения </w:t>
            </w:r>
            <w:proofErr w:type="spellStart"/>
            <w:r w:rsidRPr="00BD24B4">
              <w:rPr>
                <w:rFonts w:eastAsia="Times New Roman" w:cs="Times New Roman"/>
                <w:szCs w:val="14"/>
                <w:lang w:val="ru-RU" w:eastAsia="ru-RU"/>
              </w:rPr>
              <w:t>уровня.Жидкость</w:t>
            </w:r>
            <w:proofErr w:type="spellEnd"/>
            <w:r w:rsidRPr="00BD24B4">
              <w:rPr>
                <w:rFonts w:eastAsia="Times New Roman" w:cs="Times New Roman"/>
                <w:szCs w:val="14"/>
                <w:lang w:val="ru-RU" w:eastAsia="ru-RU"/>
              </w:rPr>
              <w:t xml:space="preserve"> DOT4</w:t>
            </w:r>
          </w:p>
        </w:tc>
        <w:tc>
          <w:tcPr>
            <w:tcW w:w="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E5029A" w14:textId="77777777" w:rsidR="00B91483" w:rsidRPr="00BD24B4" w:rsidRDefault="00B91483" w:rsidP="00B91483">
            <w:pPr>
              <w:rPr>
                <w:rFonts w:eastAsia="Times New Roman" w:cs="Times New Roman"/>
                <w:szCs w:val="14"/>
                <w:lang w:val="ru-RU" w:eastAsia="ru-RU"/>
              </w:rPr>
            </w:pPr>
          </w:p>
        </w:tc>
      </w:tr>
      <w:tr w:rsidR="00B91483" w:rsidRPr="00BD24B4" w14:paraId="74EC5BBD" w14:textId="77777777" w:rsidTr="00AC7DBA">
        <w:trPr>
          <w:cantSplit/>
        </w:trPr>
        <w:tc>
          <w:tcPr>
            <w:tcW w:w="119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B143C3A"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 xml:space="preserve">Проверка уровня охлаждающей жидкости </w:t>
            </w:r>
          </w:p>
        </w:tc>
        <w:tc>
          <w:tcPr>
            <w:tcW w:w="314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57473F"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 xml:space="preserve">Производится визуально после снятия верхней передней крышки пластика (отвернуть 2 самореза, сдвинуть и снять крышку. установка в обратной </w:t>
            </w:r>
            <w:proofErr w:type="spellStart"/>
            <w:proofErr w:type="gramStart"/>
            <w:r w:rsidRPr="00BD24B4">
              <w:rPr>
                <w:rFonts w:eastAsia="Times New Roman" w:cs="Times New Roman"/>
                <w:szCs w:val="14"/>
                <w:lang w:val="ru-RU" w:eastAsia="ru-RU"/>
              </w:rPr>
              <w:t>последовательностти</w:t>
            </w:r>
            <w:proofErr w:type="spellEnd"/>
            <w:r w:rsidRPr="00BD24B4">
              <w:rPr>
                <w:rFonts w:eastAsia="Times New Roman" w:cs="Times New Roman"/>
                <w:szCs w:val="14"/>
                <w:lang w:val="ru-RU" w:eastAsia="ru-RU"/>
              </w:rPr>
              <w:t>)В</w:t>
            </w:r>
            <w:proofErr w:type="gramEnd"/>
            <w:r w:rsidRPr="00BD24B4">
              <w:rPr>
                <w:rFonts w:eastAsia="Times New Roman" w:cs="Times New Roman"/>
                <w:szCs w:val="14"/>
                <w:lang w:val="ru-RU" w:eastAsia="ru-RU"/>
              </w:rPr>
              <w:t xml:space="preserve"> радиаторе жидкость должна быть залита до самого верха, в расширительном бачке примерно половина объема. </w:t>
            </w:r>
            <w:proofErr w:type="gramStart"/>
            <w:r w:rsidRPr="00BD24B4">
              <w:rPr>
                <w:rFonts w:eastAsia="Times New Roman" w:cs="Times New Roman"/>
                <w:szCs w:val="14"/>
                <w:lang w:val="ru-RU" w:eastAsia="ru-RU"/>
              </w:rPr>
              <w:t>ВНИМАНИЕ !!</w:t>
            </w:r>
            <w:proofErr w:type="gramEnd"/>
            <w:r w:rsidRPr="00BD24B4">
              <w:rPr>
                <w:rFonts w:eastAsia="Times New Roman" w:cs="Times New Roman"/>
                <w:szCs w:val="14"/>
                <w:lang w:val="ru-RU" w:eastAsia="ru-RU"/>
              </w:rPr>
              <w:t xml:space="preserve"> Снятие крышек радиатора и расширительного бачка во </w:t>
            </w:r>
            <w:proofErr w:type="spellStart"/>
            <w:r w:rsidRPr="00BD24B4">
              <w:rPr>
                <w:rFonts w:eastAsia="Times New Roman" w:cs="Times New Roman"/>
                <w:szCs w:val="14"/>
                <w:lang w:val="ru-RU" w:eastAsia="ru-RU"/>
              </w:rPr>
              <w:t>избежании</w:t>
            </w:r>
            <w:proofErr w:type="spellEnd"/>
            <w:r w:rsidRPr="00BD24B4">
              <w:rPr>
                <w:rFonts w:eastAsia="Times New Roman" w:cs="Times New Roman"/>
                <w:szCs w:val="14"/>
                <w:lang w:val="ru-RU" w:eastAsia="ru-RU"/>
              </w:rPr>
              <w:t xml:space="preserve"> ожогов и травм производить только на полностью остывшем </w:t>
            </w:r>
            <w:proofErr w:type="spellStart"/>
            <w:r w:rsidRPr="00BD24B4">
              <w:rPr>
                <w:rFonts w:eastAsia="Times New Roman" w:cs="Times New Roman"/>
                <w:szCs w:val="14"/>
                <w:lang w:val="ru-RU" w:eastAsia="ru-RU"/>
              </w:rPr>
              <w:t>квадрицикле</w:t>
            </w:r>
            <w:proofErr w:type="spellEnd"/>
            <w:r w:rsidRPr="00BD24B4">
              <w:rPr>
                <w:rFonts w:eastAsia="Times New Roman" w:cs="Times New Roman"/>
                <w:szCs w:val="14"/>
                <w:lang w:val="ru-RU" w:eastAsia="ru-RU"/>
              </w:rPr>
              <w:t xml:space="preserve">. Рекомендуемый антифриз G11 </w:t>
            </w:r>
          </w:p>
        </w:tc>
        <w:tc>
          <w:tcPr>
            <w:tcW w:w="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553559" w14:textId="77777777" w:rsidR="00B91483" w:rsidRPr="00BD24B4" w:rsidRDefault="00B91483" w:rsidP="00B91483">
            <w:pPr>
              <w:rPr>
                <w:rFonts w:eastAsia="Times New Roman" w:cs="Times New Roman"/>
                <w:szCs w:val="14"/>
                <w:lang w:val="ru-RU" w:eastAsia="ru-RU"/>
              </w:rPr>
            </w:pPr>
          </w:p>
        </w:tc>
      </w:tr>
      <w:tr w:rsidR="00B91483" w:rsidRPr="00707D8A" w14:paraId="2AB4CC17" w14:textId="77777777" w:rsidTr="00AC7DBA">
        <w:trPr>
          <w:cantSplit/>
        </w:trPr>
        <w:tc>
          <w:tcPr>
            <w:tcW w:w="119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A885BA5"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Проверка работоспособности жидкокристаллического дисплея приборной панели</w:t>
            </w:r>
          </w:p>
        </w:tc>
        <w:tc>
          <w:tcPr>
            <w:tcW w:w="314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3097B1"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Убедиться в работоспособности всех индикаторов и приборов. Уровень топлива, Температура охлаждающей жидкости., Индикация выбранной передачи (провести селектор КПП переменно через все положения) Индикация включения переднего моста и индикация включения блокировки заднего моста для модели AL ( внимание в положении селектора N "нейтраль" эти включения недоступны, установите другой режим селектора) В движении проверить работоспособность спидометра и одометра. Пиктограмма "проверь двигатель" должна загораться при включении зажигания и гаснуть в течении нескольких секунд после запуска двигателя.</w:t>
            </w:r>
          </w:p>
        </w:tc>
        <w:tc>
          <w:tcPr>
            <w:tcW w:w="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383777" w14:textId="77777777" w:rsidR="00B91483" w:rsidRPr="00BD24B4" w:rsidRDefault="00B91483" w:rsidP="00B91483">
            <w:pPr>
              <w:rPr>
                <w:rFonts w:eastAsia="Times New Roman" w:cs="Times New Roman"/>
                <w:szCs w:val="14"/>
                <w:lang w:val="ru-RU" w:eastAsia="ru-RU"/>
              </w:rPr>
            </w:pPr>
          </w:p>
        </w:tc>
      </w:tr>
      <w:tr w:rsidR="00B91483" w:rsidRPr="00BD24B4" w14:paraId="6E0AA71E" w14:textId="77777777" w:rsidTr="00AC7DBA">
        <w:trPr>
          <w:cantSplit/>
        </w:trPr>
        <w:tc>
          <w:tcPr>
            <w:tcW w:w="119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5064B92"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 xml:space="preserve">Проверка световой и звуковой индикации </w:t>
            </w:r>
          </w:p>
        </w:tc>
        <w:tc>
          <w:tcPr>
            <w:tcW w:w="314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8E093E"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Ходовые огни (габаритные</w:t>
            </w:r>
            <w:proofErr w:type="gramStart"/>
            <w:r w:rsidRPr="00BD24B4">
              <w:rPr>
                <w:rFonts w:eastAsia="Times New Roman" w:cs="Times New Roman"/>
                <w:szCs w:val="14"/>
                <w:lang w:val="ru-RU" w:eastAsia="ru-RU"/>
              </w:rPr>
              <w:t>) .</w:t>
            </w:r>
            <w:proofErr w:type="gramEnd"/>
            <w:r w:rsidRPr="00BD24B4">
              <w:rPr>
                <w:rFonts w:eastAsia="Times New Roman" w:cs="Times New Roman"/>
                <w:szCs w:val="14"/>
                <w:lang w:val="ru-RU" w:eastAsia="ru-RU"/>
              </w:rPr>
              <w:t xml:space="preserve"> Переключение ближний дальний свет фар. Указатели поворота и аварийная сигнализация. </w:t>
            </w:r>
            <w:proofErr w:type="gramStart"/>
            <w:r w:rsidRPr="00BD24B4">
              <w:rPr>
                <w:rFonts w:eastAsia="Times New Roman" w:cs="Times New Roman"/>
                <w:szCs w:val="14"/>
                <w:lang w:val="ru-RU" w:eastAsia="ru-RU"/>
              </w:rPr>
              <w:t>Стоп сигнал</w:t>
            </w:r>
            <w:proofErr w:type="gramEnd"/>
            <w:r w:rsidRPr="00BD24B4">
              <w:rPr>
                <w:rFonts w:eastAsia="Times New Roman" w:cs="Times New Roman"/>
                <w:szCs w:val="14"/>
                <w:lang w:val="ru-RU" w:eastAsia="ru-RU"/>
              </w:rPr>
              <w:t xml:space="preserve"> при нажатии отдельно на ручной и ножной тормоз. Подсветка номерного знака. Звуковой сигнал.</w:t>
            </w:r>
          </w:p>
        </w:tc>
        <w:tc>
          <w:tcPr>
            <w:tcW w:w="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0543E7" w14:textId="77777777" w:rsidR="00B91483" w:rsidRPr="00BD24B4" w:rsidRDefault="00B91483" w:rsidP="00B91483">
            <w:pPr>
              <w:rPr>
                <w:rFonts w:eastAsia="Times New Roman" w:cs="Times New Roman"/>
                <w:szCs w:val="14"/>
                <w:lang w:val="ru-RU" w:eastAsia="ru-RU"/>
              </w:rPr>
            </w:pPr>
          </w:p>
        </w:tc>
      </w:tr>
      <w:tr w:rsidR="00B91483" w:rsidRPr="00707D8A" w14:paraId="758088C5" w14:textId="77777777" w:rsidTr="00AC7DBA">
        <w:trPr>
          <w:cantSplit/>
        </w:trPr>
        <w:tc>
          <w:tcPr>
            <w:tcW w:w="119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9BA1E90"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Проверка стояночного тормоза</w:t>
            </w:r>
          </w:p>
        </w:tc>
        <w:tc>
          <w:tcPr>
            <w:tcW w:w="314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334D1B"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 xml:space="preserve">При разблокированном стояночном тормозе </w:t>
            </w:r>
            <w:proofErr w:type="spellStart"/>
            <w:r w:rsidRPr="00BD24B4">
              <w:rPr>
                <w:rFonts w:eastAsia="Times New Roman" w:cs="Times New Roman"/>
                <w:szCs w:val="14"/>
                <w:lang w:val="ru-RU" w:eastAsia="ru-RU"/>
              </w:rPr>
              <w:t>квадрицикл</w:t>
            </w:r>
            <w:proofErr w:type="spellEnd"/>
            <w:r w:rsidRPr="00BD24B4">
              <w:rPr>
                <w:rFonts w:eastAsia="Times New Roman" w:cs="Times New Roman"/>
                <w:szCs w:val="14"/>
                <w:lang w:val="ru-RU" w:eastAsia="ru-RU"/>
              </w:rPr>
              <w:t xml:space="preserve"> в положении селектора "нейтраль" должен перемещаться </w:t>
            </w:r>
            <w:proofErr w:type="gramStart"/>
            <w:r w:rsidRPr="00BD24B4">
              <w:rPr>
                <w:rFonts w:eastAsia="Times New Roman" w:cs="Times New Roman"/>
                <w:szCs w:val="14"/>
                <w:lang w:val="ru-RU" w:eastAsia="ru-RU"/>
              </w:rPr>
              <w:t>вручную .</w:t>
            </w:r>
            <w:proofErr w:type="gramEnd"/>
            <w:r w:rsidRPr="00BD24B4">
              <w:rPr>
                <w:rFonts w:eastAsia="Times New Roman" w:cs="Times New Roman"/>
                <w:szCs w:val="14"/>
                <w:lang w:val="ru-RU" w:eastAsia="ru-RU"/>
              </w:rPr>
              <w:t xml:space="preserve"> В заблокированном положении стояночного тормоза перемещаться вручную не должен. При обнаружении несоответствия отрегулировать стояночный тормоз.</w:t>
            </w:r>
          </w:p>
        </w:tc>
        <w:tc>
          <w:tcPr>
            <w:tcW w:w="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21FA00" w14:textId="77777777" w:rsidR="00B91483" w:rsidRPr="00BD24B4" w:rsidRDefault="00B91483" w:rsidP="00B91483">
            <w:pPr>
              <w:rPr>
                <w:rFonts w:eastAsia="Times New Roman" w:cs="Times New Roman"/>
                <w:szCs w:val="14"/>
                <w:lang w:val="ru-RU" w:eastAsia="ru-RU"/>
              </w:rPr>
            </w:pPr>
          </w:p>
        </w:tc>
      </w:tr>
      <w:tr w:rsidR="00B91483" w:rsidRPr="00BD24B4" w14:paraId="20673552" w14:textId="77777777" w:rsidTr="00AC7DBA">
        <w:trPr>
          <w:cantSplit/>
        </w:trPr>
        <w:tc>
          <w:tcPr>
            <w:tcW w:w="119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F0BE54D"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Проверка исправности тормозной системы.</w:t>
            </w:r>
          </w:p>
        </w:tc>
        <w:tc>
          <w:tcPr>
            <w:tcW w:w="314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689F00"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 xml:space="preserve">Несколько раз нажать до конца и отпустить рычаг тормоза на руле и педаль </w:t>
            </w:r>
            <w:proofErr w:type="spellStart"/>
            <w:proofErr w:type="gramStart"/>
            <w:r w:rsidRPr="00BD24B4">
              <w:rPr>
                <w:rFonts w:eastAsia="Times New Roman" w:cs="Times New Roman"/>
                <w:szCs w:val="14"/>
                <w:lang w:val="ru-RU" w:eastAsia="ru-RU"/>
              </w:rPr>
              <w:t>тормоза.С</w:t>
            </w:r>
            <w:proofErr w:type="spellEnd"/>
            <w:proofErr w:type="gramEnd"/>
            <w:r w:rsidRPr="00BD24B4">
              <w:rPr>
                <w:rFonts w:eastAsia="Times New Roman" w:cs="Times New Roman"/>
                <w:szCs w:val="14"/>
                <w:lang w:val="ru-RU" w:eastAsia="ru-RU"/>
              </w:rPr>
              <w:t xml:space="preserve"> силой нажать и удерживать в течении 30 секунд рычаг тормоза на руле и педаль ножного тормоза. НЕ ДОПУСКАЕТСЯ! ощутимая просадка (проваливание) рычагов и педали. После "опрессовки" системы внимательно осмотреть все шланги в местах соединения с элементами тормозной системы и сами элементы </w:t>
            </w:r>
            <w:proofErr w:type="spellStart"/>
            <w:r w:rsidRPr="00BD24B4">
              <w:rPr>
                <w:rFonts w:eastAsia="Times New Roman" w:cs="Times New Roman"/>
                <w:szCs w:val="14"/>
                <w:lang w:val="ru-RU" w:eastAsia="ru-RU"/>
              </w:rPr>
              <w:t>нв</w:t>
            </w:r>
            <w:proofErr w:type="spellEnd"/>
            <w:r w:rsidRPr="00BD24B4">
              <w:rPr>
                <w:rFonts w:eastAsia="Times New Roman" w:cs="Times New Roman"/>
                <w:szCs w:val="14"/>
                <w:lang w:val="ru-RU" w:eastAsia="ru-RU"/>
              </w:rPr>
              <w:t xml:space="preserve"> предмет потеков и </w:t>
            </w:r>
            <w:proofErr w:type="spellStart"/>
            <w:r w:rsidRPr="00BD24B4">
              <w:rPr>
                <w:rFonts w:eastAsia="Times New Roman" w:cs="Times New Roman"/>
                <w:szCs w:val="14"/>
                <w:lang w:val="ru-RU" w:eastAsia="ru-RU"/>
              </w:rPr>
              <w:t>отпотеваний</w:t>
            </w:r>
            <w:proofErr w:type="spellEnd"/>
            <w:r w:rsidRPr="00BD24B4">
              <w:rPr>
                <w:rFonts w:eastAsia="Times New Roman" w:cs="Times New Roman"/>
                <w:szCs w:val="14"/>
                <w:lang w:val="ru-RU" w:eastAsia="ru-RU"/>
              </w:rPr>
              <w:t xml:space="preserve">. При обнаружении таковых отгрузка до устранения покупателю запрещена! </w:t>
            </w:r>
          </w:p>
        </w:tc>
        <w:tc>
          <w:tcPr>
            <w:tcW w:w="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A8AFA5" w14:textId="77777777" w:rsidR="00B91483" w:rsidRPr="00BD24B4" w:rsidRDefault="00B91483" w:rsidP="00B91483">
            <w:pPr>
              <w:rPr>
                <w:rFonts w:eastAsia="Times New Roman" w:cs="Times New Roman"/>
                <w:szCs w:val="14"/>
                <w:lang w:val="ru-RU" w:eastAsia="ru-RU"/>
              </w:rPr>
            </w:pPr>
          </w:p>
        </w:tc>
      </w:tr>
      <w:tr w:rsidR="00B91483" w:rsidRPr="00707D8A" w14:paraId="1808A591" w14:textId="77777777" w:rsidTr="00AC7DBA">
        <w:trPr>
          <w:cantSplit/>
        </w:trPr>
        <w:tc>
          <w:tcPr>
            <w:tcW w:w="119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2753F3D"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lastRenderedPageBreak/>
              <w:t>Проверка педали ножного тормоза.</w:t>
            </w:r>
          </w:p>
        </w:tc>
        <w:tc>
          <w:tcPr>
            <w:tcW w:w="314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07E6B1"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 xml:space="preserve">Обязательна </w:t>
            </w:r>
            <w:proofErr w:type="spellStart"/>
            <w:r w:rsidRPr="00BD24B4">
              <w:rPr>
                <w:rFonts w:eastAsia="Times New Roman" w:cs="Times New Roman"/>
                <w:szCs w:val="14"/>
                <w:lang w:val="ru-RU" w:eastAsia="ru-RU"/>
              </w:rPr>
              <w:t>зашплинтовка</w:t>
            </w:r>
            <w:proofErr w:type="spellEnd"/>
            <w:r w:rsidRPr="00BD24B4">
              <w:rPr>
                <w:rFonts w:eastAsia="Times New Roman" w:cs="Times New Roman"/>
                <w:szCs w:val="14"/>
                <w:lang w:val="ru-RU" w:eastAsia="ru-RU"/>
              </w:rPr>
              <w:t xml:space="preserve"> места соединения педали ножного тормоза со штоком главного цилиндра и свободный ход штока (небольшой люфт) </w:t>
            </w:r>
            <w:proofErr w:type="spellStart"/>
            <w:r w:rsidRPr="00BD24B4">
              <w:rPr>
                <w:rFonts w:eastAsia="Times New Roman" w:cs="Times New Roman"/>
                <w:szCs w:val="14"/>
                <w:lang w:val="ru-RU" w:eastAsia="ru-RU"/>
              </w:rPr>
              <w:t>отсутсвие</w:t>
            </w:r>
            <w:proofErr w:type="spellEnd"/>
            <w:r w:rsidRPr="00BD24B4">
              <w:rPr>
                <w:rFonts w:eastAsia="Times New Roman" w:cs="Times New Roman"/>
                <w:szCs w:val="14"/>
                <w:lang w:val="ru-RU" w:eastAsia="ru-RU"/>
              </w:rPr>
              <w:t xml:space="preserve"> свободного хода может привести к блокировке колес </w:t>
            </w:r>
            <w:proofErr w:type="spellStart"/>
            <w:r w:rsidRPr="00BD24B4">
              <w:rPr>
                <w:rFonts w:eastAsia="Times New Roman" w:cs="Times New Roman"/>
                <w:szCs w:val="14"/>
                <w:lang w:val="ru-RU" w:eastAsia="ru-RU"/>
              </w:rPr>
              <w:t>вследствии</w:t>
            </w:r>
            <w:proofErr w:type="spellEnd"/>
            <w:r w:rsidRPr="00BD24B4">
              <w:rPr>
                <w:rFonts w:eastAsia="Times New Roman" w:cs="Times New Roman"/>
                <w:szCs w:val="14"/>
                <w:lang w:val="ru-RU" w:eastAsia="ru-RU"/>
              </w:rPr>
              <w:t xml:space="preserve"> перекрытия свободного канала и нагрева тормозной жидкости.</w:t>
            </w:r>
          </w:p>
        </w:tc>
        <w:tc>
          <w:tcPr>
            <w:tcW w:w="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2A04D7" w14:textId="77777777" w:rsidR="00B91483" w:rsidRPr="00BD24B4" w:rsidRDefault="00B91483" w:rsidP="00B91483">
            <w:pPr>
              <w:rPr>
                <w:rFonts w:eastAsia="Times New Roman" w:cs="Times New Roman"/>
                <w:szCs w:val="14"/>
                <w:lang w:val="ru-RU" w:eastAsia="ru-RU"/>
              </w:rPr>
            </w:pPr>
          </w:p>
        </w:tc>
      </w:tr>
      <w:tr w:rsidR="00B91483" w:rsidRPr="00BD24B4" w14:paraId="01910D23" w14:textId="77777777" w:rsidTr="00AC7DBA">
        <w:trPr>
          <w:cantSplit/>
        </w:trPr>
        <w:tc>
          <w:tcPr>
            <w:tcW w:w="119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EC47003"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Проверка лебедки</w:t>
            </w:r>
          </w:p>
        </w:tc>
        <w:tc>
          <w:tcPr>
            <w:tcW w:w="314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09EFBD"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 xml:space="preserve">Работоспособность </w:t>
            </w:r>
            <w:proofErr w:type="spellStart"/>
            <w:r w:rsidRPr="00BD24B4">
              <w:rPr>
                <w:rFonts w:eastAsia="Times New Roman" w:cs="Times New Roman"/>
                <w:szCs w:val="14"/>
                <w:lang w:val="ru-RU" w:eastAsia="ru-RU"/>
              </w:rPr>
              <w:t>подрулевого</w:t>
            </w:r>
            <w:proofErr w:type="spellEnd"/>
            <w:r w:rsidRPr="00BD24B4">
              <w:rPr>
                <w:rFonts w:eastAsia="Times New Roman" w:cs="Times New Roman"/>
                <w:szCs w:val="14"/>
                <w:lang w:val="ru-RU" w:eastAsia="ru-RU"/>
              </w:rPr>
              <w:t xml:space="preserve"> переключателя лебедки и пульта дистанционного управления лебедки. Осмотр крепления крюка.</w:t>
            </w:r>
          </w:p>
        </w:tc>
        <w:tc>
          <w:tcPr>
            <w:tcW w:w="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3F1EE5" w14:textId="77777777" w:rsidR="00B91483" w:rsidRPr="00BD24B4" w:rsidRDefault="00B91483" w:rsidP="00B91483">
            <w:pPr>
              <w:rPr>
                <w:rFonts w:eastAsia="Times New Roman" w:cs="Times New Roman"/>
                <w:szCs w:val="14"/>
                <w:lang w:val="ru-RU" w:eastAsia="ru-RU"/>
              </w:rPr>
            </w:pPr>
          </w:p>
        </w:tc>
      </w:tr>
      <w:tr w:rsidR="00B91483" w:rsidRPr="00BD24B4" w14:paraId="53AAEB30" w14:textId="77777777" w:rsidTr="00AC7DBA">
        <w:trPr>
          <w:cantSplit/>
        </w:trPr>
        <w:tc>
          <w:tcPr>
            <w:tcW w:w="119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4B1B84E"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Проверка крепления колес</w:t>
            </w:r>
          </w:p>
        </w:tc>
        <w:tc>
          <w:tcPr>
            <w:tcW w:w="314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F851D8" w14:textId="77777777" w:rsidR="00B91483" w:rsidRPr="00BD24B4" w:rsidRDefault="00B91483" w:rsidP="00B91483">
            <w:pPr>
              <w:rPr>
                <w:rFonts w:eastAsia="Times New Roman" w:cs="Times New Roman"/>
                <w:szCs w:val="14"/>
                <w:lang w:val="ru-RU" w:eastAsia="ru-RU"/>
              </w:rPr>
            </w:pPr>
          </w:p>
        </w:tc>
        <w:tc>
          <w:tcPr>
            <w:tcW w:w="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6891B6" w14:textId="77777777" w:rsidR="00B91483" w:rsidRPr="00BD24B4" w:rsidRDefault="00B91483" w:rsidP="00B91483">
            <w:pPr>
              <w:rPr>
                <w:rFonts w:eastAsia="Times New Roman" w:cs="Times New Roman"/>
                <w:szCs w:val="14"/>
                <w:lang w:val="ru-RU" w:eastAsia="ru-RU"/>
              </w:rPr>
            </w:pPr>
          </w:p>
        </w:tc>
      </w:tr>
      <w:tr w:rsidR="00B91483" w:rsidRPr="00707D8A" w14:paraId="6FD22369" w14:textId="77777777" w:rsidTr="00AC7DBA">
        <w:trPr>
          <w:cantSplit/>
        </w:trPr>
        <w:tc>
          <w:tcPr>
            <w:tcW w:w="119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F0D809B"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Проверка крепления всех основных узлов и механизмов.</w:t>
            </w:r>
          </w:p>
        </w:tc>
        <w:tc>
          <w:tcPr>
            <w:tcW w:w="314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0B90ED"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 xml:space="preserve">Проверка затяжки и </w:t>
            </w:r>
            <w:proofErr w:type="spellStart"/>
            <w:r w:rsidRPr="00BD24B4">
              <w:rPr>
                <w:rFonts w:eastAsia="Times New Roman" w:cs="Times New Roman"/>
                <w:szCs w:val="14"/>
                <w:lang w:val="ru-RU" w:eastAsia="ru-RU"/>
              </w:rPr>
              <w:t>зашплинтовки</w:t>
            </w:r>
            <w:proofErr w:type="spellEnd"/>
            <w:r w:rsidRPr="00BD24B4">
              <w:rPr>
                <w:rFonts w:eastAsia="Times New Roman" w:cs="Times New Roman"/>
                <w:szCs w:val="14"/>
                <w:lang w:val="ru-RU" w:eastAsia="ru-RU"/>
              </w:rPr>
              <w:t xml:space="preserve"> наконечников рулевых тяг, шаровых опор передней и задней подвески, осей ступиц передних и задних колес. Проверка затяжки болтов-осей крепления рычагов передней и задней подвески, осей качания кронштейна ступиц передних и задних колес. Болтов крепления амортизаторов. Винтов крепления карданных валов к фланцам, крепление рулевого вала к ЭУР (при наличии ЭУР) крепление опорного подшипника и слайдера рулевого вала к раме. Крепление стоек и кронштейнов стабилизатора поперечной устойчивости. Креплений двигателя и переднего и заднего редукторов. Крепления тормозных суппортов и тормозных дисков. Проверка крепления жгутов электропроводки на предмет исключения контакта с горячими частями двигателя и выпускной системы</w:t>
            </w:r>
          </w:p>
        </w:tc>
        <w:tc>
          <w:tcPr>
            <w:tcW w:w="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C3AD09" w14:textId="77777777" w:rsidR="00B91483" w:rsidRPr="00BD24B4" w:rsidRDefault="00B91483" w:rsidP="00B91483">
            <w:pPr>
              <w:rPr>
                <w:rFonts w:eastAsia="Times New Roman" w:cs="Times New Roman"/>
                <w:szCs w:val="14"/>
                <w:lang w:val="ru-RU" w:eastAsia="ru-RU"/>
              </w:rPr>
            </w:pPr>
          </w:p>
        </w:tc>
      </w:tr>
      <w:tr w:rsidR="00B91483" w:rsidRPr="00707D8A" w14:paraId="1ADE6314" w14:textId="77777777" w:rsidTr="00AC7DBA">
        <w:trPr>
          <w:cantSplit/>
        </w:trPr>
        <w:tc>
          <w:tcPr>
            <w:tcW w:w="119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BA5579F"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Визуальный осмотр на наличие внешних повреждений</w:t>
            </w:r>
          </w:p>
        </w:tc>
        <w:tc>
          <w:tcPr>
            <w:tcW w:w="314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1F5EEE"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 xml:space="preserve">Царапины и потертости на черных металлических поверхностях необходимо подкрасить, царапины на пластике заполировать, подкрасить либо обработать средством для чернения </w:t>
            </w:r>
            <w:proofErr w:type="spellStart"/>
            <w:proofErr w:type="gramStart"/>
            <w:r w:rsidRPr="00BD24B4">
              <w:rPr>
                <w:rFonts w:eastAsia="Times New Roman" w:cs="Times New Roman"/>
                <w:szCs w:val="14"/>
                <w:lang w:val="ru-RU" w:eastAsia="ru-RU"/>
              </w:rPr>
              <w:t>пластика.Целостность</w:t>
            </w:r>
            <w:proofErr w:type="spellEnd"/>
            <w:proofErr w:type="gramEnd"/>
            <w:r w:rsidRPr="00BD24B4">
              <w:rPr>
                <w:rFonts w:eastAsia="Times New Roman" w:cs="Times New Roman"/>
                <w:szCs w:val="14"/>
                <w:lang w:val="ru-RU" w:eastAsia="ru-RU"/>
              </w:rPr>
              <w:t xml:space="preserve"> обивки сиденья и спинки сиденья</w:t>
            </w:r>
          </w:p>
        </w:tc>
        <w:tc>
          <w:tcPr>
            <w:tcW w:w="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89A727" w14:textId="77777777" w:rsidR="00B91483" w:rsidRPr="00BD24B4" w:rsidRDefault="00B91483" w:rsidP="00B91483">
            <w:pPr>
              <w:rPr>
                <w:rFonts w:eastAsia="Times New Roman" w:cs="Times New Roman"/>
                <w:szCs w:val="14"/>
                <w:lang w:val="ru-RU" w:eastAsia="ru-RU"/>
              </w:rPr>
            </w:pPr>
          </w:p>
        </w:tc>
      </w:tr>
      <w:tr w:rsidR="00B91483" w:rsidRPr="00707D8A" w14:paraId="716E304B" w14:textId="77777777" w:rsidTr="00AC7DBA">
        <w:trPr>
          <w:cantSplit/>
        </w:trPr>
        <w:tc>
          <w:tcPr>
            <w:tcW w:w="119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08BBCEC"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Проверка комплектации</w:t>
            </w:r>
          </w:p>
        </w:tc>
        <w:tc>
          <w:tcPr>
            <w:tcW w:w="314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DB8E96" w14:textId="64E8AB2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 xml:space="preserve">Штатный набор инструмента, манометр-ручка, пульт дистанционного управления лебедкой., Руководство по эксплуатации, а </w:t>
            </w:r>
            <w:proofErr w:type="spellStart"/>
            <w:r w:rsidRPr="00BD24B4">
              <w:rPr>
                <w:rFonts w:eastAsia="Times New Roman" w:cs="Times New Roman"/>
                <w:szCs w:val="14"/>
                <w:lang w:val="ru-RU" w:eastAsia="ru-RU"/>
              </w:rPr>
              <w:t>зип</w:t>
            </w:r>
            <w:proofErr w:type="spellEnd"/>
            <w:r w:rsidRPr="00BD24B4">
              <w:rPr>
                <w:rFonts w:eastAsia="Times New Roman" w:cs="Times New Roman"/>
                <w:szCs w:val="14"/>
                <w:lang w:val="ru-RU" w:eastAsia="ru-RU"/>
              </w:rPr>
              <w:t>-пакете. При продаже обязательна заполненная сервисная книжка с подписью клиента о том, что он ознакомлен с условиями гарантии и правилам эксплуатации и обслуживания техники.</w:t>
            </w:r>
          </w:p>
        </w:tc>
        <w:tc>
          <w:tcPr>
            <w:tcW w:w="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F9FD10" w14:textId="77777777" w:rsidR="00B91483" w:rsidRPr="00BD24B4" w:rsidRDefault="00B91483" w:rsidP="00B91483">
            <w:pPr>
              <w:rPr>
                <w:rFonts w:eastAsia="Times New Roman" w:cs="Times New Roman"/>
                <w:szCs w:val="14"/>
                <w:lang w:val="ru-RU" w:eastAsia="ru-RU"/>
              </w:rPr>
            </w:pPr>
          </w:p>
        </w:tc>
      </w:tr>
      <w:tr w:rsidR="00B91483" w:rsidRPr="00BD24B4" w14:paraId="42147FAD" w14:textId="77777777" w:rsidTr="00AC7DBA">
        <w:trPr>
          <w:cantSplit/>
        </w:trPr>
        <w:tc>
          <w:tcPr>
            <w:tcW w:w="119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B3F9326"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 xml:space="preserve">Проверка заряда аккумулятора </w:t>
            </w:r>
          </w:p>
        </w:tc>
        <w:tc>
          <w:tcPr>
            <w:tcW w:w="314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FCF3D8" w14:textId="77777777" w:rsidR="00B91483" w:rsidRPr="00BD24B4" w:rsidRDefault="00B91483" w:rsidP="00B91483">
            <w:pPr>
              <w:rPr>
                <w:rFonts w:eastAsia="Times New Roman" w:cs="Times New Roman"/>
                <w:szCs w:val="14"/>
                <w:lang w:val="ru-RU" w:eastAsia="ru-RU"/>
              </w:rPr>
            </w:pPr>
            <w:r w:rsidRPr="00BD24B4">
              <w:rPr>
                <w:rFonts w:eastAsia="Times New Roman" w:cs="Times New Roman"/>
                <w:szCs w:val="14"/>
                <w:lang w:val="ru-RU" w:eastAsia="ru-RU"/>
              </w:rPr>
              <w:t xml:space="preserve">Уровень заряда проверить нагрузочной вилкой на неработающем </w:t>
            </w:r>
            <w:proofErr w:type="spellStart"/>
            <w:r w:rsidRPr="00BD24B4">
              <w:rPr>
                <w:rFonts w:eastAsia="Times New Roman" w:cs="Times New Roman"/>
                <w:szCs w:val="14"/>
                <w:lang w:val="ru-RU" w:eastAsia="ru-RU"/>
              </w:rPr>
              <w:t>квадрицикле</w:t>
            </w:r>
            <w:proofErr w:type="spellEnd"/>
            <w:r w:rsidRPr="00BD24B4">
              <w:rPr>
                <w:rFonts w:eastAsia="Times New Roman" w:cs="Times New Roman"/>
                <w:szCs w:val="14"/>
                <w:lang w:val="ru-RU" w:eastAsia="ru-RU"/>
              </w:rPr>
              <w:t xml:space="preserve">. Зарядное напряжение мультиметром на заведенном </w:t>
            </w:r>
            <w:proofErr w:type="spellStart"/>
            <w:r w:rsidRPr="00BD24B4">
              <w:rPr>
                <w:rFonts w:eastAsia="Times New Roman" w:cs="Times New Roman"/>
                <w:szCs w:val="14"/>
                <w:lang w:val="ru-RU" w:eastAsia="ru-RU"/>
              </w:rPr>
              <w:t>квадрицикле</w:t>
            </w:r>
            <w:proofErr w:type="spellEnd"/>
            <w:r w:rsidRPr="00BD24B4">
              <w:rPr>
                <w:rFonts w:eastAsia="Times New Roman" w:cs="Times New Roman"/>
                <w:szCs w:val="14"/>
                <w:lang w:val="ru-RU" w:eastAsia="ru-RU"/>
              </w:rPr>
              <w:t xml:space="preserve"> диапазон 13.5-14.5 вольт</w:t>
            </w:r>
          </w:p>
        </w:tc>
        <w:tc>
          <w:tcPr>
            <w:tcW w:w="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23738B" w14:textId="77777777" w:rsidR="00B91483" w:rsidRPr="00BD24B4" w:rsidRDefault="00B91483" w:rsidP="00B91483">
            <w:pPr>
              <w:rPr>
                <w:rFonts w:eastAsia="Times New Roman" w:cs="Times New Roman"/>
                <w:szCs w:val="14"/>
                <w:lang w:val="ru-RU" w:eastAsia="ru-RU"/>
              </w:rPr>
            </w:pPr>
          </w:p>
        </w:tc>
      </w:tr>
    </w:tbl>
    <w:p w14:paraId="7DA4404E" w14:textId="77777777" w:rsidR="00B91483" w:rsidRPr="00BD24B4" w:rsidRDefault="00B91483">
      <w:pPr>
        <w:rPr>
          <w:rFonts w:cs="Times New Roman"/>
          <w:lang w:val="ru-RU"/>
        </w:rPr>
      </w:pPr>
    </w:p>
    <w:p w14:paraId="61887B58" w14:textId="2FC628F6" w:rsidR="006F16D3" w:rsidRDefault="006F16D3">
      <w:pPr>
        <w:rPr>
          <w:rFonts w:cs="Times New Roman"/>
          <w:lang w:val="ru-RU"/>
        </w:rPr>
      </w:pPr>
    </w:p>
    <w:p w14:paraId="601E2B93" w14:textId="007A87D0" w:rsidR="00DA69AC" w:rsidRDefault="00DA69AC">
      <w:pPr>
        <w:spacing w:after="200" w:line="276" w:lineRule="auto"/>
        <w:rPr>
          <w:rFonts w:cs="Times New Roman"/>
          <w:lang w:val="ru-RU"/>
        </w:rPr>
      </w:pPr>
      <w:r>
        <w:rPr>
          <w:rFonts w:cs="Times New Roman"/>
          <w:lang w:val="ru-RU"/>
        </w:rPr>
        <w:br w:type="page"/>
      </w:r>
    </w:p>
    <w:p w14:paraId="77B8EF21" w14:textId="77777777" w:rsidR="00DA69AC" w:rsidRPr="00BD24B4" w:rsidRDefault="00DA69AC">
      <w:pPr>
        <w:rPr>
          <w:rFonts w:cs="Times New Roman"/>
          <w:lang w:val="ru-RU"/>
        </w:rPr>
      </w:pPr>
    </w:p>
    <w:tbl>
      <w:tblPr>
        <w:tblStyle w:val="6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680"/>
        <w:gridCol w:w="438"/>
        <w:gridCol w:w="5483"/>
      </w:tblGrid>
      <w:tr w:rsidR="00A15F71" w:rsidRPr="00707D8A" w14:paraId="6BBCF673" w14:textId="77777777" w:rsidTr="00AC7DBA">
        <w:tc>
          <w:tcPr>
            <w:tcW w:w="5000" w:type="pct"/>
            <w:gridSpan w:val="3"/>
            <w:tcBorders>
              <w:top w:val="single" w:sz="4" w:space="0" w:color="auto"/>
              <w:left w:val="single" w:sz="4" w:space="0" w:color="auto"/>
              <w:right w:val="single" w:sz="4" w:space="0" w:color="auto"/>
            </w:tcBorders>
          </w:tcPr>
          <w:p w14:paraId="758E3610" w14:textId="1C60CC18" w:rsidR="00A15F71" w:rsidRPr="00BD24B4" w:rsidRDefault="00A15F71" w:rsidP="00A15F71">
            <w:pPr>
              <w:widowControl w:val="0"/>
              <w:spacing w:line="276" w:lineRule="auto"/>
              <w:jc w:val="both"/>
              <w:rPr>
                <w:rFonts w:cs="Times New Roman"/>
                <w:szCs w:val="14"/>
              </w:rPr>
            </w:pPr>
            <w:bookmarkStart w:id="24" w:name="_Hlk220542429"/>
            <w:proofErr w:type="gramStart"/>
            <w:r w:rsidRPr="00BD24B4">
              <w:rPr>
                <w:rFonts w:cs="Times New Roman"/>
                <w:szCs w:val="14"/>
              </w:rPr>
              <w:t>ПОЛНОЕ НАЗВАНИЕ ОРГАНИЗАЦИИ</w:t>
            </w:r>
            <w:proofErr w:type="gramEnd"/>
            <w:r w:rsidRPr="00BD24B4">
              <w:rPr>
                <w:rFonts w:cs="Times New Roman"/>
                <w:szCs w:val="14"/>
              </w:rPr>
              <w:t xml:space="preserve"> ВЫПОЛНИВШЕЙ ПРЕДПРОДАЖНУЮ ПОДГОТОВКУ</w:t>
            </w:r>
          </w:p>
        </w:tc>
      </w:tr>
      <w:tr w:rsidR="00A15F71" w:rsidRPr="00707D8A" w14:paraId="146C89A0" w14:textId="77777777" w:rsidTr="00AC7DBA">
        <w:tc>
          <w:tcPr>
            <w:tcW w:w="5000" w:type="pct"/>
            <w:gridSpan w:val="3"/>
            <w:tcBorders>
              <w:left w:val="single" w:sz="4" w:space="0" w:color="auto"/>
              <w:bottom w:val="single" w:sz="4" w:space="0" w:color="auto"/>
              <w:right w:val="single" w:sz="4" w:space="0" w:color="auto"/>
            </w:tcBorders>
          </w:tcPr>
          <w:p w14:paraId="4B4796AF" w14:textId="77777777" w:rsidR="00A15F71" w:rsidRPr="00BD24B4" w:rsidRDefault="00A15F71" w:rsidP="00A15F71">
            <w:pPr>
              <w:widowControl w:val="0"/>
              <w:tabs>
                <w:tab w:val="left" w:pos="258"/>
              </w:tabs>
              <w:spacing w:line="276" w:lineRule="auto"/>
              <w:jc w:val="both"/>
              <w:rPr>
                <w:rFonts w:cs="Times New Roman"/>
                <w:szCs w:val="14"/>
              </w:rPr>
            </w:pPr>
          </w:p>
        </w:tc>
      </w:tr>
      <w:tr w:rsidR="00A15F71" w:rsidRPr="00707D8A" w14:paraId="49E8F679" w14:textId="77777777" w:rsidTr="00AC7DBA">
        <w:tc>
          <w:tcPr>
            <w:tcW w:w="5000" w:type="pct"/>
            <w:gridSpan w:val="3"/>
            <w:tcBorders>
              <w:top w:val="single" w:sz="4" w:space="0" w:color="auto"/>
              <w:left w:val="single" w:sz="4" w:space="0" w:color="auto"/>
              <w:bottom w:val="single" w:sz="4" w:space="0" w:color="auto"/>
              <w:right w:val="single" w:sz="4" w:space="0" w:color="auto"/>
            </w:tcBorders>
          </w:tcPr>
          <w:p w14:paraId="22E86EA2" w14:textId="77777777" w:rsidR="00A15F71" w:rsidRPr="00BD24B4" w:rsidRDefault="00A15F71" w:rsidP="00A15F71">
            <w:pPr>
              <w:widowControl w:val="0"/>
              <w:tabs>
                <w:tab w:val="left" w:pos="258"/>
              </w:tabs>
              <w:spacing w:line="276" w:lineRule="auto"/>
              <w:jc w:val="both"/>
              <w:rPr>
                <w:rFonts w:cs="Times New Roman"/>
                <w:szCs w:val="14"/>
              </w:rPr>
            </w:pPr>
          </w:p>
        </w:tc>
      </w:tr>
      <w:tr w:rsidR="00A15F71" w:rsidRPr="00707D8A" w14:paraId="1C612DDD" w14:textId="77777777" w:rsidTr="00AC7DBA">
        <w:tc>
          <w:tcPr>
            <w:tcW w:w="5000" w:type="pct"/>
            <w:gridSpan w:val="3"/>
            <w:tcBorders>
              <w:top w:val="single" w:sz="4" w:space="0" w:color="auto"/>
              <w:left w:val="single" w:sz="4" w:space="0" w:color="auto"/>
              <w:right w:val="single" w:sz="4" w:space="0" w:color="auto"/>
            </w:tcBorders>
          </w:tcPr>
          <w:p w14:paraId="09444D96" w14:textId="4E5249E4" w:rsidR="00A15F71" w:rsidRPr="00BD24B4" w:rsidRDefault="00A15F71" w:rsidP="00A15F71">
            <w:pPr>
              <w:widowControl w:val="0"/>
              <w:spacing w:line="276" w:lineRule="auto"/>
              <w:jc w:val="center"/>
              <w:rPr>
                <w:rFonts w:cs="Times New Roman"/>
                <w:szCs w:val="14"/>
              </w:rPr>
            </w:pPr>
          </w:p>
        </w:tc>
      </w:tr>
      <w:tr w:rsidR="00A15F71" w:rsidRPr="00BD24B4" w14:paraId="5F204D1D" w14:textId="77777777" w:rsidTr="00AC7DBA">
        <w:tc>
          <w:tcPr>
            <w:tcW w:w="5000" w:type="pct"/>
            <w:gridSpan w:val="3"/>
            <w:tcBorders>
              <w:left w:val="single" w:sz="4" w:space="0" w:color="auto"/>
              <w:right w:val="single" w:sz="4" w:space="0" w:color="auto"/>
            </w:tcBorders>
            <w:vAlign w:val="center"/>
          </w:tcPr>
          <w:p w14:paraId="38599119" w14:textId="77777777" w:rsidR="00A15F71" w:rsidRPr="00BD24B4" w:rsidRDefault="00A15F71" w:rsidP="00A15F71">
            <w:pPr>
              <w:widowControl w:val="0"/>
              <w:spacing w:line="276" w:lineRule="auto"/>
              <w:jc w:val="center"/>
              <w:rPr>
                <w:rFonts w:cs="Times New Roman"/>
                <w:szCs w:val="14"/>
              </w:rPr>
            </w:pPr>
            <w:r w:rsidRPr="00BD24B4">
              <w:rPr>
                <w:rFonts w:cs="Times New Roman"/>
                <w:szCs w:val="14"/>
              </w:rPr>
              <w:t>М. П.</w:t>
            </w:r>
          </w:p>
        </w:tc>
      </w:tr>
      <w:tr w:rsidR="00A15F71" w:rsidRPr="00BD24B4" w14:paraId="7B4664AC" w14:textId="77777777" w:rsidTr="00AC7DBA">
        <w:tc>
          <w:tcPr>
            <w:tcW w:w="5000" w:type="pct"/>
            <w:gridSpan w:val="3"/>
            <w:tcBorders>
              <w:left w:val="single" w:sz="4" w:space="0" w:color="auto"/>
              <w:bottom w:val="single" w:sz="4" w:space="0" w:color="auto"/>
              <w:right w:val="single" w:sz="4" w:space="0" w:color="auto"/>
            </w:tcBorders>
          </w:tcPr>
          <w:p w14:paraId="753B33FD" w14:textId="77777777" w:rsidR="00A15F71" w:rsidRPr="00BD24B4" w:rsidRDefault="00A15F71" w:rsidP="00A15F71">
            <w:pPr>
              <w:widowControl w:val="0"/>
              <w:tabs>
                <w:tab w:val="left" w:pos="258"/>
              </w:tabs>
              <w:spacing w:line="276" w:lineRule="auto"/>
              <w:jc w:val="both"/>
              <w:rPr>
                <w:rFonts w:cs="Times New Roman"/>
                <w:szCs w:val="14"/>
              </w:rPr>
            </w:pPr>
          </w:p>
        </w:tc>
      </w:tr>
      <w:tr w:rsidR="00A15F71" w:rsidRPr="00707D8A" w14:paraId="15A2FBBE" w14:textId="77777777" w:rsidTr="00AC7DBA">
        <w:tc>
          <w:tcPr>
            <w:tcW w:w="5000" w:type="pct"/>
            <w:gridSpan w:val="3"/>
            <w:tcBorders>
              <w:top w:val="single" w:sz="4" w:space="0" w:color="auto"/>
              <w:left w:val="single" w:sz="4" w:space="0" w:color="auto"/>
              <w:right w:val="single" w:sz="4" w:space="0" w:color="auto"/>
            </w:tcBorders>
          </w:tcPr>
          <w:p w14:paraId="56910CC0" w14:textId="7408EFF7" w:rsidR="00A15F71" w:rsidRPr="00BD24B4" w:rsidRDefault="006F16D3" w:rsidP="006F16D3">
            <w:pPr>
              <w:widowControl w:val="0"/>
              <w:spacing w:line="276" w:lineRule="auto"/>
              <w:rPr>
                <w:rFonts w:cs="Times New Roman"/>
                <w:szCs w:val="14"/>
              </w:rPr>
            </w:pPr>
            <w:r w:rsidRPr="00BD24B4">
              <w:rPr>
                <w:rFonts w:cs="Times New Roman"/>
                <w:szCs w:val="14"/>
              </w:rPr>
              <w:t xml:space="preserve">ЛИЦО ОТВЕТСТВЕННОЕ ЗА ПРЕДПРОДАЖНУЮ ПОДГОТОВКУ  </w:t>
            </w:r>
          </w:p>
        </w:tc>
      </w:tr>
      <w:tr w:rsidR="006F16D3" w:rsidRPr="00BD24B4" w14:paraId="513F24B6" w14:textId="77777777" w:rsidTr="00AC7DBA">
        <w:tc>
          <w:tcPr>
            <w:tcW w:w="515" w:type="pct"/>
            <w:tcBorders>
              <w:left w:val="single" w:sz="4" w:space="0" w:color="auto"/>
            </w:tcBorders>
          </w:tcPr>
          <w:p w14:paraId="2E62A150" w14:textId="77777777" w:rsidR="006F16D3" w:rsidRPr="00BD24B4" w:rsidRDefault="006F16D3" w:rsidP="00A15F71">
            <w:pPr>
              <w:widowControl w:val="0"/>
              <w:tabs>
                <w:tab w:val="left" w:pos="258"/>
              </w:tabs>
              <w:spacing w:line="276" w:lineRule="auto"/>
              <w:jc w:val="both"/>
              <w:rPr>
                <w:rFonts w:cs="Times New Roman"/>
                <w:szCs w:val="14"/>
              </w:rPr>
            </w:pPr>
            <w:r w:rsidRPr="00BD24B4">
              <w:rPr>
                <w:rFonts w:cs="Times New Roman"/>
                <w:szCs w:val="14"/>
              </w:rPr>
              <w:t>Ф.И.О.</w:t>
            </w:r>
          </w:p>
        </w:tc>
        <w:tc>
          <w:tcPr>
            <w:tcW w:w="4485" w:type="pct"/>
            <w:gridSpan w:val="2"/>
            <w:tcBorders>
              <w:left w:val="nil"/>
              <w:bottom w:val="single" w:sz="4" w:space="0" w:color="auto"/>
              <w:right w:val="single" w:sz="4" w:space="0" w:color="auto"/>
            </w:tcBorders>
          </w:tcPr>
          <w:p w14:paraId="0EF7BDF5" w14:textId="01838A70" w:rsidR="006F16D3" w:rsidRPr="00BD24B4" w:rsidRDefault="006F16D3" w:rsidP="00A15F71">
            <w:pPr>
              <w:widowControl w:val="0"/>
              <w:tabs>
                <w:tab w:val="left" w:pos="258"/>
              </w:tabs>
              <w:spacing w:line="276" w:lineRule="auto"/>
              <w:jc w:val="both"/>
              <w:rPr>
                <w:rFonts w:cs="Times New Roman"/>
                <w:szCs w:val="14"/>
              </w:rPr>
            </w:pPr>
          </w:p>
        </w:tc>
      </w:tr>
      <w:tr w:rsidR="006F16D3" w:rsidRPr="00BD24B4" w14:paraId="34C4CA4D" w14:textId="77777777" w:rsidTr="00AC7DBA">
        <w:tc>
          <w:tcPr>
            <w:tcW w:w="847" w:type="pct"/>
            <w:gridSpan w:val="2"/>
            <w:tcBorders>
              <w:left w:val="single" w:sz="4" w:space="0" w:color="auto"/>
            </w:tcBorders>
          </w:tcPr>
          <w:p w14:paraId="59C478EB" w14:textId="77777777" w:rsidR="006F16D3" w:rsidRPr="00BD24B4" w:rsidRDefault="006F16D3" w:rsidP="00A15F71">
            <w:pPr>
              <w:widowControl w:val="0"/>
              <w:tabs>
                <w:tab w:val="left" w:pos="258"/>
              </w:tabs>
              <w:spacing w:line="276" w:lineRule="auto"/>
              <w:jc w:val="both"/>
              <w:rPr>
                <w:rFonts w:cs="Times New Roman"/>
                <w:szCs w:val="14"/>
              </w:rPr>
            </w:pPr>
            <w:r w:rsidRPr="00BD24B4">
              <w:rPr>
                <w:rFonts w:cs="Times New Roman"/>
                <w:szCs w:val="14"/>
              </w:rPr>
              <w:t>ПОДПИСЬ:</w:t>
            </w:r>
          </w:p>
        </w:tc>
        <w:tc>
          <w:tcPr>
            <w:tcW w:w="4153" w:type="pct"/>
            <w:tcBorders>
              <w:bottom w:val="single" w:sz="4" w:space="0" w:color="auto"/>
              <w:right w:val="single" w:sz="4" w:space="0" w:color="auto"/>
            </w:tcBorders>
          </w:tcPr>
          <w:p w14:paraId="7E70499B" w14:textId="0065BB06" w:rsidR="006F16D3" w:rsidRPr="00BD24B4" w:rsidRDefault="006F16D3" w:rsidP="00A15F71">
            <w:pPr>
              <w:widowControl w:val="0"/>
              <w:tabs>
                <w:tab w:val="left" w:pos="258"/>
              </w:tabs>
              <w:spacing w:line="276" w:lineRule="auto"/>
              <w:jc w:val="both"/>
              <w:rPr>
                <w:rFonts w:cs="Times New Roman"/>
                <w:szCs w:val="14"/>
              </w:rPr>
            </w:pPr>
          </w:p>
        </w:tc>
      </w:tr>
      <w:tr w:rsidR="006F16D3" w:rsidRPr="00BD24B4" w14:paraId="7114831E" w14:textId="77777777" w:rsidTr="00AC7DBA">
        <w:tc>
          <w:tcPr>
            <w:tcW w:w="5000" w:type="pct"/>
            <w:gridSpan w:val="3"/>
            <w:tcBorders>
              <w:left w:val="single" w:sz="4" w:space="0" w:color="auto"/>
              <w:bottom w:val="single" w:sz="4" w:space="0" w:color="auto"/>
              <w:right w:val="single" w:sz="4" w:space="0" w:color="auto"/>
            </w:tcBorders>
          </w:tcPr>
          <w:p w14:paraId="6E529469" w14:textId="78205074" w:rsidR="006F16D3" w:rsidRPr="00BD24B4" w:rsidRDefault="006F16D3" w:rsidP="00A15F71">
            <w:pPr>
              <w:widowControl w:val="0"/>
              <w:tabs>
                <w:tab w:val="left" w:pos="258"/>
              </w:tabs>
              <w:spacing w:line="276" w:lineRule="auto"/>
              <w:jc w:val="both"/>
              <w:rPr>
                <w:rFonts w:cs="Times New Roman"/>
                <w:szCs w:val="14"/>
              </w:rPr>
            </w:pPr>
            <w:r w:rsidRPr="00BD24B4">
              <w:rPr>
                <w:rFonts w:cs="Times New Roman"/>
                <w:szCs w:val="14"/>
              </w:rPr>
              <w:t>ДАТА ПРОВЕДЕНИЯ_____/____/_________</w:t>
            </w:r>
          </w:p>
        </w:tc>
      </w:tr>
      <w:bookmarkEnd w:id="24"/>
    </w:tbl>
    <w:p w14:paraId="65EC4434" w14:textId="77777777" w:rsidR="00A15F71" w:rsidRPr="00BD24B4" w:rsidRDefault="00A15F71">
      <w:pPr>
        <w:rPr>
          <w:rFonts w:cs="Times New Roman"/>
          <w:lang w:val="ru-RU"/>
        </w:rPr>
      </w:pPr>
    </w:p>
    <w:p w14:paraId="76E4333A" w14:textId="77777777" w:rsidR="00A15F71" w:rsidRPr="00BD24B4" w:rsidRDefault="00A15F71">
      <w:pPr>
        <w:rPr>
          <w:rFonts w:cs="Times New Roman"/>
          <w:lang w:val="ru-RU"/>
        </w:rPr>
      </w:pPr>
    </w:p>
    <w:p w14:paraId="2B8E3C05" w14:textId="77777777" w:rsidR="00A15F71" w:rsidRPr="00BD24B4" w:rsidRDefault="00A15F71">
      <w:pPr>
        <w:rPr>
          <w:rFonts w:cs="Times New Roman"/>
          <w:lang w:val="ru-RU"/>
        </w:rPr>
        <w:sectPr w:rsidR="00A15F71" w:rsidRPr="00BD24B4" w:rsidSect="00AC7DBA">
          <w:headerReference w:type="default" r:id="rId38"/>
          <w:footerReference w:type="default" r:id="rId39"/>
          <w:pgSz w:w="8051" w:h="11737" w:code="9"/>
          <w:pgMar w:top="720" w:right="720" w:bottom="720" w:left="720" w:header="397" w:footer="397" w:gutter="0"/>
          <w:cols w:space="720"/>
          <w:docGrid w:linePitch="360"/>
        </w:sectPr>
      </w:pPr>
    </w:p>
    <w:p w14:paraId="7E7DB02D" w14:textId="28974909" w:rsidR="003C0DC6" w:rsidRPr="00BD24B4" w:rsidRDefault="003C0DC6" w:rsidP="003C0DC6">
      <w:pPr>
        <w:pStyle w:val="1"/>
      </w:pPr>
      <w:bookmarkStart w:id="25" w:name="_Toc220542624"/>
      <w:r w:rsidRPr="00BD24B4">
        <w:lastRenderedPageBreak/>
        <w:t>22.</w:t>
      </w:r>
      <w:r w:rsidRPr="00BD24B4">
        <w:tab/>
        <w:t>РЕГЛАМЕНТ ТЕХНИЧЕСКОГО ОБСЛУЖИВАНИЯ</w:t>
      </w:r>
      <w:bookmarkEnd w:id="25"/>
    </w:p>
    <w:p w14:paraId="3D790A29" w14:textId="62291A4A" w:rsidR="00A604C9" w:rsidRPr="00BD24B4" w:rsidRDefault="00A604C9">
      <w:pPr>
        <w:rPr>
          <w:rFonts w:cs="Times New Roman"/>
          <w:lang w:val="ru-RU"/>
        </w:rPr>
      </w:pPr>
    </w:p>
    <w:tbl>
      <w:tblPr>
        <w:tblW w:w="5000" w:type="pct"/>
        <w:tblCellMar>
          <w:top w:w="85" w:type="dxa"/>
          <w:left w:w="85" w:type="dxa"/>
          <w:bottom w:w="85" w:type="dxa"/>
          <w:right w:w="85" w:type="dxa"/>
        </w:tblCellMar>
        <w:tblLook w:val="04A0" w:firstRow="1" w:lastRow="0" w:firstColumn="1" w:lastColumn="0" w:noHBand="0" w:noVBand="1"/>
      </w:tblPr>
      <w:tblGrid>
        <w:gridCol w:w="246"/>
        <w:gridCol w:w="3026"/>
        <w:gridCol w:w="668"/>
        <w:gridCol w:w="990"/>
        <w:gridCol w:w="990"/>
        <w:gridCol w:w="995"/>
        <w:gridCol w:w="996"/>
        <w:gridCol w:w="996"/>
        <w:gridCol w:w="1374"/>
      </w:tblGrid>
      <w:tr w:rsidR="008E596F" w:rsidRPr="00707D8A" w14:paraId="475A3ABA" w14:textId="77777777" w:rsidTr="00DA3CCC">
        <w:trPr>
          <w:cantSplit/>
          <w:tblHeader/>
        </w:trPr>
        <w:tc>
          <w:tcPr>
            <w:tcW w:w="118"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F79BB1C" w14:textId="77777777" w:rsidR="008E596F" w:rsidRPr="00BD24B4" w:rsidRDefault="008E596F" w:rsidP="008E596F">
            <w:pPr>
              <w:rPr>
                <w:rFonts w:eastAsia="Times New Roman" w:cs="Times New Roman"/>
                <w:szCs w:val="14"/>
                <w:lang w:val="ru-RU" w:eastAsia="ru-RU"/>
              </w:rPr>
            </w:pPr>
          </w:p>
        </w:tc>
        <w:tc>
          <w:tcPr>
            <w:tcW w:w="1479"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0BE5BC" w14:textId="77777777" w:rsidR="008E596F" w:rsidRPr="00BD24B4" w:rsidRDefault="008E596F" w:rsidP="008E596F">
            <w:pPr>
              <w:rPr>
                <w:rFonts w:eastAsia="Times New Roman" w:cs="Times New Roman"/>
                <w:szCs w:val="14"/>
                <w:lang w:val="ru-RU" w:eastAsia="ru-RU"/>
              </w:rPr>
            </w:pPr>
            <w:r w:rsidRPr="00BD24B4">
              <w:rPr>
                <w:rFonts w:eastAsia="Times New Roman" w:cs="Times New Roman"/>
                <w:szCs w:val="14"/>
                <w:lang w:val="ru-RU" w:eastAsia="ru-RU"/>
              </w:rPr>
              <w:t>Вид выполняемых работ</w:t>
            </w:r>
          </w:p>
        </w:tc>
        <w:tc>
          <w:tcPr>
            <w:tcW w:w="277"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79187E" w14:textId="77D6B2FA"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 xml:space="preserve">ТО 1 </w:t>
            </w:r>
            <w:r w:rsidRPr="00707D8A">
              <w:rPr>
                <w:rFonts w:eastAsia="Times New Roman" w:cs="Arial"/>
                <w:szCs w:val="14"/>
                <w:lang w:val="ru-RU" w:eastAsia="ru-RU"/>
              </w:rPr>
              <w:t>(</w:t>
            </w:r>
            <w:r w:rsidR="00B76FA7" w:rsidRPr="00B76FA7">
              <w:rPr>
                <w:rFonts w:cs="Arial"/>
                <w:szCs w:val="14"/>
                <w:lang w:val="ru-RU"/>
              </w:rPr>
              <w:t>300 км или 2 месяца</w:t>
            </w:r>
            <w:r w:rsidR="00707D8A" w:rsidRPr="00707D8A">
              <w:rPr>
                <w:rFonts w:cs="Arial"/>
                <w:szCs w:val="14"/>
                <w:lang w:val="ru-RU"/>
              </w:rPr>
              <w:t>, что наступит раньше</w:t>
            </w:r>
            <w:r w:rsidRPr="00707D8A">
              <w:rPr>
                <w:rFonts w:eastAsia="Times New Roman" w:cs="Arial"/>
                <w:szCs w:val="14"/>
                <w:lang w:val="ru-RU" w:eastAsia="ru-RU"/>
              </w:rPr>
              <w:t>)</w:t>
            </w:r>
          </w:p>
        </w:tc>
        <w:tc>
          <w:tcPr>
            <w:tcW w:w="489"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AD6048" w14:textId="6DFB23A8" w:rsidR="008E596F" w:rsidRPr="00707D8A" w:rsidRDefault="008E596F" w:rsidP="008E596F">
            <w:pPr>
              <w:jc w:val="center"/>
              <w:rPr>
                <w:rFonts w:eastAsia="Times New Roman" w:cs="Arial"/>
                <w:szCs w:val="14"/>
                <w:lang w:val="ru-RU" w:eastAsia="ru-RU"/>
              </w:rPr>
            </w:pPr>
            <w:r w:rsidRPr="00707D8A">
              <w:rPr>
                <w:rFonts w:eastAsia="Times New Roman" w:cs="Arial"/>
                <w:szCs w:val="14"/>
                <w:lang w:val="ru-RU" w:eastAsia="ru-RU"/>
              </w:rPr>
              <w:t>ТО</w:t>
            </w:r>
            <w:r w:rsidR="00707D8A" w:rsidRPr="00707D8A">
              <w:rPr>
                <w:rFonts w:eastAsia="Times New Roman" w:cs="Arial"/>
                <w:szCs w:val="14"/>
                <w:lang w:val="ru-RU" w:eastAsia="ru-RU"/>
              </w:rPr>
              <w:t xml:space="preserve"> </w:t>
            </w:r>
            <w:r w:rsidRPr="00707D8A">
              <w:rPr>
                <w:rFonts w:eastAsia="Times New Roman" w:cs="Arial"/>
                <w:szCs w:val="14"/>
                <w:lang w:val="ru-RU" w:eastAsia="ru-RU"/>
              </w:rPr>
              <w:t xml:space="preserve">2 </w:t>
            </w:r>
            <w:r w:rsidR="00707D8A" w:rsidRPr="00707D8A">
              <w:rPr>
                <w:rFonts w:eastAsia="Times New Roman" w:cs="Arial"/>
                <w:szCs w:val="14"/>
                <w:lang w:val="ru-RU" w:eastAsia="ru-RU"/>
              </w:rPr>
              <w:t>(</w:t>
            </w:r>
            <w:r w:rsidR="00FF74F7">
              <w:rPr>
                <w:rFonts w:ascii="Times New Roman" w:hAnsi="Times New Roman" w:cs="Times New Roman"/>
                <w:sz w:val="18"/>
                <w:szCs w:val="18"/>
                <w:lang w:val="ru-RU"/>
              </w:rPr>
              <w:t>800</w:t>
            </w:r>
            <w:r w:rsidR="00FF74F7" w:rsidRPr="00B76FA7">
              <w:rPr>
                <w:rFonts w:ascii="Times New Roman" w:hAnsi="Times New Roman" w:cs="Times New Roman"/>
                <w:sz w:val="18"/>
                <w:szCs w:val="18"/>
                <w:lang w:val="ru-RU"/>
              </w:rPr>
              <w:t xml:space="preserve"> </w:t>
            </w:r>
            <w:r w:rsidR="00707D8A" w:rsidRPr="00707D8A">
              <w:rPr>
                <w:rFonts w:cs="Arial"/>
                <w:szCs w:val="14"/>
                <w:lang w:val="ru-RU"/>
              </w:rPr>
              <w:t xml:space="preserve">км или </w:t>
            </w:r>
            <w:r w:rsidR="00FF74F7" w:rsidRPr="00FF74F7">
              <w:rPr>
                <w:rFonts w:cs="Arial"/>
                <w:szCs w:val="14"/>
                <w:lang w:val="ru-RU"/>
              </w:rPr>
              <w:t>4</w:t>
            </w:r>
            <w:r w:rsidR="00707D8A" w:rsidRPr="00707D8A">
              <w:rPr>
                <w:rFonts w:cs="Arial"/>
                <w:szCs w:val="14"/>
                <w:lang w:val="ru-RU"/>
              </w:rPr>
              <w:t xml:space="preserve"> месяц</w:t>
            </w:r>
            <w:r w:rsidR="00FF74F7">
              <w:rPr>
                <w:rFonts w:cs="Arial"/>
                <w:szCs w:val="14"/>
                <w:lang w:val="ru-RU"/>
              </w:rPr>
              <w:t>а</w:t>
            </w:r>
            <w:r w:rsidR="00707D8A" w:rsidRPr="00707D8A">
              <w:rPr>
                <w:rFonts w:cs="Arial"/>
                <w:szCs w:val="14"/>
                <w:lang w:val="ru-RU"/>
              </w:rPr>
              <w:t xml:space="preserve"> с даты предыдущего ТО</w:t>
            </w:r>
            <w:r w:rsidRPr="00707D8A">
              <w:rPr>
                <w:rFonts w:eastAsia="Times New Roman" w:cs="Arial"/>
                <w:szCs w:val="14"/>
                <w:lang w:val="ru-RU" w:eastAsia="ru-RU"/>
              </w:rPr>
              <w:t>)</w:t>
            </w:r>
          </w:p>
        </w:tc>
        <w:tc>
          <w:tcPr>
            <w:tcW w:w="489"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538113" w14:textId="7EDEEF33" w:rsidR="008E596F" w:rsidRPr="00707D8A" w:rsidRDefault="008E596F" w:rsidP="009A2D81">
            <w:pPr>
              <w:jc w:val="center"/>
              <w:rPr>
                <w:rFonts w:eastAsia="Times New Roman" w:cs="Arial"/>
                <w:szCs w:val="14"/>
                <w:lang w:val="ru-RU" w:eastAsia="ru-RU"/>
              </w:rPr>
            </w:pPr>
            <w:r w:rsidRPr="00707D8A">
              <w:rPr>
                <w:rFonts w:eastAsia="Times New Roman" w:cs="Arial"/>
                <w:szCs w:val="14"/>
                <w:lang w:val="ru-RU" w:eastAsia="ru-RU"/>
              </w:rPr>
              <w:t>ТО</w:t>
            </w:r>
            <w:r w:rsidR="00FF74F7">
              <w:rPr>
                <w:rFonts w:eastAsia="Times New Roman" w:cs="Arial"/>
                <w:szCs w:val="14"/>
                <w:lang w:val="ru-RU" w:eastAsia="ru-RU"/>
              </w:rPr>
              <w:t xml:space="preserve"> </w:t>
            </w:r>
            <w:r w:rsidRPr="00707D8A">
              <w:rPr>
                <w:rFonts w:eastAsia="Times New Roman" w:cs="Arial"/>
                <w:szCs w:val="14"/>
                <w:lang w:val="ru-RU" w:eastAsia="ru-RU"/>
              </w:rPr>
              <w:t>3</w:t>
            </w:r>
            <w:r w:rsidR="00FF74F7">
              <w:rPr>
                <w:rFonts w:eastAsia="Times New Roman" w:cs="Arial"/>
                <w:szCs w:val="14"/>
                <w:lang w:val="ru-RU" w:eastAsia="ru-RU"/>
              </w:rPr>
              <w:t xml:space="preserve"> </w:t>
            </w:r>
            <w:r w:rsidR="00707D8A" w:rsidRPr="00707D8A">
              <w:rPr>
                <w:rFonts w:eastAsia="Times New Roman" w:cs="Arial"/>
                <w:szCs w:val="14"/>
                <w:lang w:val="ru-RU" w:eastAsia="ru-RU"/>
              </w:rPr>
              <w:t>(</w:t>
            </w:r>
            <w:r w:rsidR="00FF74F7">
              <w:rPr>
                <w:rFonts w:cs="Arial"/>
                <w:szCs w:val="14"/>
                <w:lang w:val="ru-RU"/>
              </w:rPr>
              <w:t>1</w:t>
            </w:r>
            <w:r w:rsidR="00FF74F7">
              <w:rPr>
                <w:rFonts w:cs="Arial"/>
                <w:szCs w:val="14"/>
                <w:lang w:val="ru-RU"/>
              </w:rPr>
              <w:t>6</w:t>
            </w:r>
            <w:r w:rsidR="00FF74F7">
              <w:rPr>
                <w:rFonts w:cs="Arial"/>
                <w:szCs w:val="14"/>
                <w:lang w:val="ru-RU"/>
              </w:rPr>
              <w:t>00</w:t>
            </w:r>
            <w:r w:rsidR="00FF74F7" w:rsidRPr="00707D8A">
              <w:rPr>
                <w:rFonts w:cs="Arial"/>
                <w:szCs w:val="14"/>
                <w:lang w:val="ru-RU"/>
              </w:rPr>
              <w:t xml:space="preserve"> км или </w:t>
            </w:r>
            <w:r w:rsidR="00FF74F7" w:rsidRPr="00FF74F7">
              <w:rPr>
                <w:rFonts w:cs="Arial"/>
                <w:szCs w:val="14"/>
                <w:lang w:val="ru-RU"/>
              </w:rPr>
              <w:t>4</w:t>
            </w:r>
            <w:r w:rsidR="00FF74F7" w:rsidRPr="00707D8A">
              <w:rPr>
                <w:rFonts w:cs="Arial"/>
                <w:szCs w:val="14"/>
                <w:lang w:val="ru-RU"/>
              </w:rPr>
              <w:t xml:space="preserve"> месяц</w:t>
            </w:r>
            <w:r w:rsidR="00FF74F7">
              <w:rPr>
                <w:rFonts w:cs="Arial"/>
                <w:szCs w:val="14"/>
                <w:lang w:val="ru-RU"/>
              </w:rPr>
              <w:t>а</w:t>
            </w:r>
            <w:r w:rsidR="00FF74F7" w:rsidRPr="00707D8A">
              <w:rPr>
                <w:rFonts w:cs="Arial"/>
                <w:szCs w:val="14"/>
                <w:lang w:val="ru-RU"/>
              </w:rPr>
              <w:t xml:space="preserve"> с даты предыдущего ТО</w:t>
            </w:r>
            <w:r w:rsidR="00FF74F7" w:rsidRPr="00707D8A">
              <w:rPr>
                <w:rFonts w:eastAsia="Times New Roman" w:cs="Arial"/>
                <w:szCs w:val="14"/>
                <w:lang w:val="ru-RU" w:eastAsia="ru-RU"/>
              </w:rPr>
              <w:t>)</w:t>
            </w:r>
          </w:p>
        </w:tc>
        <w:tc>
          <w:tcPr>
            <w:tcW w:w="491"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8B845B" w14:textId="17DABF9A" w:rsidR="008E596F" w:rsidRPr="00707D8A" w:rsidRDefault="008E596F" w:rsidP="009A2D81">
            <w:pPr>
              <w:jc w:val="center"/>
              <w:rPr>
                <w:rFonts w:eastAsia="Times New Roman" w:cs="Arial"/>
                <w:szCs w:val="14"/>
                <w:lang w:val="ru-RU" w:eastAsia="ru-RU"/>
              </w:rPr>
            </w:pPr>
            <w:r w:rsidRPr="00707D8A">
              <w:rPr>
                <w:rFonts w:eastAsia="Times New Roman" w:cs="Arial"/>
                <w:szCs w:val="14"/>
                <w:lang w:val="ru-RU" w:eastAsia="ru-RU"/>
              </w:rPr>
              <w:t>ТО</w:t>
            </w:r>
            <w:r w:rsidR="00707D8A" w:rsidRPr="00707D8A">
              <w:rPr>
                <w:rFonts w:eastAsia="Times New Roman" w:cs="Arial"/>
                <w:szCs w:val="14"/>
                <w:lang w:val="ru-RU" w:eastAsia="ru-RU"/>
              </w:rPr>
              <w:t xml:space="preserve"> </w:t>
            </w:r>
            <w:r w:rsidRPr="00707D8A">
              <w:rPr>
                <w:rFonts w:eastAsia="Times New Roman" w:cs="Arial"/>
                <w:szCs w:val="14"/>
                <w:lang w:val="ru-RU" w:eastAsia="ru-RU"/>
              </w:rPr>
              <w:t xml:space="preserve">4 </w:t>
            </w:r>
            <w:r w:rsidR="009A2D81">
              <w:rPr>
                <w:rFonts w:eastAsia="Times New Roman" w:cs="Arial"/>
                <w:szCs w:val="14"/>
                <w:lang w:val="ru-RU" w:eastAsia="ru-RU"/>
              </w:rPr>
              <w:t>(</w:t>
            </w:r>
            <w:r w:rsidR="00FF74F7">
              <w:rPr>
                <w:rFonts w:eastAsia="Times New Roman" w:cs="Arial"/>
                <w:szCs w:val="14"/>
                <w:lang w:val="ru-RU" w:eastAsia="ru-RU"/>
              </w:rPr>
              <w:t>24</w:t>
            </w:r>
            <w:r w:rsidR="00FF74F7">
              <w:rPr>
                <w:rFonts w:cs="Arial"/>
                <w:szCs w:val="14"/>
                <w:lang w:val="ru-RU"/>
              </w:rPr>
              <w:t>00</w:t>
            </w:r>
            <w:r w:rsidR="00FF74F7" w:rsidRPr="00707D8A">
              <w:rPr>
                <w:rFonts w:cs="Arial"/>
                <w:szCs w:val="14"/>
                <w:lang w:val="ru-RU"/>
              </w:rPr>
              <w:t xml:space="preserve"> км или </w:t>
            </w:r>
            <w:r w:rsidR="00FF74F7" w:rsidRPr="00FF74F7">
              <w:rPr>
                <w:rFonts w:cs="Arial"/>
                <w:szCs w:val="14"/>
                <w:lang w:val="ru-RU"/>
              </w:rPr>
              <w:t>4</w:t>
            </w:r>
            <w:r w:rsidR="00FF74F7" w:rsidRPr="00707D8A">
              <w:rPr>
                <w:rFonts w:cs="Arial"/>
                <w:szCs w:val="14"/>
                <w:lang w:val="ru-RU"/>
              </w:rPr>
              <w:t xml:space="preserve"> месяц</w:t>
            </w:r>
            <w:r w:rsidR="00FF74F7">
              <w:rPr>
                <w:rFonts w:cs="Arial"/>
                <w:szCs w:val="14"/>
                <w:lang w:val="ru-RU"/>
              </w:rPr>
              <w:t>а</w:t>
            </w:r>
            <w:r w:rsidR="00FF74F7" w:rsidRPr="00707D8A">
              <w:rPr>
                <w:rFonts w:cs="Arial"/>
                <w:szCs w:val="14"/>
                <w:lang w:val="ru-RU"/>
              </w:rPr>
              <w:t xml:space="preserve"> с даты предыдущего ТО</w:t>
            </w:r>
            <w:r w:rsidR="00FF74F7" w:rsidRPr="00707D8A">
              <w:rPr>
                <w:rFonts w:eastAsia="Times New Roman" w:cs="Arial"/>
                <w:szCs w:val="14"/>
                <w:lang w:val="ru-RU" w:eastAsia="ru-RU"/>
              </w:rPr>
              <w:t>)</w:t>
            </w:r>
          </w:p>
        </w:tc>
        <w:tc>
          <w:tcPr>
            <w:tcW w:w="491"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61515B" w14:textId="0548F64B" w:rsidR="008E596F" w:rsidRPr="00707D8A" w:rsidRDefault="008E596F" w:rsidP="008E596F">
            <w:pPr>
              <w:jc w:val="center"/>
              <w:rPr>
                <w:rFonts w:eastAsia="Times New Roman" w:cs="Arial"/>
                <w:szCs w:val="14"/>
                <w:lang w:val="ru-RU" w:eastAsia="ru-RU"/>
              </w:rPr>
            </w:pPr>
            <w:r w:rsidRPr="00707D8A">
              <w:rPr>
                <w:rFonts w:eastAsia="Times New Roman" w:cs="Arial"/>
                <w:szCs w:val="14"/>
                <w:lang w:val="ru-RU" w:eastAsia="ru-RU"/>
              </w:rPr>
              <w:t>ТО</w:t>
            </w:r>
            <w:r w:rsidR="00707D8A" w:rsidRPr="00707D8A">
              <w:rPr>
                <w:rFonts w:eastAsia="Times New Roman" w:cs="Arial"/>
                <w:szCs w:val="14"/>
                <w:lang w:val="ru-RU" w:eastAsia="ru-RU"/>
              </w:rPr>
              <w:t xml:space="preserve"> </w:t>
            </w:r>
            <w:r w:rsidRPr="00707D8A">
              <w:rPr>
                <w:rFonts w:eastAsia="Times New Roman" w:cs="Arial"/>
                <w:szCs w:val="14"/>
                <w:lang w:val="ru-RU" w:eastAsia="ru-RU"/>
              </w:rPr>
              <w:t xml:space="preserve">5 </w:t>
            </w:r>
            <w:r w:rsidR="00707D8A" w:rsidRPr="00707D8A">
              <w:rPr>
                <w:rFonts w:eastAsia="Times New Roman" w:cs="Arial"/>
                <w:szCs w:val="14"/>
                <w:lang w:val="ru-RU" w:eastAsia="ru-RU"/>
              </w:rPr>
              <w:t>(</w:t>
            </w:r>
            <w:r w:rsidR="00FF74F7">
              <w:rPr>
                <w:rFonts w:eastAsia="Times New Roman" w:cs="Arial"/>
                <w:szCs w:val="14"/>
                <w:lang w:val="ru-RU" w:eastAsia="ru-RU"/>
              </w:rPr>
              <w:t>3</w:t>
            </w:r>
            <w:r w:rsidR="00FF74F7">
              <w:rPr>
                <w:rFonts w:cs="Arial"/>
                <w:szCs w:val="14"/>
                <w:lang w:val="ru-RU"/>
              </w:rPr>
              <w:t>200</w:t>
            </w:r>
            <w:r w:rsidR="00FF74F7" w:rsidRPr="00707D8A">
              <w:rPr>
                <w:rFonts w:cs="Arial"/>
                <w:szCs w:val="14"/>
                <w:lang w:val="ru-RU"/>
              </w:rPr>
              <w:t xml:space="preserve"> км или </w:t>
            </w:r>
            <w:r w:rsidR="00FF74F7" w:rsidRPr="00FF74F7">
              <w:rPr>
                <w:rFonts w:cs="Arial"/>
                <w:szCs w:val="14"/>
                <w:lang w:val="ru-RU"/>
              </w:rPr>
              <w:t>4</w:t>
            </w:r>
            <w:r w:rsidR="00FF74F7" w:rsidRPr="00707D8A">
              <w:rPr>
                <w:rFonts w:cs="Arial"/>
                <w:szCs w:val="14"/>
                <w:lang w:val="ru-RU"/>
              </w:rPr>
              <w:t xml:space="preserve"> месяц</w:t>
            </w:r>
            <w:r w:rsidR="00FF74F7">
              <w:rPr>
                <w:rFonts w:cs="Arial"/>
                <w:szCs w:val="14"/>
                <w:lang w:val="ru-RU"/>
              </w:rPr>
              <w:t xml:space="preserve">а </w:t>
            </w:r>
            <w:r w:rsidR="00FF74F7" w:rsidRPr="00707D8A">
              <w:rPr>
                <w:rFonts w:cs="Arial"/>
                <w:szCs w:val="14"/>
                <w:lang w:val="ru-RU"/>
              </w:rPr>
              <w:t>с даты предыдущего ТО</w:t>
            </w:r>
            <w:r w:rsidR="00FF74F7" w:rsidRPr="00707D8A">
              <w:rPr>
                <w:rFonts w:eastAsia="Times New Roman" w:cs="Arial"/>
                <w:szCs w:val="14"/>
                <w:lang w:val="ru-RU" w:eastAsia="ru-RU"/>
              </w:rPr>
              <w:t>)</w:t>
            </w:r>
          </w:p>
        </w:tc>
        <w:tc>
          <w:tcPr>
            <w:tcW w:w="491"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7ACFAC" w14:textId="5809AC7D"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ТО</w:t>
            </w:r>
            <w:r w:rsidR="00707D8A" w:rsidRPr="00707D8A">
              <w:rPr>
                <w:rFonts w:eastAsia="Times New Roman" w:cs="Times New Roman"/>
                <w:szCs w:val="14"/>
                <w:lang w:val="ru-RU" w:eastAsia="ru-RU"/>
              </w:rPr>
              <w:t xml:space="preserve"> </w:t>
            </w:r>
            <w:r w:rsidRPr="00BD24B4">
              <w:rPr>
                <w:rFonts w:eastAsia="Times New Roman" w:cs="Times New Roman"/>
                <w:szCs w:val="14"/>
                <w:lang w:val="ru-RU" w:eastAsia="ru-RU"/>
              </w:rPr>
              <w:t xml:space="preserve">6 </w:t>
            </w:r>
            <w:r w:rsidR="00FF74F7">
              <w:rPr>
                <w:rFonts w:eastAsia="Times New Roman" w:cs="Times New Roman"/>
                <w:szCs w:val="14"/>
                <w:lang w:val="ru-RU" w:eastAsia="ru-RU"/>
              </w:rPr>
              <w:t>(400</w:t>
            </w:r>
            <w:r w:rsidR="00FF74F7">
              <w:rPr>
                <w:rFonts w:cs="Arial"/>
                <w:szCs w:val="14"/>
                <w:lang w:val="ru-RU"/>
              </w:rPr>
              <w:t>0</w:t>
            </w:r>
            <w:r w:rsidR="00FF74F7" w:rsidRPr="00707D8A">
              <w:rPr>
                <w:rFonts w:cs="Arial"/>
                <w:szCs w:val="14"/>
                <w:lang w:val="ru-RU"/>
              </w:rPr>
              <w:t xml:space="preserve"> км или </w:t>
            </w:r>
            <w:r w:rsidR="00FF74F7" w:rsidRPr="00FF74F7">
              <w:rPr>
                <w:rFonts w:cs="Arial"/>
                <w:szCs w:val="14"/>
                <w:lang w:val="ru-RU"/>
              </w:rPr>
              <w:t>4</w:t>
            </w:r>
            <w:r w:rsidR="00FF74F7" w:rsidRPr="00707D8A">
              <w:rPr>
                <w:rFonts w:cs="Arial"/>
                <w:szCs w:val="14"/>
                <w:lang w:val="ru-RU"/>
              </w:rPr>
              <w:t xml:space="preserve"> месяц</w:t>
            </w:r>
            <w:r w:rsidR="00FF74F7">
              <w:rPr>
                <w:rFonts w:cs="Arial"/>
                <w:szCs w:val="14"/>
                <w:lang w:val="ru-RU"/>
              </w:rPr>
              <w:t>а</w:t>
            </w:r>
            <w:r w:rsidR="00FF74F7" w:rsidRPr="00707D8A">
              <w:rPr>
                <w:rFonts w:cs="Arial"/>
                <w:szCs w:val="14"/>
                <w:lang w:val="ru-RU"/>
              </w:rPr>
              <w:t xml:space="preserve"> с даты предыдущего ТО</w:t>
            </w:r>
            <w:r w:rsidR="00FF74F7" w:rsidRPr="00707D8A">
              <w:rPr>
                <w:rFonts w:eastAsia="Times New Roman" w:cs="Arial"/>
                <w:szCs w:val="14"/>
                <w:lang w:val="ru-RU" w:eastAsia="ru-RU"/>
              </w:rPr>
              <w:t>)</w:t>
            </w:r>
          </w:p>
        </w:tc>
        <w:tc>
          <w:tcPr>
            <w:tcW w:w="676"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7DDB7E" w14:textId="5AE312A4" w:rsidR="008E596F" w:rsidRPr="00BD24B4" w:rsidRDefault="008E596F" w:rsidP="009A2D81">
            <w:pPr>
              <w:jc w:val="center"/>
              <w:rPr>
                <w:rFonts w:eastAsia="Times New Roman" w:cs="Times New Roman"/>
                <w:szCs w:val="14"/>
                <w:lang w:val="ru-RU" w:eastAsia="ru-RU"/>
              </w:rPr>
            </w:pPr>
            <w:r w:rsidRPr="00BD24B4">
              <w:rPr>
                <w:rFonts w:eastAsia="Times New Roman" w:cs="Times New Roman"/>
                <w:szCs w:val="14"/>
                <w:lang w:val="ru-RU" w:eastAsia="ru-RU"/>
              </w:rPr>
              <w:t xml:space="preserve">ТО 7 </w:t>
            </w:r>
            <w:r w:rsidR="00FF74F7">
              <w:rPr>
                <w:rFonts w:eastAsia="Times New Roman" w:cs="Times New Roman"/>
                <w:szCs w:val="14"/>
                <w:lang w:val="ru-RU" w:eastAsia="ru-RU"/>
              </w:rPr>
              <w:t>(48</w:t>
            </w:r>
            <w:r w:rsidR="00FF74F7">
              <w:rPr>
                <w:rFonts w:cs="Arial"/>
                <w:szCs w:val="14"/>
                <w:lang w:val="ru-RU"/>
              </w:rPr>
              <w:t>00</w:t>
            </w:r>
            <w:r w:rsidR="00FF74F7" w:rsidRPr="00707D8A">
              <w:rPr>
                <w:rFonts w:cs="Arial"/>
                <w:szCs w:val="14"/>
                <w:lang w:val="ru-RU"/>
              </w:rPr>
              <w:t xml:space="preserve"> км или </w:t>
            </w:r>
            <w:r w:rsidR="00FF74F7" w:rsidRPr="00FF74F7">
              <w:rPr>
                <w:rFonts w:cs="Arial"/>
                <w:szCs w:val="14"/>
                <w:lang w:val="ru-RU"/>
              </w:rPr>
              <w:t>4</w:t>
            </w:r>
            <w:r w:rsidR="00FF74F7" w:rsidRPr="00707D8A">
              <w:rPr>
                <w:rFonts w:cs="Arial"/>
                <w:szCs w:val="14"/>
                <w:lang w:val="ru-RU"/>
              </w:rPr>
              <w:t xml:space="preserve"> месяц</w:t>
            </w:r>
            <w:r w:rsidR="00FF74F7">
              <w:rPr>
                <w:rFonts w:cs="Arial"/>
                <w:szCs w:val="14"/>
                <w:lang w:val="ru-RU"/>
              </w:rPr>
              <w:t>а</w:t>
            </w:r>
            <w:r w:rsidR="00FF74F7" w:rsidRPr="00707D8A">
              <w:rPr>
                <w:rFonts w:cs="Arial"/>
                <w:szCs w:val="14"/>
                <w:lang w:val="ru-RU"/>
              </w:rPr>
              <w:t xml:space="preserve"> с даты предыдущего ТО</w:t>
            </w:r>
            <w:r w:rsidR="00FF74F7" w:rsidRPr="00707D8A">
              <w:rPr>
                <w:rFonts w:eastAsia="Times New Roman" w:cs="Arial"/>
                <w:szCs w:val="14"/>
                <w:lang w:val="ru-RU" w:eastAsia="ru-RU"/>
              </w:rPr>
              <w:t>)</w:t>
            </w:r>
            <w:r w:rsidR="00FF74F7" w:rsidRPr="00FF74F7">
              <w:rPr>
                <w:rFonts w:eastAsia="Times New Roman" w:cs="Arial"/>
                <w:szCs w:val="14"/>
                <w:lang w:val="ru-RU" w:eastAsia="ru-RU"/>
              </w:rPr>
              <w:t xml:space="preserve"> </w:t>
            </w:r>
            <w:r w:rsidRPr="00BD24B4">
              <w:rPr>
                <w:rFonts w:eastAsia="Times New Roman" w:cs="Times New Roman"/>
                <w:szCs w:val="14"/>
                <w:lang w:val="ru-RU" w:eastAsia="ru-RU"/>
              </w:rPr>
              <w:t>по регламенту ТО7 соответствует ТО 3 и далее по порядку.</w:t>
            </w:r>
          </w:p>
        </w:tc>
      </w:tr>
      <w:tr w:rsidR="008E596F" w:rsidRPr="00BD24B4" w14:paraId="2D55A402" w14:textId="77777777" w:rsidTr="00DA3CCC">
        <w:trPr>
          <w:cantSplit/>
        </w:trPr>
        <w:tc>
          <w:tcPr>
            <w:tcW w:w="1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B8BD61F"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1</w:t>
            </w:r>
          </w:p>
        </w:tc>
        <w:tc>
          <w:tcPr>
            <w:tcW w:w="14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A25A52" w14:textId="77777777" w:rsidR="008E596F" w:rsidRPr="00BD24B4" w:rsidRDefault="008E596F" w:rsidP="008E596F">
            <w:pPr>
              <w:rPr>
                <w:rFonts w:eastAsia="Times New Roman" w:cs="Times New Roman"/>
                <w:szCs w:val="14"/>
                <w:lang w:val="ru-RU" w:eastAsia="ru-RU"/>
              </w:rPr>
            </w:pPr>
            <w:r w:rsidRPr="00BD24B4">
              <w:rPr>
                <w:rFonts w:eastAsia="Times New Roman" w:cs="Times New Roman"/>
                <w:szCs w:val="14"/>
                <w:lang w:val="ru-RU" w:eastAsia="ru-RU"/>
              </w:rPr>
              <w:t xml:space="preserve">Мойка </w:t>
            </w:r>
            <w:proofErr w:type="spellStart"/>
            <w:r w:rsidRPr="00BD24B4">
              <w:rPr>
                <w:rFonts w:eastAsia="Times New Roman" w:cs="Times New Roman"/>
                <w:szCs w:val="14"/>
                <w:lang w:val="ru-RU" w:eastAsia="ru-RU"/>
              </w:rPr>
              <w:t>квадрицикла</w:t>
            </w:r>
            <w:proofErr w:type="spellEnd"/>
            <w:r w:rsidRPr="00BD24B4">
              <w:rPr>
                <w:rFonts w:eastAsia="Times New Roman" w:cs="Times New Roman"/>
                <w:szCs w:val="14"/>
                <w:lang w:val="ru-RU" w:eastAsia="ru-RU"/>
              </w:rPr>
              <w:t>, продувка от влаги сжатым воздухом либо сушка</w:t>
            </w:r>
          </w:p>
        </w:tc>
        <w:tc>
          <w:tcPr>
            <w:tcW w:w="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6FEDC1"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00E998"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0E35F3"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387AED"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D0B328"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75F64D"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76A99C" w14:textId="77777777" w:rsidR="008E596F" w:rsidRPr="00BD24B4" w:rsidRDefault="008E596F" w:rsidP="008E596F">
            <w:pPr>
              <w:jc w:val="center"/>
              <w:rPr>
                <w:rFonts w:eastAsia="Times New Roman" w:cs="Times New Roman"/>
                <w:szCs w:val="14"/>
                <w:lang w:val="ru-RU" w:eastAsia="ru-RU"/>
              </w:rPr>
            </w:pPr>
          </w:p>
        </w:tc>
      </w:tr>
      <w:tr w:rsidR="008E596F" w:rsidRPr="00BD24B4" w14:paraId="3E9D73EF" w14:textId="77777777" w:rsidTr="00DA3CCC">
        <w:trPr>
          <w:cantSplit/>
        </w:trPr>
        <w:tc>
          <w:tcPr>
            <w:tcW w:w="1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81AE80"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2</w:t>
            </w:r>
          </w:p>
        </w:tc>
        <w:tc>
          <w:tcPr>
            <w:tcW w:w="14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10532C" w14:textId="6CC38882" w:rsidR="008E596F" w:rsidRPr="00BD24B4" w:rsidRDefault="00C95EC8" w:rsidP="008E596F">
            <w:pPr>
              <w:rPr>
                <w:rFonts w:eastAsia="Times New Roman" w:cs="Times New Roman"/>
                <w:szCs w:val="14"/>
                <w:lang w:val="ru-RU" w:eastAsia="ru-RU"/>
              </w:rPr>
            </w:pPr>
            <w:r w:rsidRPr="00C95EC8">
              <w:rPr>
                <w:rFonts w:eastAsia="Times New Roman" w:cs="Times New Roman"/>
                <w:szCs w:val="14"/>
                <w:lang w:val="ru-RU" w:eastAsia="ru-RU"/>
              </w:rPr>
              <w:t>Пр</w:t>
            </w:r>
            <w:r>
              <w:rPr>
                <w:rFonts w:eastAsia="Times New Roman" w:cs="Times New Roman"/>
                <w:szCs w:val="14"/>
                <w:lang w:val="ru-RU" w:eastAsia="ru-RU"/>
              </w:rPr>
              <w:t>о</w:t>
            </w:r>
            <w:r w:rsidRPr="00C95EC8">
              <w:rPr>
                <w:rFonts w:eastAsia="Times New Roman" w:cs="Times New Roman"/>
                <w:szCs w:val="14"/>
                <w:lang w:val="ru-RU" w:eastAsia="ru-RU"/>
              </w:rPr>
              <w:t xml:space="preserve">верка </w:t>
            </w:r>
            <w:proofErr w:type="gramStart"/>
            <w:r w:rsidRPr="00C95EC8">
              <w:rPr>
                <w:rFonts w:eastAsia="Times New Roman" w:cs="Times New Roman"/>
                <w:szCs w:val="14"/>
                <w:lang w:val="ru-RU" w:eastAsia="ru-RU"/>
              </w:rPr>
              <w:t>электро-оборудования</w:t>
            </w:r>
            <w:proofErr w:type="gramEnd"/>
            <w:r w:rsidRPr="00C95EC8">
              <w:rPr>
                <w:rFonts w:eastAsia="Times New Roman" w:cs="Times New Roman"/>
                <w:szCs w:val="14"/>
                <w:lang w:val="ru-RU" w:eastAsia="ru-RU"/>
              </w:rPr>
              <w:t>: световые приборы, звуковой сигнал, работа электростартера, лебёдки, розеток, включение переднего редуктора</w:t>
            </w:r>
          </w:p>
        </w:tc>
        <w:tc>
          <w:tcPr>
            <w:tcW w:w="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537D54"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FBB7CA"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C683AB"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B623B1"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841EB5"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9AE4B0"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441319" w14:textId="77777777" w:rsidR="008E596F" w:rsidRPr="00BD24B4" w:rsidRDefault="008E596F" w:rsidP="008E596F">
            <w:pPr>
              <w:jc w:val="center"/>
              <w:rPr>
                <w:rFonts w:eastAsia="Times New Roman" w:cs="Times New Roman"/>
                <w:szCs w:val="14"/>
                <w:lang w:val="ru-RU" w:eastAsia="ru-RU"/>
              </w:rPr>
            </w:pPr>
          </w:p>
        </w:tc>
      </w:tr>
      <w:tr w:rsidR="008E596F" w:rsidRPr="00BD24B4" w14:paraId="33B50586" w14:textId="77777777" w:rsidTr="00DA3CCC">
        <w:trPr>
          <w:cantSplit/>
        </w:trPr>
        <w:tc>
          <w:tcPr>
            <w:tcW w:w="1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9756719"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3</w:t>
            </w:r>
          </w:p>
        </w:tc>
        <w:tc>
          <w:tcPr>
            <w:tcW w:w="14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010AAA" w14:textId="5A3BA6D2" w:rsidR="008E596F" w:rsidRPr="00BD24B4" w:rsidRDefault="009E5C88" w:rsidP="008E596F">
            <w:pPr>
              <w:rPr>
                <w:rFonts w:eastAsia="Times New Roman" w:cs="Times New Roman"/>
                <w:szCs w:val="14"/>
                <w:lang w:val="ru-RU" w:eastAsia="ru-RU"/>
              </w:rPr>
            </w:pPr>
            <w:r w:rsidRPr="009E5C88">
              <w:rPr>
                <w:rFonts w:eastAsia="Times New Roman" w:cs="Times New Roman"/>
                <w:szCs w:val="14"/>
                <w:lang w:val="ru-RU" w:eastAsia="ru-RU"/>
              </w:rPr>
              <w:t>Визуальный осмотр на запотевания и подтёки технических жидкостей в районе двигателя, трансмиссии, шлангов, тормозных линий, радиатора, патрубков радиатора, пыльников, сальников</w:t>
            </w:r>
          </w:p>
        </w:tc>
        <w:tc>
          <w:tcPr>
            <w:tcW w:w="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02FAC5"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5B1755"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9AE176"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C82D94"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896C11"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03B833"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BE1EEB" w14:textId="77777777" w:rsidR="008E596F" w:rsidRPr="00BD24B4" w:rsidRDefault="008E596F" w:rsidP="008E596F">
            <w:pPr>
              <w:jc w:val="center"/>
              <w:rPr>
                <w:rFonts w:eastAsia="Times New Roman" w:cs="Times New Roman"/>
                <w:szCs w:val="14"/>
                <w:lang w:val="ru-RU" w:eastAsia="ru-RU"/>
              </w:rPr>
            </w:pPr>
          </w:p>
        </w:tc>
      </w:tr>
      <w:tr w:rsidR="008E596F" w:rsidRPr="00BD24B4" w14:paraId="0AB0DFF9" w14:textId="77777777" w:rsidTr="00DA3CCC">
        <w:trPr>
          <w:cantSplit/>
        </w:trPr>
        <w:tc>
          <w:tcPr>
            <w:tcW w:w="1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2A1AB97"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4</w:t>
            </w:r>
          </w:p>
        </w:tc>
        <w:tc>
          <w:tcPr>
            <w:tcW w:w="14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408563" w14:textId="67BC944C" w:rsidR="008E596F" w:rsidRPr="00BD24B4" w:rsidRDefault="00DA3CCC" w:rsidP="008E596F">
            <w:pPr>
              <w:rPr>
                <w:rFonts w:eastAsia="Times New Roman" w:cs="Times New Roman"/>
                <w:szCs w:val="14"/>
                <w:lang w:val="ru-RU" w:eastAsia="ru-RU"/>
              </w:rPr>
            </w:pPr>
            <w:r w:rsidRPr="00DA3CCC">
              <w:rPr>
                <w:rFonts w:eastAsia="Times New Roman" w:cs="Times New Roman"/>
                <w:szCs w:val="14"/>
                <w:lang w:val="ru-RU" w:eastAsia="ru-RU"/>
              </w:rPr>
              <w:t xml:space="preserve">Замена масла в двигателе с </w:t>
            </w:r>
            <w:proofErr w:type="gramStart"/>
            <w:r w:rsidRPr="00DA3CCC">
              <w:rPr>
                <w:rFonts w:eastAsia="Times New Roman" w:cs="Times New Roman"/>
                <w:szCs w:val="14"/>
                <w:lang w:val="ru-RU" w:eastAsia="ru-RU"/>
              </w:rPr>
              <w:t>промывкой  сетки</w:t>
            </w:r>
            <w:proofErr w:type="gramEnd"/>
            <w:r w:rsidRPr="00DA3CCC">
              <w:rPr>
                <w:rFonts w:eastAsia="Times New Roman" w:cs="Times New Roman"/>
                <w:szCs w:val="14"/>
                <w:lang w:val="ru-RU" w:eastAsia="ru-RU"/>
              </w:rPr>
              <w:t>. См. главу №3 сервисного руководства</w:t>
            </w:r>
          </w:p>
        </w:tc>
        <w:tc>
          <w:tcPr>
            <w:tcW w:w="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4A1661"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498B43"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706546"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EA29C4"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50F6EF"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1DE12D"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545796" w14:textId="77777777" w:rsidR="008E596F" w:rsidRPr="00BD24B4" w:rsidRDefault="008E596F" w:rsidP="008E596F">
            <w:pPr>
              <w:jc w:val="center"/>
              <w:rPr>
                <w:rFonts w:eastAsia="Times New Roman" w:cs="Times New Roman"/>
                <w:szCs w:val="14"/>
                <w:lang w:val="ru-RU" w:eastAsia="ru-RU"/>
              </w:rPr>
            </w:pPr>
          </w:p>
        </w:tc>
      </w:tr>
      <w:tr w:rsidR="008E596F" w:rsidRPr="00BD24B4" w14:paraId="1A0355B8" w14:textId="77777777" w:rsidTr="00DA3CCC">
        <w:trPr>
          <w:cantSplit/>
        </w:trPr>
        <w:tc>
          <w:tcPr>
            <w:tcW w:w="1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E8D1C10"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5</w:t>
            </w:r>
          </w:p>
        </w:tc>
        <w:tc>
          <w:tcPr>
            <w:tcW w:w="14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7A6C07" w14:textId="2BB11A2F" w:rsidR="008E596F" w:rsidRPr="00BD24B4" w:rsidRDefault="00DA3CCC" w:rsidP="008E596F">
            <w:pPr>
              <w:rPr>
                <w:rFonts w:eastAsia="Times New Roman" w:cs="Times New Roman"/>
                <w:szCs w:val="14"/>
                <w:lang w:val="ru-RU" w:eastAsia="ru-RU"/>
              </w:rPr>
            </w:pPr>
            <w:r w:rsidRPr="00DA3CCC">
              <w:rPr>
                <w:rFonts w:eastAsia="Times New Roman" w:cs="Times New Roman"/>
                <w:szCs w:val="14"/>
                <w:lang w:val="ru-RU" w:eastAsia="ru-RU"/>
              </w:rPr>
              <w:t>Замена масла в КПП. См. глава №2</w:t>
            </w:r>
            <w:r w:rsidR="008E596F" w:rsidRPr="00BD24B4">
              <w:rPr>
                <w:rFonts w:eastAsia="Times New Roman" w:cs="Times New Roman"/>
                <w:szCs w:val="14"/>
                <w:lang w:val="ru-RU" w:eastAsia="ru-RU"/>
              </w:rPr>
              <w:t xml:space="preserve"> Масло </w:t>
            </w:r>
            <w:r w:rsidR="002C10BA" w:rsidRPr="002C10BA">
              <w:rPr>
                <w:rFonts w:eastAsia="Times New Roman" w:cs="Times New Roman"/>
                <w:szCs w:val="14"/>
                <w:lang w:val="ru-RU" w:eastAsia="ru-RU"/>
              </w:rPr>
              <w:t>80w90GL-5</w:t>
            </w:r>
            <w:r w:rsidR="002C10BA">
              <w:rPr>
                <w:rFonts w:eastAsia="Times New Roman" w:cs="Times New Roman"/>
                <w:szCs w:val="14"/>
                <w:lang w:val="ru-RU" w:eastAsia="ru-RU"/>
              </w:rPr>
              <w:t xml:space="preserve"> </w:t>
            </w:r>
            <w:r w:rsidR="002C10BA" w:rsidRPr="002C10BA">
              <w:rPr>
                <w:rFonts w:eastAsia="Times New Roman" w:cs="Times New Roman"/>
                <w:szCs w:val="14"/>
                <w:lang w:val="ru-RU" w:eastAsia="ru-RU"/>
              </w:rPr>
              <w:t>(синтетика)</w:t>
            </w:r>
            <w:r w:rsidR="00810CC2">
              <w:rPr>
                <w:rFonts w:eastAsia="Times New Roman" w:cs="Times New Roman"/>
                <w:szCs w:val="14"/>
                <w:lang w:val="ru-RU" w:eastAsia="ru-RU"/>
              </w:rPr>
              <w:t xml:space="preserve"> </w:t>
            </w:r>
            <w:r w:rsidR="00810CC2" w:rsidRPr="00810CC2">
              <w:rPr>
                <w:rFonts w:eastAsia="Times New Roman" w:cs="Times New Roman"/>
                <w:szCs w:val="14"/>
                <w:lang w:val="ru-RU" w:eastAsia="ru-RU"/>
              </w:rPr>
              <w:t>(1100 мл., значение может варьироваться, ориентироваться на уровень)</w:t>
            </w:r>
            <w:r w:rsidR="00810CC2">
              <w:rPr>
                <w:rFonts w:eastAsia="Times New Roman" w:cs="Times New Roman"/>
                <w:szCs w:val="14"/>
                <w:lang w:val="ru-RU" w:eastAsia="ru-RU"/>
              </w:rPr>
              <w:t xml:space="preserve"> </w:t>
            </w:r>
          </w:p>
        </w:tc>
        <w:tc>
          <w:tcPr>
            <w:tcW w:w="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8F16B1"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666F73"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CE5EDF"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1A97E1"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419126"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69FC66"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04CB97" w14:textId="77777777" w:rsidR="008E596F" w:rsidRPr="00BD24B4" w:rsidRDefault="008E596F" w:rsidP="008E596F">
            <w:pPr>
              <w:jc w:val="center"/>
              <w:rPr>
                <w:rFonts w:eastAsia="Times New Roman" w:cs="Times New Roman"/>
                <w:szCs w:val="14"/>
                <w:lang w:val="ru-RU" w:eastAsia="ru-RU"/>
              </w:rPr>
            </w:pPr>
          </w:p>
        </w:tc>
      </w:tr>
      <w:tr w:rsidR="008E596F" w:rsidRPr="00BD24B4" w14:paraId="732EE5C4" w14:textId="77777777" w:rsidTr="00DA3CCC">
        <w:trPr>
          <w:cantSplit/>
        </w:trPr>
        <w:tc>
          <w:tcPr>
            <w:tcW w:w="1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CFC430C"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6</w:t>
            </w:r>
          </w:p>
        </w:tc>
        <w:tc>
          <w:tcPr>
            <w:tcW w:w="14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A4D69C" w14:textId="0E313BB9" w:rsidR="008E596F" w:rsidRPr="00BD24B4" w:rsidRDefault="00DA3CCC" w:rsidP="008E596F">
            <w:pPr>
              <w:rPr>
                <w:rFonts w:eastAsia="Times New Roman" w:cs="Times New Roman"/>
                <w:szCs w:val="14"/>
                <w:lang w:val="ru-RU" w:eastAsia="ru-RU"/>
              </w:rPr>
            </w:pPr>
            <w:r w:rsidRPr="00DA3CCC">
              <w:rPr>
                <w:rFonts w:eastAsia="Times New Roman" w:cs="Times New Roman"/>
                <w:szCs w:val="14"/>
                <w:lang w:val="ru-RU" w:eastAsia="ru-RU"/>
              </w:rPr>
              <w:t>Замена масла в переднем и заднем редукторах. См. глава №2</w:t>
            </w:r>
            <w:r w:rsidR="008E596F" w:rsidRPr="00BD24B4">
              <w:rPr>
                <w:rFonts w:eastAsia="Times New Roman" w:cs="Times New Roman"/>
                <w:szCs w:val="14"/>
                <w:lang w:val="ru-RU" w:eastAsia="ru-RU"/>
              </w:rPr>
              <w:t xml:space="preserve"> </w:t>
            </w:r>
            <w:r w:rsidR="002C10BA" w:rsidRPr="002C10BA">
              <w:rPr>
                <w:rFonts w:eastAsia="Times New Roman" w:cs="Times New Roman"/>
                <w:szCs w:val="14"/>
                <w:lang w:val="ru-RU" w:eastAsia="ru-RU"/>
              </w:rPr>
              <w:t>Передний редуктор</w:t>
            </w:r>
            <w:r w:rsidR="002C10BA">
              <w:rPr>
                <w:rFonts w:eastAsia="Times New Roman" w:cs="Times New Roman"/>
                <w:szCs w:val="14"/>
                <w:lang w:val="ru-RU" w:eastAsia="ru-RU"/>
              </w:rPr>
              <w:t xml:space="preserve"> </w:t>
            </w:r>
            <w:r w:rsidR="002C10BA" w:rsidRPr="002C10BA">
              <w:rPr>
                <w:rFonts w:eastAsia="Times New Roman" w:cs="Times New Roman"/>
                <w:szCs w:val="14"/>
                <w:lang w:val="ru-RU" w:eastAsia="ru-RU"/>
              </w:rPr>
              <w:t>-</w:t>
            </w:r>
            <w:r w:rsidR="002C10BA">
              <w:rPr>
                <w:rFonts w:eastAsia="Times New Roman" w:cs="Times New Roman"/>
                <w:szCs w:val="14"/>
                <w:lang w:val="ru-RU" w:eastAsia="ru-RU"/>
              </w:rPr>
              <w:t xml:space="preserve"> масло</w:t>
            </w:r>
            <w:r w:rsidR="002C10BA" w:rsidRPr="002C10BA">
              <w:rPr>
                <w:rFonts w:eastAsia="Times New Roman" w:cs="Times New Roman"/>
                <w:szCs w:val="14"/>
                <w:lang w:val="ru-RU" w:eastAsia="ru-RU"/>
              </w:rPr>
              <w:t xml:space="preserve"> ATF DEXRON 6</w:t>
            </w:r>
            <w:r w:rsidR="00810CC2">
              <w:rPr>
                <w:rFonts w:eastAsia="Times New Roman" w:cs="Times New Roman"/>
                <w:szCs w:val="14"/>
                <w:lang w:val="ru-RU" w:eastAsia="ru-RU"/>
              </w:rPr>
              <w:t xml:space="preserve"> </w:t>
            </w:r>
            <w:r w:rsidR="00810CC2" w:rsidRPr="00810CC2">
              <w:rPr>
                <w:rFonts w:eastAsia="Times New Roman" w:cs="Times New Roman"/>
                <w:szCs w:val="14"/>
                <w:lang w:val="ru-RU" w:eastAsia="ru-RU"/>
              </w:rPr>
              <w:t>(320 мл., значение может варьироваться, ориентироваться на уровень)</w:t>
            </w:r>
            <w:r w:rsidR="002C10BA">
              <w:rPr>
                <w:rFonts w:eastAsia="Times New Roman" w:cs="Times New Roman"/>
                <w:szCs w:val="14"/>
                <w:lang w:val="ru-RU" w:eastAsia="ru-RU"/>
              </w:rPr>
              <w:t xml:space="preserve">. </w:t>
            </w:r>
            <w:r w:rsidR="002C10BA" w:rsidRPr="002C10BA">
              <w:rPr>
                <w:rFonts w:eastAsia="Times New Roman" w:cs="Times New Roman"/>
                <w:szCs w:val="14"/>
                <w:lang w:val="ru-RU" w:eastAsia="ru-RU"/>
              </w:rPr>
              <w:t>Задний редуктор</w:t>
            </w:r>
            <w:r w:rsidR="002C10BA">
              <w:rPr>
                <w:rFonts w:eastAsia="Times New Roman" w:cs="Times New Roman"/>
                <w:szCs w:val="14"/>
                <w:lang w:val="ru-RU" w:eastAsia="ru-RU"/>
              </w:rPr>
              <w:t xml:space="preserve"> – масло</w:t>
            </w:r>
            <w:r w:rsidR="002C10BA" w:rsidRPr="002C10BA">
              <w:rPr>
                <w:rFonts w:eastAsia="Times New Roman" w:cs="Times New Roman"/>
                <w:szCs w:val="14"/>
                <w:lang w:val="ru-RU" w:eastAsia="ru-RU"/>
              </w:rPr>
              <w:t xml:space="preserve"> 80w90GL-5 (синтетика)</w:t>
            </w:r>
            <w:r w:rsidR="00810CC2">
              <w:rPr>
                <w:rFonts w:eastAsia="Times New Roman" w:cs="Times New Roman"/>
                <w:szCs w:val="14"/>
                <w:lang w:val="ru-RU" w:eastAsia="ru-RU"/>
              </w:rPr>
              <w:t xml:space="preserve"> </w:t>
            </w:r>
            <w:r w:rsidR="00810CC2" w:rsidRPr="00810CC2">
              <w:rPr>
                <w:rFonts w:eastAsia="Times New Roman" w:cs="Times New Roman"/>
                <w:szCs w:val="14"/>
                <w:lang w:val="ru-RU" w:eastAsia="ru-RU"/>
              </w:rPr>
              <w:t>(550 мл., значение может варьироваться, ориентироваться на уровень)</w:t>
            </w:r>
          </w:p>
        </w:tc>
        <w:tc>
          <w:tcPr>
            <w:tcW w:w="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CA01CE"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B3FB3A"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B9AD2E"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355E4E"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6FB0B2"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DA9F1D"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16FE85" w14:textId="77777777" w:rsidR="008E596F" w:rsidRPr="00BD24B4" w:rsidRDefault="008E596F" w:rsidP="008E596F">
            <w:pPr>
              <w:jc w:val="center"/>
              <w:rPr>
                <w:rFonts w:eastAsia="Times New Roman" w:cs="Times New Roman"/>
                <w:szCs w:val="14"/>
                <w:lang w:val="ru-RU" w:eastAsia="ru-RU"/>
              </w:rPr>
            </w:pPr>
          </w:p>
        </w:tc>
      </w:tr>
      <w:tr w:rsidR="008E596F" w:rsidRPr="00BD24B4" w14:paraId="1CCC9361" w14:textId="77777777" w:rsidTr="00DA3CCC">
        <w:trPr>
          <w:cantSplit/>
        </w:trPr>
        <w:tc>
          <w:tcPr>
            <w:tcW w:w="1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9318BE8"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lastRenderedPageBreak/>
              <w:t>7</w:t>
            </w:r>
          </w:p>
        </w:tc>
        <w:tc>
          <w:tcPr>
            <w:tcW w:w="14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D13F4A" w14:textId="68F50CBF" w:rsidR="008E596F" w:rsidRPr="00BD24B4" w:rsidRDefault="00DA3CCC" w:rsidP="008E596F">
            <w:pPr>
              <w:rPr>
                <w:rFonts w:eastAsia="Times New Roman" w:cs="Times New Roman"/>
                <w:szCs w:val="14"/>
                <w:lang w:val="ru-RU" w:eastAsia="ru-RU"/>
              </w:rPr>
            </w:pPr>
            <w:r w:rsidRPr="00DA3CCC">
              <w:rPr>
                <w:rFonts w:eastAsia="Times New Roman" w:cs="Times New Roman"/>
                <w:szCs w:val="14"/>
                <w:lang w:val="ru-RU" w:eastAsia="ru-RU"/>
              </w:rPr>
              <w:t>Замена консистентной смазки в узлах подвески, рулевого управления, ходовой части, крестовин карданных валов.</w:t>
            </w:r>
          </w:p>
        </w:tc>
        <w:tc>
          <w:tcPr>
            <w:tcW w:w="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75C4F5"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11EB5C"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7EE1BD"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A70E24"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D645EE"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45A6E9"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20FE67" w14:textId="77777777" w:rsidR="008E596F" w:rsidRPr="00BD24B4" w:rsidRDefault="008E596F" w:rsidP="008E596F">
            <w:pPr>
              <w:jc w:val="center"/>
              <w:rPr>
                <w:rFonts w:eastAsia="Times New Roman" w:cs="Times New Roman"/>
                <w:szCs w:val="14"/>
                <w:lang w:val="ru-RU" w:eastAsia="ru-RU"/>
              </w:rPr>
            </w:pPr>
          </w:p>
        </w:tc>
      </w:tr>
      <w:tr w:rsidR="008E596F" w:rsidRPr="00BD24B4" w14:paraId="01BDD240" w14:textId="77777777" w:rsidTr="00DA3CCC">
        <w:trPr>
          <w:cantSplit/>
        </w:trPr>
        <w:tc>
          <w:tcPr>
            <w:tcW w:w="1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F3EC188"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8</w:t>
            </w:r>
          </w:p>
        </w:tc>
        <w:tc>
          <w:tcPr>
            <w:tcW w:w="14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9381AE" w14:textId="65DD2809" w:rsidR="008E596F" w:rsidRPr="00BD24B4" w:rsidRDefault="00DA3CCC" w:rsidP="008E596F">
            <w:pPr>
              <w:rPr>
                <w:rFonts w:eastAsia="Times New Roman" w:cs="Times New Roman"/>
                <w:szCs w:val="14"/>
                <w:lang w:val="ru-RU" w:eastAsia="ru-RU"/>
              </w:rPr>
            </w:pPr>
            <w:r w:rsidRPr="00DA3CCC">
              <w:rPr>
                <w:rFonts w:eastAsia="Times New Roman" w:cs="Times New Roman"/>
                <w:szCs w:val="14"/>
                <w:lang w:val="ru-RU" w:eastAsia="ru-RU"/>
              </w:rPr>
              <w:t>Очистка шлицевого соединения переднего и заднего карданных валов со снятием валов и замена смазки в шлицевом соединении.</w:t>
            </w:r>
          </w:p>
        </w:tc>
        <w:tc>
          <w:tcPr>
            <w:tcW w:w="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E2D30B"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C716E1"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C56CF5"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F1EE30"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4B7298"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77EBD0"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9E660D" w14:textId="77777777" w:rsidR="008E596F" w:rsidRPr="00BD24B4" w:rsidRDefault="008E596F" w:rsidP="008E596F">
            <w:pPr>
              <w:jc w:val="center"/>
              <w:rPr>
                <w:rFonts w:eastAsia="Times New Roman" w:cs="Times New Roman"/>
                <w:szCs w:val="14"/>
                <w:lang w:val="ru-RU" w:eastAsia="ru-RU"/>
              </w:rPr>
            </w:pPr>
          </w:p>
        </w:tc>
      </w:tr>
      <w:tr w:rsidR="008E596F" w:rsidRPr="00BD24B4" w14:paraId="0401679D" w14:textId="77777777" w:rsidTr="00DA3CCC">
        <w:trPr>
          <w:cantSplit/>
        </w:trPr>
        <w:tc>
          <w:tcPr>
            <w:tcW w:w="1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A378656"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9</w:t>
            </w:r>
          </w:p>
        </w:tc>
        <w:tc>
          <w:tcPr>
            <w:tcW w:w="14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298E13" w14:textId="7BB1EDD7" w:rsidR="008E596F" w:rsidRPr="00BD24B4" w:rsidRDefault="00DA3CCC" w:rsidP="008E596F">
            <w:pPr>
              <w:rPr>
                <w:rFonts w:eastAsia="Times New Roman" w:cs="Times New Roman"/>
                <w:szCs w:val="14"/>
                <w:lang w:val="ru-RU" w:eastAsia="ru-RU"/>
              </w:rPr>
            </w:pPr>
            <w:proofErr w:type="gramStart"/>
            <w:r w:rsidRPr="00DA3CCC">
              <w:rPr>
                <w:rFonts w:eastAsia="Times New Roman" w:cs="Times New Roman"/>
                <w:szCs w:val="14"/>
                <w:lang w:val="ru-RU" w:eastAsia="ru-RU"/>
              </w:rPr>
              <w:t>Очистка  и</w:t>
            </w:r>
            <w:proofErr w:type="gramEnd"/>
            <w:r w:rsidRPr="00DA3CCC">
              <w:rPr>
                <w:rFonts w:eastAsia="Times New Roman" w:cs="Times New Roman"/>
                <w:szCs w:val="14"/>
                <w:lang w:val="ru-RU" w:eastAsia="ru-RU"/>
              </w:rPr>
              <w:t xml:space="preserve"> смазка тросов стояночного тормоза</w:t>
            </w:r>
            <w:r>
              <w:rPr>
                <w:rFonts w:eastAsia="Times New Roman" w:cs="Times New Roman"/>
                <w:szCs w:val="14"/>
                <w:lang w:val="ru-RU" w:eastAsia="ru-RU"/>
              </w:rPr>
              <w:t xml:space="preserve"> и троса дроссельной заслонки</w:t>
            </w:r>
          </w:p>
        </w:tc>
        <w:tc>
          <w:tcPr>
            <w:tcW w:w="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3C50E9"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0</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F8C49A"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9B0622"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473D69"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0BD709"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4551B4"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5C53A3" w14:textId="77777777" w:rsidR="008E596F" w:rsidRPr="00BD24B4" w:rsidRDefault="008E596F" w:rsidP="008E596F">
            <w:pPr>
              <w:jc w:val="center"/>
              <w:rPr>
                <w:rFonts w:eastAsia="Times New Roman" w:cs="Times New Roman"/>
                <w:szCs w:val="14"/>
                <w:lang w:val="ru-RU" w:eastAsia="ru-RU"/>
              </w:rPr>
            </w:pPr>
          </w:p>
        </w:tc>
      </w:tr>
      <w:tr w:rsidR="008E596F" w:rsidRPr="00BD24B4" w14:paraId="0BC0D20E" w14:textId="77777777" w:rsidTr="00DA3CCC">
        <w:trPr>
          <w:cantSplit/>
        </w:trPr>
        <w:tc>
          <w:tcPr>
            <w:tcW w:w="1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F0ABE1"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10</w:t>
            </w:r>
          </w:p>
        </w:tc>
        <w:tc>
          <w:tcPr>
            <w:tcW w:w="14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FEB944" w14:textId="448C1EB7" w:rsidR="008E596F" w:rsidRPr="00BD24B4" w:rsidRDefault="00DA3CCC" w:rsidP="008E596F">
            <w:pPr>
              <w:rPr>
                <w:rFonts w:eastAsia="Times New Roman" w:cs="Times New Roman"/>
                <w:szCs w:val="14"/>
                <w:lang w:val="ru-RU" w:eastAsia="ru-RU"/>
              </w:rPr>
            </w:pPr>
            <w:r w:rsidRPr="00DA3CCC">
              <w:rPr>
                <w:rFonts w:eastAsia="Times New Roman" w:cs="Times New Roman"/>
                <w:szCs w:val="14"/>
                <w:lang w:val="ru-RU" w:eastAsia="ru-RU"/>
              </w:rPr>
              <w:t>Проверка уровней тормозной жидкости в бачках главного и вспомогательного тормозного цилиндра. См. главу № 6 сервисного руководства</w:t>
            </w:r>
          </w:p>
        </w:tc>
        <w:tc>
          <w:tcPr>
            <w:tcW w:w="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16606F"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7E7065"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AAA603"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AF9A55"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C06F2B"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75989D"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6CB0A0" w14:textId="77777777" w:rsidR="008E596F" w:rsidRPr="00BD24B4" w:rsidRDefault="008E596F" w:rsidP="008E596F">
            <w:pPr>
              <w:jc w:val="center"/>
              <w:rPr>
                <w:rFonts w:eastAsia="Times New Roman" w:cs="Times New Roman"/>
                <w:szCs w:val="14"/>
                <w:lang w:val="ru-RU" w:eastAsia="ru-RU"/>
              </w:rPr>
            </w:pPr>
          </w:p>
        </w:tc>
      </w:tr>
      <w:tr w:rsidR="008E596F" w:rsidRPr="00BD24B4" w14:paraId="176D73FD" w14:textId="77777777" w:rsidTr="00DA3CCC">
        <w:trPr>
          <w:cantSplit/>
        </w:trPr>
        <w:tc>
          <w:tcPr>
            <w:tcW w:w="1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F471416"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11</w:t>
            </w:r>
          </w:p>
        </w:tc>
        <w:tc>
          <w:tcPr>
            <w:tcW w:w="14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DA8840" w14:textId="6127238B" w:rsidR="008E596F" w:rsidRPr="00BD24B4" w:rsidRDefault="00DA3CCC" w:rsidP="008E596F">
            <w:pPr>
              <w:rPr>
                <w:rFonts w:eastAsia="Times New Roman" w:cs="Times New Roman"/>
                <w:szCs w:val="14"/>
                <w:lang w:val="ru-RU" w:eastAsia="ru-RU"/>
              </w:rPr>
            </w:pPr>
            <w:r w:rsidRPr="00DA3CCC">
              <w:rPr>
                <w:rFonts w:eastAsia="Times New Roman" w:cs="Times New Roman"/>
                <w:szCs w:val="14"/>
                <w:lang w:val="ru-RU" w:eastAsia="ru-RU"/>
              </w:rPr>
              <w:t>Проверка степени износа тормозных колодок и тормозных дисков</w:t>
            </w:r>
          </w:p>
        </w:tc>
        <w:tc>
          <w:tcPr>
            <w:tcW w:w="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A9ED9F"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0DB598"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FC50F9"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BB489B"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DD4E94"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1C6FBD"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F775C3" w14:textId="77777777" w:rsidR="008E596F" w:rsidRPr="00BD24B4" w:rsidRDefault="008E596F" w:rsidP="008E596F">
            <w:pPr>
              <w:jc w:val="center"/>
              <w:rPr>
                <w:rFonts w:eastAsia="Times New Roman" w:cs="Times New Roman"/>
                <w:szCs w:val="14"/>
                <w:lang w:val="ru-RU" w:eastAsia="ru-RU"/>
              </w:rPr>
            </w:pPr>
          </w:p>
        </w:tc>
      </w:tr>
      <w:tr w:rsidR="008E596F" w:rsidRPr="00BD24B4" w14:paraId="2D1E96C9" w14:textId="77777777" w:rsidTr="00DA3CCC">
        <w:trPr>
          <w:cantSplit/>
        </w:trPr>
        <w:tc>
          <w:tcPr>
            <w:tcW w:w="1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D076296"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12</w:t>
            </w:r>
          </w:p>
        </w:tc>
        <w:tc>
          <w:tcPr>
            <w:tcW w:w="14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5DFEBD" w14:textId="07CBE16B" w:rsidR="008E596F" w:rsidRPr="00BD24B4" w:rsidRDefault="00DA3CCC" w:rsidP="008E596F">
            <w:pPr>
              <w:rPr>
                <w:rFonts w:eastAsia="Times New Roman" w:cs="Times New Roman"/>
                <w:szCs w:val="14"/>
                <w:lang w:val="ru-RU" w:eastAsia="ru-RU"/>
              </w:rPr>
            </w:pPr>
            <w:r w:rsidRPr="00DA3CCC">
              <w:rPr>
                <w:rFonts w:eastAsia="Times New Roman" w:cs="Times New Roman"/>
                <w:szCs w:val="14"/>
                <w:lang w:val="ru-RU" w:eastAsia="ru-RU"/>
              </w:rPr>
              <w:t>Чистка и смазка направляющих передних и задних тормозных суппортов с контролем резиновых уплотнений (пыльников)</w:t>
            </w:r>
          </w:p>
        </w:tc>
        <w:tc>
          <w:tcPr>
            <w:tcW w:w="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02883A"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3104BF"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8FC789"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E6BCCB"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E5A0DF"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595EDB"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98DB37" w14:textId="77777777" w:rsidR="008E596F" w:rsidRPr="00BD24B4" w:rsidRDefault="008E596F" w:rsidP="008E596F">
            <w:pPr>
              <w:jc w:val="center"/>
              <w:rPr>
                <w:rFonts w:eastAsia="Times New Roman" w:cs="Times New Roman"/>
                <w:szCs w:val="14"/>
                <w:lang w:val="ru-RU" w:eastAsia="ru-RU"/>
              </w:rPr>
            </w:pPr>
          </w:p>
        </w:tc>
      </w:tr>
      <w:tr w:rsidR="008E596F" w:rsidRPr="00BD24B4" w14:paraId="035698E8" w14:textId="77777777" w:rsidTr="00DA3CCC">
        <w:trPr>
          <w:cantSplit/>
        </w:trPr>
        <w:tc>
          <w:tcPr>
            <w:tcW w:w="1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9A9EBE1" w14:textId="1C4024F7" w:rsidR="008E596F" w:rsidRPr="00BD24B4" w:rsidRDefault="00DA3CCC" w:rsidP="008E596F">
            <w:pPr>
              <w:jc w:val="center"/>
              <w:rPr>
                <w:rFonts w:eastAsia="Times New Roman" w:cs="Times New Roman"/>
                <w:szCs w:val="14"/>
                <w:lang w:val="ru-RU" w:eastAsia="ru-RU"/>
              </w:rPr>
            </w:pPr>
            <w:r>
              <w:rPr>
                <w:rFonts w:eastAsia="Times New Roman" w:cs="Times New Roman"/>
                <w:szCs w:val="14"/>
                <w:lang w:val="ru-RU" w:eastAsia="ru-RU"/>
              </w:rPr>
              <w:t>13</w:t>
            </w:r>
          </w:p>
        </w:tc>
        <w:tc>
          <w:tcPr>
            <w:tcW w:w="14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CB0C60" w14:textId="2A2CD14F" w:rsidR="008E596F" w:rsidRPr="00BD24B4" w:rsidRDefault="00DA3CCC" w:rsidP="008E596F">
            <w:pPr>
              <w:rPr>
                <w:rFonts w:eastAsia="Times New Roman" w:cs="Times New Roman"/>
                <w:szCs w:val="14"/>
                <w:lang w:val="ru-RU" w:eastAsia="ru-RU"/>
              </w:rPr>
            </w:pPr>
            <w:r w:rsidRPr="00DA3CCC">
              <w:rPr>
                <w:rFonts w:eastAsia="Times New Roman" w:cs="Times New Roman"/>
                <w:szCs w:val="14"/>
                <w:lang w:val="ru-RU" w:eastAsia="ru-RU"/>
              </w:rPr>
              <w:t>Проверить затяжку всех элементов крепления двигателя, подвески, карданов, лебедки, кузовных элементов, наличие шплинта педали тормоза</w:t>
            </w:r>
          </w:p>
        </w:tc>
        <w:tc>
          <w:tcPr>
            <w:tcW w:w="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A69F76"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402A83"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ABC9B7"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66616C"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B45476"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18FFBF"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1803CD" w14:textId="77777777" w:rsidR="008E596F" w:rsidRPr="00BD24B4" w:rsidRDefault="008E596F" w:rsidP="008E596F">
            <w:pPr>
              <w:jc w:val="center"/>
              <w:rPr>
                <w:rFonts w:eastAsia="Times New Roman" w:cs="Times New Roman"/>
                <w:szCs w:val="14"/>
                <w:lang w:val="ru-RU" w:eastAsia="ru-RU"/>
              </w:rPr>
            </w:pPr>
          </w:p>
        </w:tc>
      </w:tr>
      <w:tr w:rsidR="008E596F" w:rsidRPr="00BD24B4" w14:paraId="278D4876" w14:textId="77777777" w:rsidTr="00DA3CCC">
        <w:trPr>
          <w:cantSplit/>
        </w:trPr>
        <w:tc>
          <w:tcPr>
            <w:tcW w:w="1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34B00F"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15</w:t>
            </w:r>
          </w:p>
        </w:tc>
        <w:tc>
          <w:tcPr>
            <w:tcW w:w="14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52F6A1" w14:textId="4F4E56D3" w:rsidR="008E596F" w:rsidRPr="00BD24B4" w:rsidRDefault="00DA3CCC" w:rsidP="008E596F">
            <w:pPr>
              <w:rPr>
                <w:rFonts w:eastAsia="Times New Roman" w:cs="Times New Roman"/>
                <w:szCs w:val="14"/>
                <w:lang w:val="ru-RU" w:eastAsia="ru-RU"/>
              </w:rPr>
            </w:pPr>
            <w:r w:rsidRPr="00DA3CCC">
              <w:rPr>
                <w:rFonts w:eastAsia="Times New Roman" w:cs="Times New Roman"/>
                <w:szCs w:val="14"/>
                <w:lang w:val="ru-RU" w:eastAsia="ru-RU"/>
              </w:rPr>
              <w:t>Проверка электро-контактов, фишек и соединений. При необходимости почистить и обработать спец. составом</w:t>
            </w:r>
            <w:r w:rsidR="008E596F" w:rsidRPr="00BD24B4">
              <w:rPr>
                <w:rFonts w:eastAsia="Times New Roman" w:cs="Times New Roman"/>
                <w:szCs w:val="14"/>
                <w:lang w:val="ru-RU" w:eastAsia="ru-RU"/>
              </w:rPr>
              <w:t xml:space="preserve">. </w:t>
            </w:r>
          </w:p>
        </w:tc>
        <w:tc>
          <w:tcPr>
            <w:tcW w:w="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CC6DC2"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9B7B46"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D5176E"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F0991F"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2F2303"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5F0161"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C4D787" w14:textId="77777777" w:rsidR="008E596F" w:rsidRPr="00BD24B4" w:rsidRDefault="008E596F" w:rsidP="008E596F">
            <w:pPr>
              <w:jc w:val="center"/>
              <w:rPr>
                <w:rFonts w:eastAsia="Times New Roman" w:cs="Times New Roman"/>
                <w:szCs w:val="14"/>
                <w:lang w:val="ru-RU" w:eastAsia="ru-RU"/>
              </w:rPr>
            </w:pPr>
          </w:p>
        </w:tc>
      </w:tr>
      <w:tr w:rsidR="008E596F" w:rsidRPr="00BD24B4" w14:paraId="09F4BBDD" w14:textId="77777777" w:rsidTr="00DA3CCC">
        <w:trPr>
          <w:cantSplit/>
        </w:trPr>
        <w:tc>
          <w:tcPr>
            <w:tcW w:w="1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221986D"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lastRenderedPageBreak/>
              <w:t>16</w:t>
            </w:r>
          </w:p>
        </w:tc>
        <w:tc>
          <w:tcPr>
            <w:tcW w:w="14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E18B55" w14:textId="193CDB36" w:rsidR="008E596F" w:rsidRPr="00BD24B4" w:rsidRDefault="008E596F" w:rsidP="008E596F">
            <w:pPr>
              <w:rPr>
                <w:rFonts w:eastAsia="Times New Roman" w:cs="Times New Roman"/>
                <w:szCs w:val="14"/>
                <w:lang w:val="ru-RU" w:eastAsia="ru-RU"/>
              </w:rPr>
            </w:pPr>
            <w:r w:rsidRPr="00BD24B4">
              <w:rPr>
                <w:rFonts w:eastAsia="Times New Roman" w:cs="Times New Roman"/>
                <w:szCs w:val="14"/>
                <w:lang w:val="ru-RU" w:eastAsia="ru-RU"/>
              </w:rPr>
              <w:t xml:space="preserve">Полностью размотать трос лебедки, проверить трос на предмет разрыва и повреждения жил, при наличии повреждения более 2х жил на погонный метр трос подлежит замене. Проверить заделку троса на конечных участках в барабан и </w:t>
            </w:r>
            <w:r w:rsidR="00A604C9" w:rsidRPr="00BD24B4">
              <w:rPr>
                <w:rFonts w:eastAsia="Times New Roman" w:cs="Times New Roman"/>
                <w:szCs w:val="14"/>
                <w:lang w:val="ru-RU" w:eastAsia="ru-RU"/>
              </w:rPr>
              <w:t>коуш.</w:t>
            </w:r>
            <w:r w:rsidRPr="00BD24B4">
              <w:rPr>
                <w:rFonts w:eastAsia="Times New Roman" w:cs="Times New Roman"/>
                <w:szCs w:val="14"/>
                <w:lang w:val="ru-RU" w:eastAsia="ru-RU"/>
              </w:rPr>
              <w:t xml:space="preserve"> Проверить и смазать втулки клюза лебедки. Проверить силовые контакты привода лебедки очистить и смазать.</w:t>
            </w:r>
          </w:p>
        </w:tc>
        <w:tc>
          <w:tcPr>
            <w:tcW w:w="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AAE790"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82552E"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0AA5B2"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836B4A"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B7D69F"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B131FC"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D74813" w14:textId="77777777" w:rsidR="008E596F" w:rsidRPr="00BD24B4" w:rsidRDefault="008E596F" w:rsidP="008E596F">
            <w:pPr>
              <w:jc w:val="center"/>
              <w:rPr>
                <w:rFonts w:eastAsia="Times New Roman" w:cs="Times New Roman"/>
                <w:szCs w:val="14"/>
                <w:lang w:val="ru-RU" w:eastAsia="ru-RU"/>
              </w:rPr>
            </w:pPr>
          </w:p>
        </w:tc>
      </w:tr>
      <w:tr w:rsidR="008E596F" w:rsidRPr="00BD24B4" w14:paraId="17CC1291" w14:textId="77777777" w:rsidTr="00DA3CCC">
        <w:trPr>
          <w:cantSplit/>
        </w:trPr>
        <w:tc>
          <w:tcPr>
            <w:tcW w:w="1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CD7D602"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17</w:t>
            </w:r>
          </w:p>
        </w:tc>
        <w:tc>
          <w:tcPr>
            <w:tcW w:w="14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39B5D9" w14:textId="30744AA0" w:rsidR="008E596F" w:rsidRPr="00BD24B4" w:rsidRDefault="00F879D1" w:rsidP="008E596F">
            <w:pPr>
              <w:rPr>
                <w:rFonts w:eastAsia="Times New Roman" w:cs="Times New Roman"/>
                <w:szCs w:val="14"/>
                <w:lang w:val="ru-RU" w:eastAsia="ru-RU"/>
              </w:rPr>
            </w:pPr>
            <w:r w:rsidRPr="00F879D1">
              <w:rPr>
                <w:rFonts w:eastAsia="Times New Roman" w:cs="Times New Roman"/>
                <w:szCs w:val="14"/>
                <w:lang w:val="ru-RU" w:eastAsia="ru-RU"/>
              </w:rPr>
              <w:t>Проверить ступичные подшипники, шаровые опоры и рулевые наконечники на отсутствие люфтов</w:t>
            </w:r>
          </w:p>
        </w:tc>
        <w:tc>
          <w:tcPr>
            <w:tcW w:w="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0220FB"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B828EF"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071419"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9AAA32"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8012F6"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643632"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7FD2EF" w14:textId="77777777" w:rsidR="008E596F" w:rsidRPr="00BD24B4" w:rsidRDefault="008E596F" w:rsidP="008E596F">
            <w:pPr>
              <w:jc w:val="center"/>
              <w:rPr>
                <w:rFonts w:eastAsia="Times New Roman" w:cs="Times New Roman"/>
                <w:szCs w:val="14"/>
                <w:lang w:val="ru-RU" w:eastAsia="ru-RU"/>
              </w:rPr>
            </w:pPr>
          </w:p>
        </w:tc>
      </w:tr>
      <w:tr w:rsidR="008E596F" w:rsidRPr="00BD24B4" w14:paraId="0EA8AC10" w14:textId="77777777" w:rsidTr="00DA3CCC">
        <w:trPr>
          <w:cantSplit/>
        </w:trPr>
        <w:tc>
          <w:tcPr>
            <w:tcW w:w="1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AF0F2D6"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18</w:t>
            </w:r>
          </w:p>
        </w:tc>
        <w:tc>
          <w:tcPr>
            <w:tcW w:w="14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A0AB05" w14:textId="77777777" w:rsidR="008E596F" w:rsidRPr="00BD24B4" w:rsidRDefault="008E596F" w:rsidP="008E596F">
            <w:pPr>
              <w:rPr>
                <w:rFonts w:eastAsia="Times New Roman" w:cs="Times New Roman"/>
                <w:szCs w:val="14"/>
                <w:lang w:val="ru-RU" w:eastAsia="ru-RU"/>
              </w:rPr>
            </w:pPr>
            <w:r w:rsidRPr="00BD24B4">
              <w:rPr>
                <w:rFonts w:eastAsia="Times New Roman" w:cs="Times New Roman"/>
                <w:szCs w:val="14"/>
                <w:lang w:val="ru-RU" w:eastAsia="ru-RU"/>
              </w:rPr>
              <w:t>Замена воздушного фильтра</w:t>
            </w:r>
          </w:p>
        </w:tc>
        <w:tc>
          <w:tcPr>
            <w:tcW w:w="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CDD042"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0</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BB4DF7"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AADC56"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D3C6C0"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7CA929"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727C03"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0C4B11" w14:textId="77777777" w:rsidR="008E596F" w:rsidRPr="00BD24B4" w:rsidRDefault="008E596F" w:rsidP="008E596F">
            <w:pPr>
              <w:jc w:val="center"/>
              <w:rPr>
                <w:rFonts w:eastAsia="Times New Roman" w:cs="Times New Roman"/>
                <w:szCs w:val="14"/>
                <w:lang w:val="ru-RU" w:eastAsia="ru-RU"/>
              </w:rPr>
            </w:pPr>
          </w:p>
        </w:tc>
      </w:tr>
      <w:tr w:rsidR="008E596F" w:rsidRPr="00BD24B4" w14:paraId="7ABC20F9" w14:textId="77777777" w:rsidTr="00DA3CCC">
        <w:trPr>
          <w:cantSplit/>
        </w:trPr>
        <w:tc>
          <w:tcPr>
            <w:tcW w:w="1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7DD8FF7"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19</w:t>
            </w:r>
          </w:p>
        </w:tc>
        <w:tc>
          <w:tcPr>
            <w:tcW w:w="14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E8F2BE" w14:textId="77777777" w:rsidR="008E596F" w:rsidRPr="00BD24B4" w:rsidRDefault="008E596F" w:rsidP="008E596F">
            <w:pPr>
              <w:rPr>
                <w:rFonts w:eastAsia="Times New Roman" w:cs="Times New Roman"/>
                <w:szCs w:val="14"/>
                <w:lang w:val="ru-RU" w:eastAsia="ru-RU"/>
              </w:rPr>
            </w:pPr>
            <w:r w:rsidRPr="00BD24B4">
              <w:rPr>
                <w:rFonts w:eastAsia="Times New Roman" w:cs="Times New Roman"/>
                <w:szCs w:val="14"/>
                <w:lang w:val="ru-RU" w:eastAsia="ru-RU"/>
              </w:rPr>
              <w:t>Замена топливного фильтра</w:t>
            </w:r>
          </w:p>
        </w:tc>
        <w:tc>
          <w:tcPr>
            <w:tcW w:w="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B507D0"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0</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F99785"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36A4CD"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5D445C"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1448E0"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3C8FD9"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671C78" w14:textId="77777777" w:rsidR="008E596F" w:rsidRPr="00BD24B4" w:rsidRDefault="008E596F" w:rsidP="008E596F">
            <w:pPr>
              <w:jc w:val="center"/>
              <w:rPr>
                <w:rFonts w:eastAsia="Times New Roman" w:cs="Times New Roman"/>
                <w:szCs w:val="14"/>
                <w:lang w:val="ru-RU" w:eastAsia="ru-RU"/>
              </w:rPr>
            </w:pPr>
          </w:p>
        </w:tc>
      </w:tr>
      <w:tr w:rsidR="008E596F" w:rsidRPr="00BD24B4" w14:paraId="3438C6A8" w14:textId="77777777" w:rsidTr="00DA3CCC">
        <w:trPr>
          <w:cantSplit/>
        </w:trPr>
        <w:tc>
          <w:tcPr>
            <w:tcW w:w="1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E49FA8D"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20</w:t>
            </w:r>
          </w:p>
        </w:tc>
        <w:tc>
          <w:tcPr>
            <w:tcW w:w="14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1DC413" w14:textId="77777777" w:rsidR="008E596F" w:rsidRPr="00BD24B4" w:rsidRDefault="008E596F" w:rsidP="008E596F">
            <w:pPr>
              <w:rPr>
                <w:rFonts w:eastAsia="Times New Roman" w:cs="Times New Roman"/>
                <w:szCs w:val="14"/>
                <w:lang w:val="ru-RU" w:eastAsia="ru-RU"/>
              </w:rPr>
            </w:pPr>
            <w:r w:rsidRPr="00BD24B4">
              <w:rPr>
                <w:rFonts w:eastAsia="Times New Roman" w:cs="Times New Roman"/>
                <w:szCs w:val="14"/>
                <w:lang w:val="ru-RU" w:eastAsia="ru-RU"/>
              </w:rPr>
              <w:t>Замена шлангов топливоподающей магистрали</w:t>
            </w:r>
          </w:p>
        </w:tc>
        <w:tc>
          <w:tcPr>
            <w:tcW w:w="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F7C000"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0</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8DBB8F"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0</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6124A8"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0</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C8145B"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0</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C199F0"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3B4C7A"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0</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F1B850" w14:textId="77777777" w:rsidR="008E596F" w:rsidRPr="00BD24B4" w:rsidRDefault="008E596F" w:rsidP="008E596F">
            <w:pPr>
              <w:jc w:val="center"/>
              <w:rPr>
                <w:rFonts w:eastAsia="Times New Roman" w:cs="Times New Roman"/>
                <w:szCs w:val="14"/>
                <w:lang w:val="ru-RU" w:eastAsia="ru-RU"/>
              </w:rPr>
            </w:pPr>
          </w:p>
        </w:tc>
      </w:tr>
      <w:tr w:rsidR="008E596F" w:rsidRPr="00BD24B4" w14:paraId="2A0F3B09" w14:textId="77777777" w:rsidTr="00DA3CCC">
        <w:trPr>
          <w:cantSplit/>
        </w:trPr>
        <w:tc>
          <w:tcPr>
            <w:tcW w:w="1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129DC99"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21</w:t>
            </w:r>
          </w:p>
        </w:tc>
        <w:tc>
          <w:tcPr>
            <w:tcW w:w="14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008A96" w14:textId="440CAFE4" w:rsidR="008E596F" w:rsidRPr="00BD24B4" w:rsidRDefault="004D4293" w:rsidP="008E596F">
            <w:pPr>
              <w:rPr>
                <w:rFonts w:eastAsia="Times New Roman" w:cs="Times New Roman"/>
                <w:szCs w:val="14"/>
                <w:lang w:val="ru-RU" w:eastAsia="ru-RU"/>
              </w:rPr>
            </w:pPr>
            <w:r w:rsidRPr="004D4293">
              <w:rPr>
                <w:rFonts w:eastAsia="Times New Roman" w:cs="Times New Roman"/>
                <w:szCs w:val="14"/>
                <w:lang w:val="ru-RU" w:eastAsia="ru-RU"/>
              </w:rPr>
              <w:t>Очистка системы охлаждения вариатора.  Визуальный контроль ремня вариатора на отсутствие трещин разрывов подпалин и видимого искажения геометрии. См. главу №3 сервисного руководства</w:t>
            </w:r>
          </w:p>
        </w:tc>
        <w:tc>
          <w:tcPr>
            <w:tcW w:w="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D16E64"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84C5B9"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A22A6B"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42070B"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14DF00"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BBF113"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1C12F0" w14:textId="77777777" w:rsidR="008E596F" w:rsidRPr="00BD24B4" w:rsidRDefault="008E596F" w:rsidP="008E596F">
            <w:pPr>
              <w:jc w:val="center"/>
              <w:rPr>
                <w:rFonts w:eastAsia="Times New Roman" w:cs="Times New Roman"/>
                <w:szCs w:val="14"/>
                <w:lang w:val="ru-RU" w:eastAsia="ru-RU"/>
              </w:rPr>
            </w:pPr>
          </w:p>
        </w:tc>
      </w:tr>
      <w:tr w:rsidR="008E596F" w:rsidRPr="00BD24B4" w14:paraId="5B700609" w14:textId="77777777" w:rsidTr="00DA3CCC">
        <w:trPr>
          <w:cantSplit/>
        </w:trPr>
        <w:tc>
          <w:tcPr>
            <w:tcW w:w="1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5589B71"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22</w:t>
            </w:r>
          </w:p>
        </w:tc>
        <w:tc>
          <w:tcPr>
            <w:tcW w:w="14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50095A" w14:textId="5C32D01B" w:rsidR="008E596F" w:rsidRPr="00BD24B4" w:rsidRDefault="004D4293" w:rsidP="008E596F">
            <w:pPr>
              <w:rPr>
                <w:rFonts w:eastAsia="Times New Roman" w:cs="Times New Roman"/>
                <w:szCs w:val="14"/>
                <w:lang w:val="ru-RU" w:eastAsia="ru-RU"/>
              </w:rPr>
            </w:pPr>
            <w:r w:rsidRPr="004D4293">
              <w:rPr>
                <w:rFonts w:eastAsia="Times New Roman" w:cs="Times New Roman"/>
                <w:szCs w:val="14"/>
                <w:lang w:val="ru-RU" w:eastAsia="ru-RU"/>
              </w:rPr>
              <w:t>Регулировка зазоров клапанов, проверка износа цепи ГРМ исправность слайдеров и башмаков. См. главу № 3</w:t>
            </w:r>
          </w:p>
        </w:tc>
        <w:tc>
          <w:tcPr>
            <w:tcW w:w="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83B097"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1A641B"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0</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7F0BB7"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F15641"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0</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86CF3C"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C8FF8C"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0</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007406" w14:textId="77777777" w:rsidR="008E596F" w:rsidRPr="00BD24B4" w:rsidRDefault="008E596F" w:rsidP="008E596F">
            <w:pPr>
              <w:jc w:val="center"/>
              <w:rPr>
                <w:rFonts w:eastAsia="Times New Roman" w:cs="Times New Roman"/>
                <w:szCs w:val="14"/>
                <w:lang w:val="ru-RU" w:eastAsia="ru-RU"/>
              </w:rPr>
            </w:pPr>
          </w:p>
        </w:tc>
      </w:tr>
      <w:tr w:rsidR="008E596F" w:rsidRPr="00BD24B4" w14:paraId="42A8BAF7" w14:textId="77777777" w:rsidTr="00DA3CCC">
        <w:trPr>
          <w:cantSplit/>
        </w:trPr>
        <w:tc>
          <w:tcPr>
            <w:tcW w:w="1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3A46AD9"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23</w:t>
            </w:r>
          </w:p>
        </w:tc>
        <w:tc>
          <w:tcPr>
            <w:tcW w:w="14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A3F009" w14:textId="77777777" w:rsidR="008E596F" w:rsidRPr="00BD24B4" w:rsidRDefault="008E596F" w:rsidP="008E596F">
            <w:pPr>
              <w:rPr>
                <w:rFonts w:eastAsia="Times New Roman" w:cs="Times New Roman"/>
                <w:szCs w:val="14"/>
                <w:lang w:val="ru-RU" w:eastAsia="ru-RU"/>
              </w:rPr>
            </w:pPr>
            <w:r w:rsidRPr="00BD24B4">
              <w:rPr>
                <w:rFonts w:eastAsia="Times New Roman" w:cs="Times New Roman"/>
                <w:szCs w:val="14"/>
                <w:lang w:val="ru-RU" w:eastAsia="ru-RU"/>
              </w:rPr>
              <w:t>Проверка аккумулятора нагрузочной вилкой</w:t>
            </w:r>
          </w:p>
        </w:tc>
        <w:tc>
          <w:tcPr>
            <w:tcW w:w="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3C3DA4"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15BB83"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C738AD"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D62582"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69ABD8"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F2391D"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85D77D" w14:textId="77777777" w:rsidR="008E596F" w:rsidRPr="00BD24B4" w:rsidRDefault="008E596F" w:rsidP="008E596F">
            <w:pPr>
              <w:jc w:val="center"/>
              <w:rPr>
                <w:rFonts w:eastAsia="Times New Roman" w:cs="Times New Roman"/>
                <w:szCs w:val="14"/>
                <w:lang w:val="ru-RU" w:eastAsia="ru-RU"/>
              </w:rPr>
            </w:pPr>
          </w:p>
        </w:tc>
      </w:tr>
      <w:tr w:rsidR="008E596F" w:rsidRPr="00BD24B4" w14:paraId="6D1F4652" w14:textId="77777777" w:rsidTr="00DA3CCC">
        <w:trPr>
          <w:cantSplit/>
        </w:trPr>
        <w:tc>
          <w:tcPr>
            <w:tcW w:w="1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196694"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24</w:t>
            </w:r>
          </w:p>
        </w:tc>
        <w:tc>
          <w:tcPr>
            <w:tcW w:w="14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81153C" w14:textId="77777777" w:rsidR="008E596F" w:rsidRPr="00BD24B4" w:rsidRDefault="008E596F" w:rsidP="008E596F">
            <w:pPr>
              <w:rPr>
                <w:rFonts w:eastAsia="Times New Roman" w:cs="Times New Roman"/>
                <w:szCs w:val="14"/>
                <w:lang w:val="ru-RU" w:eastAsia="ru-RU"/>
              </w:rPr>
            </w:pPr>
            <w:r w:rsidRPr="00BD24B4">
              <w:rPr>
                <w:rFonts w:eastAsia="Times New Roman" w:cs="Times New Roman"/>
                <w:szCs w:val="14"/>
                <w:lang w:val="ru-RU" w:eastAsia="ru-RU"/>
              </w:rPr>
              <w:t>Проверка зарядного напряжения мультиметром Нормальный уровень 13.7-14.5 вольт</w:t>
            </w:r>
          </w:p>
        </w:tc>
        <w:tc>
          <w:tcPr>
            <w:tcW w:w="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184DA0"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66E11F"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D72E9C"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241A66"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157B1F"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211359"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F03B49" w14:textId="77777777" w:rsidR="008E596F" w:rsidRPr="00BD24B4" w:rsidRDefault="008E596F" w:rsidP="008E596F">
            <w:pPr>
              <w:jc w:val="center"/>
              <w:rPr>
                <w:rFonts w:eastAsia="Times New Roman" w:cs="Times New Roman"/>
                <w:szCs w:val="14"/>
                <w:lang w:val="ru-RU" w:eastAsia="ru-RU"/>
              </w:rPr>
            </w:pPr>
          </w:p>
        </w:tc>
      </w:tr>
      <w:tr w:rsidR="008E596F" w:rsidRPr="00BD24B4" w14:paraId="2E06A9CE" w14:textId="77777777" w:rsidTr="00DA3CCC">
        <w:trPr>
          <w:cantSplit/>
        </w:trPr>
        <w:tc>
          <w:tcPr>
            <w:tcW w:w="1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D999B8"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lastRenderedPageBreak/>
              <w:t>25</w:t>
            </w:r>
          </w:p>
        </w:tc>
        <w:tc>
          <w:tcPr>
            <w:tcW w:w="14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EB1145" w14:textId="1D9E0BA3" w:rsidR="008E596F" w:rsidRPr="00BD24B4" w:rsidRDefault="008E596F" w:rsidP="008E596F">
            <w:pPr>
              <w:rPr>
                <w:rFonts w:eastAsia="Times New Roman" w:cs="Times New Roman"/>
                <w:szCs w:val="14"/>
                <w:lang w:val="ru-RU" w:eastAsia="ru-RU"/>
              </w:rPr>
            </w:pPr>
            <w:r w:rsidRPr="00BD24B4">
              <w:rPr>
                <w:rFonts w:eastAsia="Times New Roman" w:cs="Times New Roman"/>
                <w:szCs w:val="14"/>
                <w:lang w:val="ru-RU" w:eastAsia="ru-RU"/>
              </w:rPr>
              <w:t>Проверка уровня охлаждающей жидкости</w:t>
            </w:r>
          </w:p>
        </w:tc>
        <w:tc>
          <w:tcPr>
            <w:tcW w:w="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024D59"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5E1B89"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532632"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ED1453"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31648E"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EB8276"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Х</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F8E8C4" w14:textId="77777777" w:rsidR="008E596F" w:rsidRPr="00BD24B4" w:rsidRDefault="008E596F" w:rsidP="008E596F">
            <w:pPr>
              <w:jc w:val="center"/>
              <w:rPr>
                <w:rFonts w:eastAsia="Times New Roman" w:cs="Times New Roman"/>
                <w:szCs w:val="14"/>
                <w:lang w:val="ru-RU" w:eastAsia="ru-RU"/>
              </w:rPr>
            </w:pPr>
          </w:p>
        </w:tc>
      </w:tr>
      <w:tr w:rsidR="008E596F" w:rsidRPr="00BD24B4" w14:paraId="564C992A" w14:textId="77777777" w:rsidTr="00DA3CCC">
        <w:trPr>
          <w:cantSplit/>
        </w:trPr>
        <w:tc>
          <w:tcPr>
            <w:tcW w:w="1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0AD0E64"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26</w:t>
            </w:r>
          </w:p>
        </w:tc>
        <w:tc>
          <w:tcPr>
            <w:tcW w:w="14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0DE1E8" w14:textId="77777777" w:rsidR="008E596F" w:rsidRPr="00BD24B4" w:rsidRDefault="008E596F" w:rsidP="008E596F">
            <w:pPr>
              <w:rPr>
                <w:rFonts w:eastAsia="Times New Roman" w:cs="Times New Roman"/>
                <w:szCs w:val="14"/>
                <w:lang w:val="ru-RU" w:eastAsia="ru-RU"/>
              </w:rPr>
            </w:pPr>
            <w:r w:rsidRPr="00BD24B4">
              <w:rPr>
                <w:rFonts w:eastAsia="Times New Roman" w:cs="Times New Roman"/>
                <w:szCs w:val="14"/>
                <w:lang w:val="ru-RU" w:eastAsia="ru-RU"/>
              </w:rPr>
              <w:t xml:space="preserve">Замена охлаждающей жидкости </w:t>
            </w:r>
          </w:p>
        </w:tc>
        <w:tc>
          <w:tcPr>
            <w:tcW w:w="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A03103"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1 раз в 2года</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850E9E" w14:textId="77777777" w:rsidR="008E596F" w:rsidRPr="00BD24B4" w:rsidRDefault="008E596F" w:rsidP="008E596F">
            <w:pPr>
              <w:jc w:val="center"/>
              <w:rPr>
                <w:rFonts w:eastAsia="Times New Roman" w:cs="Times New Roman"/>
                <w:szCs w:val="14"/>
                <w:lang w:val="ru-RU" w:eastAsia="ru-RU"/>
              </w:rPr>
            </w:pP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8E84AA" w14:textId="77777777" w:rsidR="008E596F" w:rsidRPr="00BD24B4" w:rsidRDefault="008E596F" w:rsidP="008E596F">
            <w:pPr>
              <w:rPr>
                <w:rFonts w:eastAsia="Times New Roman" w:cs="Times New Roman"/>
                <w:szCs w:val="14"/>
                <w:lang w:val="ru-RU" w:eastAsia="ru-RU"/>
              </w:rPr>
            </w:pP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842941" w14:textId="77777777" w:rsidR="008E596F" w:rsidRPr="00BD24B4" w:rsidRDefault="008E596F" w:rsidP="008E596F">
            <w:pPr>
              <w:rPr>
                <w:rFonts w:eastAsia="Times New Roman" w:cs="Times New Roman"/>
                <w:szCs w:val="14"/>
                <w:lang w:val="ru-RU" w:eastAsia="ru-RU"/>
              </w:rPr>
            </w:pP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2F5EA1" w14:textId="77777777" w:rsidR="008E596F" w:rsidRPr="00BD24B4" w:rsidRDefault="008E596F" w:rsidP="008E596F">
            <w:pPr>
              <w:rPr>
                <w:rFonts w:eastAsia="Times New Roman" w:cs="Times New Roman"/>
                <w:szCs w:val="14"/>
                <w:lang w:val="ru-RU" w:eastAsia="ru-RU"/>
              </w:rPr>
            </w:pP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4E3349" w14:textId="77777777" w:rsidR="008E596F" w:rsidRPr="00BD24B4" w:rsidRDefault="008E596F" w:rsidP="008E596F">
            <w:pPr>
              <w:rPr>
                <w:rFonts w:eastAsia="Times New Roman" w:cs="Times New Roman"/>
                <w:szCs w:val="14"/>
                <w:lang w:val="ru-RU" w:eastAsia="ru-RU"/>
              </w:rPr>
            </w:pP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124779" w14:textId="77777777" w:rsidR="008E596F" w:rsidRPr="00BD24B4" w:rsidRDefault="008E596F" w:rsidP="008E596F">
            <w:pPr>
              <w:rPr>
                <w:rFonts w:eastAsia="Times New Roman" w:cs="Times New Roman"/>
                <w:szCs w:val="14"/>
                <w:lang w:val="ru-RU" w:eastAsia="ru-RU"/>
              </w:rPr>
            </w:pPr>
          </w:p>
        </w:tc>
      </w:tr>
      <w:tr w:rsidR="008E596F" w:rsidRPr="00BD24B4" w14:paraId="3ECDBBC5" w14:textId="77777777" w:rsidTr="00DA3CCC">
        <w:trPr>
          <w:cantSplit/>
        </w:trPr>
        <w:tc>
          <w:tcPr>
            <w:tcW w:w="1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9CC08A"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27</w:t>
            </w:r>
          </w:p>
        </w:tc>
        <w:tc>
          <w:tcPr>
            <w:tcW w:w="14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9357A2" w14:textId="77777777" w:rsidR="008E596F" w:rsidRPr="00BD24B4" w:rsidRDefault="008E596F" w:rsidP="008E596F">
            <w:pPr>
              <w:rPr>
                <w:rFonts w:eastAsia="Times New Roman" w:cs="Times New Roman"/>
                <w:szCs w:val="14"/>
                <w:lang w:val="ru-RU" w:eastAsia="ru-RU"/>
              </w:rPr>
            </w:pPr>
            <w:r w:rsidRPr="00BD24B4">
              <w:rPr>
                <w:rFonts w:eastAsia="Times New Roman" w:cs="Times New Roman"/>
                <w:szCs w:val="14"/>
                <w:lang w:val="ru-RU" w:eastAsia="ru-RU"/>
              </w:rPr>
              <w:t>Замена тормозной жидкости</w:t>
            </w:r>
          </w:p>
        </w:tc>
        <w:tc>
          <w:tcPr>
            <w:tcW w:w="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95B21A" w14:textId="77777777" w:rsidR="008E596F" w:rsidRPr="00BD24B4" w:rsidRDefault="008E596F" w:rsidP="008E596F">
            <w:pPr>
              <w:jc w:val="center"/>
              <w:rPr>
                <w:rFonts w:eastAsia="Times New Roman" w:cs="Times New Roman"/>
                <w:szCs w:val="14"/>
                <w:lang w:val="ru-RU" w:eastAsia="ru-RU"/>
              </w:rPr>
            </w:pPr>
            <w:r w:rsidRPr="00BD24B4">
              <w:rPr>
                <w:rFonts w:eastAsia="Times New Roman" w:cs="Times New Roman"/>
                <w:szCs w:val="14"/>
                <w:lang w:val="ru-RU" w:eastAsia="ru-RU"/>
              </w:rPr>
              <w:t>1 раз в 2 года</w:t>
            </w: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DE5788" w14:textId="77777777" w:rsidR="008E596F" w:rsidRPr="00BD24B4" w:rsidRDefault="008E596F" w:rsidP="008E596F">
            <w:pPr>
              <w:jc w:val="center"/>
              <w:rPr>
                <w:rFonts w:eastAsia="Times New Roman" w:cs="Times New Roman"/>
                <w:szCs w:val="14"/>
                <w:lang w:val="ru-RU" w:eastAsia="ru-RU"/>
              </w:rPr>
            </w:pPr>
          </w:p>
        </w:tc>
        <w:tc>
          <w:tcPr>
            <w:tcW w:w="4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D0A5D7" w14:textId="77777777" w:rsidR="008E596F" w:rsidRPr="00BD24B4" w:rsidRDefault="008E596F" w:rsidP="008E596F">
            <w:pPr>
              <w:rPr>
                <w:rFonts w:eastAsia="Times New Roman" w:cs="Times New Roman"/>
                <w:szCs w:val="14"/>
                <w:lang w:val="ru-RU" w:eastAsia="ru-RU"/>
              </w:rPr>
            </w:pP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77141B" w14:textId="77777777" w:rsidR="008E596F" w:rsidRPr="00BD24B4" w:rsidRDefault="008E596F" w:rsidP="008E596F">
            <w:pPr>
              <w:rPr>
                <w:rFonts w:eastAsia="Times New Roman" w:cs="Times New Roman"/>
                <w:szCs w:val="14"/>
                <w:lang w:val="ru-RU" w:eastAsia="ru-RU"/>
              </w:rPr>
            </w:pP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4B11F9" w14:textId="77777777" w:rsidR="008E596F" w:rsidRPr="00BD24B4" w:rsidRDefault="008E596F" w:rsidP="008E596F">
            <w:pPr>
              <w:rPr>
                <w:rFonts w:eastAsia="Times New Roman" w:cs="Times New Roman"/>
                <w:szCs w:val="14"/>
                <w:lang w:val="ru-RU" w:eastAsia="ru-RU"/>
              </w:rPr>
            </w:pPr>
          </w:p>
        </w:tc>
        <w:tc>
          <w:tcPr>
            <w:tcW w:w="4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FD3FD8" w14:textId="77777777" w:rsidR="008E596F" w:rsidRPr="00BD24B4" w:rsidRDefault="008E596F" w:rsidP="008E596F">
            <w:pPr>
              <w:rPr>
                <w:rFonts w:eastAsia="Times New Roman" w:cs="Times New Roman"/>
                <w:szCs w:val="14"/>
                <w:lang w:val="ru-RU" w:eastAsia="ru-RU"/>
              </w:rPr>
            </w:pP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8718C3" w14:textId="77777777" w:rsidR="008E596F" w:rsidRPr="00BD24B4" w:rsidRDefault="008E596F" w:rsidP="008E596F">
            <w:pPr>
              <w:rPr>
                <w:rFonts w:eastAsia="Times New Roman" w:cs="Times New Roman"/>
                <w:szCs w:val="14"/>
                <w:lang w:val="ru-RU" w:eastAsia="ru-RU"/>
              </w:rPr>
            </w:pPr>
          </w:p>
        </w:tc>
      </w:tr>
    </w:tbl>
    <w:p w14:paraId="136D6039" w14:textId="77777777" w:rsidR="00EC7471" w:rsidRPr="00BD24B4" w:rsidRDefault="00EC7471" w:rsidP="00BC16E2">
      <w:pPr>
        <w:rPr>
          <w:rFonts w:cs="Times New Roman"/>
          <w:lang w:val="ru-RU"/>
        </w:rPr>
        <w:sectPr w:rsidR="00EC7471" w:rsidRPr="00BD24B4" w:rsidSect="00AC7DBA">
          <w:headerReference w:type="default" r:id="rId40"/>
          <w:pgSz w:w="11737" w:h="8051" w:orient="landscape" w:code="9"/>
          <w:pgMar w:top="720" w:right="720" w:bottom="720" w:left="720" w:header="397" w:footer="397" w:gutter="0"/>
          <w:cols w:space="720"/>
          <w:docGrid w:linePitch="360"/>
        </w:sectPr>
      </w:pPr>
    </w:p>
    <w:p w14:paraId="070434A8" w14:textId="77777777" w:rsidR="00935CBC" w:rsidRPr="00BD24B4" w:rsidRDefault="00935CBC" w:rsidP="00A15F71">
      <w:pPr>
        <w:pStyle w:val="1"/>
        <w:ind w:left="0" w:firstLine="0"/>
        <w:jc w:val="center"/>
      </w:pPr>
    </w:p>
    <w:p w14:paraId="63C96A5D" w14:textId="77777777" w:rsidR="00EC7471" w:rsidRPr="00BD24B4" w:rsidRDefault="00EC7471" w:rsidP="00A15F71">
      <w:pPr>
        <w:pStyle w:val="1"/>
        <w:ind w:left="0" w:firstLine="0"/>
        <w:jc w:val="center"/>
      </w:pPr>
      <w:bookmarkStart w:id="26" w:name="_Toc220542625"/>
      <w:r w:rsidRPr="00BD24B4">
        <w:t>МОМЕНТЫ ЗАТЯЖКИ ОСНОВНЫХ РЕЗЬБОВЫХ СОЕДИНЕНИЙ.</w:t>
      </w:r>
      <w:bookmarkEnd w:id="26"/>
    </w:p>
    <w:p w14:paraId="07753DDE" w14:textId="00237FE3" w:rsidR="008E376A" w:rsidRPr="00BD24B4" w:rsidRDefault="008E376A" w:rsidP="00A604C9">
      <w:pPr>
        <w:rPr>
          <w:rFonts w:cs="Times New Roman"/>
          <w:lang w:val="ru-RU"/>
        </w:rPr>
      </w:pPr>
    </w:p>
    <w:tbl>
      <w:tblPr>
        <w:tblW w:w="5000" w:type="pct"/>
        <w:tblCellMar>
          <w:top w:w="85" w:type="dxa"/>
          <w:left w:w="85" w:type="dxa"/>
          <w:bottom w:w="85" w:type="dxa"/>
          <w:right w:w="85" w:type="dxa"/>
        </w:tblCellMar>
        <w:tblLook w:val="04A0" w:firstRow="1" w:lastRow="0" w:firstColumn="1" w:lastColumn="0" w:noHBand="0" w:noVBand="1"/>
      </w:tblPr>
      <w:tblGrid>
        <w:gridCol w:w="646"/>
        <w:gridCol w:w="3419"/>
        <w:gridCol w:w="2530"/>
      </w:tblGrid>
      <w:tr w:rsidR="00B91483" w:rsidRPr="00707D8A" w14:paraId="6BA43811" w14:textId="77777777" w:rsidTr="005B39C8">
        <w:tc>
          <w:tcPr>
            <w:tcW w:w="48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C07ADA1"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Позиция</w:t>
            </w:r>
          </w:p>
        </w:tc>
        <w:tc>
          <w:tcPr>
            <w:tcW w:w="259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D9CC158"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Наименование узла</w:t>
            </w:r>
          </w:p>
        </w:tc>
        <w:tc>
          <w:tcPr>
            <w:tcW w:w="192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1B22E3A"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Рекомендуемый момент затяжки N/m</w:t>
            </w:r>
          </w:p>
        </w:tc>
      </w:tr>
      <w:tr w:rsidR="00B91483" w:rsidRPr="00BD24B4" w14:paraId="7307C660" w14:textId="77777777" w:rsidTr="005B39C8">
        <w:tc>
          <w:tcPr>
            <w:tcW w:w="48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607CB94"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1</w:t>
            </w:r>
          </w:p>
        </w:tc>
        <w:tc>
          <w:tcPr>
            <w:tcW w:w="259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419B9B8"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Центральная гайка полуоси ступицы</w:t>
            </w:r>
          </w:p>
        </w:tc>
        <w:tc>
          <w:tcPr>
            <w:tcW w:w="192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9F6903A"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230 N/m</w:t>
            </w:r>
          </w:p>
        </w:tc>
      </w:tr>
      <w:tr w:rsidR="00B91483" w:rsidRPr="00BD24B4" w14:paraId="444B42D1" w14:textId="77777777" w:rsidTr="005B39C8">
        <w:tc>
          <w:tcPr>
            <w:tcW w:w="48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C5251C1"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2</w:t>
            </w:r>
          </w:p>
        </w:tc>
        <w:tc>
          <w:tcPr>
            <w:tcW w:w="259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D171CC6"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Гайка болт-оси рычагов подвески</w:t>
            </w:r>
          </w:p>
        </w:tc>
        <w:tc>
          <w:tcPr>
            <w:tcW w:w="192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AB7B299"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50.8 N/m</w:t>
            </w:r>
          </w:p>
        </w:tc>
      </w:tr>
      <w:tr w:rsidR="00B91483" w:rsidRPr="00BD24B4" w14:paraId="25431482" w14:textId="77777777" w:rsidTr="005B39C8">
        <w:tc>
          <w:tcPr>
            <w:tcW w:w="48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64F1E5A"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3</w:t>
            </w:r>
          </w:p>
        </w:tc>
        <w:tc>
          <w:tcPr>
            <w:tcW w:w="259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44C0EAD"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Гайка крепления амортизатора</w:t>
            </w:r>
          </w:p>
        </w:tc>
        <w:tc>
          <w:tcPr>
            <w:tcW w:w="192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4DBF497"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50,8 N/m</w:t>
            </w:r>
          </w:p>
        </w:tc>
      </w:tr>
      <w:tr w:rsidR="00B91483" w:rsidRPr="00BD24B4" w14:paraId="674791D5" w14:textId="77777777" w:rsidTr="005B39C8">
        <w:tc>
          <w:tcPr>
            <w:tcW w:w="48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97675ED"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4</w:t>
            </w:r>
          </w:p>
        </w:tc>
        <w:tc>
          <w:tcPr>
            <w:tcW w:w="259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096CF80"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Винт крепления карданного шарнира</w:t>
            </w:r>
          </w:p>
        </w:tc>
        <w:tc>
          <w:tcPr>
            <w:tcW w:w="192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4A34980"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25,3 N/m</w:t>
            </w:r>
          </w:p>
        </w:tc>
      </w:tr>
      <w:tr w:rsidR="00B91483" w:rsidRPr="00BD24B4" w14:paraId="47AF2DDD" w14:textId="77777777" w:rsidTr="005B39C8">
        <w:tc>
          <w:tcPr>
            <w:tcW w:w="48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FB28C85"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5</w:t>
            </w:r>
          </w:p>
        </w:tc>
        <w:tc>
          <w:tcPr>
            <w:tcW w:w="259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FC5929F"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Гайка крепления колесного диска</w:t>
            </w:r>
          </w:p>
        </w:tc>
        <w:tc>
          <w:tcPr>
            <w:tcW w:w="192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996C278"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75 N/m</w:t>
            </w:r>
          </w:p>
        </w:tc>
      </w:tr>
      <w:tr w:rsidR="00B91483" w:rsidRPr="00BD24B4" w14:paraId="2350EC03" w14:textId="77777777" w:rsidTr="005B39C8">
        <w:tc>
          <w:tcPr>
            <w:tcW w:w="48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67F60F0"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6</w:t>
            </w:r>
          </w:p>
        </w:tc>
        <w:tc>
          <w:tcPr>
            <w:tcW w:w="259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FB68F01"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Болт крепления руля к рулевому валу</w:t>
            </w:r>
          </w:p>
        </w:tc>
        <w:tc>
          <w:tcPr>
            <w:tcW w:w="192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99925EE"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5,5 N/m</w:t>
            </w:r>
          </w:p>
        </w:tc>
      </w:tr>
      <w:tr w:rsidR="00B91483" w:rsidRPr="00BD24B4" w14:paraId="5A591BC0" w14:textId="77777777" w:rsidTr="005B39C8">
        <w:tc>
          <w:tcPr>
            <w:tcW w:w="48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27AECAE"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7</w:t>
            </w:r>
          </w:p>
        </w:tc>
        <w:tc>
          <w:tcPr>
            <w:tcW w:w="259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0D6B4E3"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 xml:space="preserve">Гайки крепления подушек двигателя в сборе с </w:t>
            </w:r>
            <w:proofErr w:type="spellStart"/>
            <w:r w:rsidRPr="00BD24B4">
              <w:rPr>
                <w:rFonts w:eastAsia="Times New Roman" w:cs="Times New Roman"/>
                <w:szCs w:val="16"/>
                <w:lang w:val="ru-RU" w:eastAsia="ru-RU"/>
              </w:rPr>
              <w:t>кпп</w:t>
            </w:r>
            <w:proofErr w:type="spellEnd"/>
            <w:r w:rsidRPr="00BD24B4">
              <w:rPr>
                <w:rFonts w:eastAsia="Times New Roman" w:cs="Times New Roman"/>
                <w:szCs w:val="16"/>
                <w:lang w:val="ru-RU" w:eastAsia="ru-RU"/>
              </w:rPr>
              <w:t>.</w:t>
            </w:r>
          </w:p>
        </w:tc>
        <w:tc>
          <w:tcPr>
            <w:tcW w:w="192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7E65508"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25,3 N/m</w:t>
            </w:r>
          </w:p>
        </w:tc>
      </w:tr>
      <w:tr w:rsidR="00B91483" w:rsidRPr="00BD24B4" w14:paraId="13071D67" w14:textId="77777777" w:rsidTr="005B39C8">
        <w:tc>
          <w:tcPr>
            <w:tcW w:w="48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78A7ABB"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8</w:t>
            </w:r>
          </w:p>
        </w:tc>
        <w:tc>
          <w:tcPr>
            <w:tcW w:w="259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6931395"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Гайки крепления кронштейнов к двигателю</w:t>
            </w:r>
          </w:p>
        </w:tc>
        <w:tc>
          <w:tcPr>
            <w:tcW w:w="192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362DEB8"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45 N/m</w:t>
            </w:r>
          </w:p>
        </w:tc>
      </w:tr>
      <w:tr w:rsidR="00B91483" w:rsidRPr="00BD24B4" w14:paraId="4AD74669" w14:textId="77777777" w:rsidTr="005B39C8">
        <w:tc>
          <w:tcPr>
            <w:tcW w:w="48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2FFA2C1"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9</w:t>
            </w:r>
          </w:p>
        </w:tc>
        <w:tc>
          <w:tcPr>
            <w:tcW w:w="259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41391A3"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Болт крепления тормозного суппорта</w:t>
            </w:r>
          </w:p>
        </w:tc>
        <w:tc>
          <w:tcPr>
            <w:tcW w:w="192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DC71E04"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25,3 N/m</w:t>
            </w:r>
          </w:p>
        </w:tc>
      </w:tr>
      <w:tr w:rsidR="00B91483" w:rsidRPr="00BD24B4" w14:paraId="2F9D60F1" w14:textId="77777777" w:rsidTr="005B39C8">
        <w:tc>
          <w:tcPr>
            <w:tcW w:w="48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FB50482"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10</w:t>
            </w:r>
          </w:p>
        </w:tc>
        <w:tc>
          <w:tcPr>
            <w:tcW w:w="259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E7ACB51"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Гайки болтов крепления редукторов к раме</w:t>
            </w:r>
          </w:p>
        </w:tc>
        <w:tc>
          <w:tcPr>
            <w:tcW w:w="192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7D69EF7"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50,8 N/m</w:t>
            </w:r>
          </w:p>
        </w:tc>
      </w:tr>
      <w:tr w:rsidR="00B91483" w:rsidRPr="00BD24B4" w14:paraId="5771FF8A" w14:textId="77777777" w:rsidTr="005B39C8">
        <w:tc>
          <w:tcPr>
            <w:tcW w:w="48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39CD704"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11</w:t>
            </w:r>
          </w:p>
        </w:tc>
        <w:tc>
          <w:tcPr>
            <w:tcW w:w="259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2F189A5"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Гайки крепления привода ЭУР</w:t>
            </w:r>
          </w:p>
        </w:tc>
        <w:tc>
          <w:tcPr>
            <w:tcW w:w="192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73A6CF0"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45 N/m</w:t>
            </w:r>
          </w:p>
        </w:tc>
      </w:tr>
      <w:tr w:rsidR="00B91483" w:rsidRPr="00BD24B4" w14:paraId="0AF753FF" w14:textId="77777777" w:rsidTr="005B39C8">
        <w:tc>
          <w:tcPr>
            <w:tcW w:w="48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B652E7E"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12</w:t>
            </w:r>
          </w:p>
        </w:tc>
        <w:tc>
          <w:tcPr>
            <w:tcW w:w="259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3B57E0E"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Неуказанные выше гайки и винты М5</w:t>
            </w:r>
          </w:p>
        </w:tc>
        <w:tc>
          <w:tcPr>
            <w:tcW w:w="192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4B1903D"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4,56 N/m</w:t>
            </w:r>
          </w:p>
        </w:tc>
      </w:tr>
      <w:tr w:rsidR="00B91483" w:rsidRPr="00BD24B4" w14:paraId="66E04A37" w14:textId="77777777" w:rsidTr="005B39C8">
        <w:tc>
          <w:tcPr>
            <w:tcW w:w="48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D5E1D53"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13</w:t>
            </w:r>
          </w:p>
        </w:tc>
        <w:tc>
          <w:tcPr>
            <w:tcW w:w="259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E97E221"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Неуказанные выше гайки и винты М6</w:t>
            </w:r>
          </w:p>
        </w:tc>
        <w:tc>
          <w:tcPr>
            <w:tcW w:w="192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3CAD1D3"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7.85 N/m</w:t>
            </w:r>
          </w:p>
        </w:tc>
      </w:tr>
      <w:tr w:rsidR="00B91483" w:rsidRPr="00BD24B4" w14:paraId="386AA240" w14:textId="77777777" w:rsidTr="005B39C8">
        <w:tc>
          <w:tcPr>
            <w:tcW w:w="48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58C1385"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14</w:t>
            </w:r>
          </w:p>
        </w:tc>
        <w:tc>
          <w:tcPr>
            <w:tcW w:w="259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9D5B29B"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Неуказанные выше гайки и винты М8</w:t>
            </w:r>
          </w:p>
        </w:tc>
        <w:tc>
          <w:tcPr>
            <w:tcW w:w="192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6319D42"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19 N/m</w:t>
            </w:r>
          </w:p>
        </w:tc>
      </w:tr>
      <w:tr w:rsidR="00B91483" w:rsidRPr="00BD24B4" w14:paraId="5D870A20" w14:textId="77777777" w:rsidTr="005B39C8">
        <w:tc>
          <w:tcPr>
            <w:tcW w:w="48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DDF50B5"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15</w:t>
            </w:r>
          </w:p>
        </w:tc>
        <w:tc>
          <w:tcPr>
            <w:tcW w:w="259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B281954"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Неуказанные выше гайки и винты М10</w:t>
            </w:r>
          </w:p>
        </w:tc>
        <w:tc>
          <w:tcPr>
            <w:tcW w:w="192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C6082CF"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38,1 N/m</w:t>
            </w:r>
          </w:p>
        </w:tc>
      </w:tr>
      <w:tr w:rsidR="00B91483" w:rsidRPr="00BD24B4" w14:paraId="45EB5B6F" w14:textId="77777777" w:rsidTr="005B39C8">
        <w:tc>
          <w:tcPr>
            <w:tcW w:w="48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09C600B"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16</w:t>
            </w:r>
          </w:p>
        </w:tc>
        <w:tc>
          <w:tcPr>
            <w:tcW w:w="259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A1D477C"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Неуказанные выше гайки и винты М12</w:t>
            </w:r>
          </w:p>
        </w:tc>
        <w:tc>
          <w:tcPr>
            <w:tcW w:w="192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04C3072" w14:textId="77777777" w:rsidR="00B91483" w:rsidRPr="00BD24B4" w:rsidRDefault="00B91483" w:rsidP="00EC7471">
            <w:pPr>
              <w:jc w:val="center"/>
              <w:rPr>
                <w:rFonts w:eastAsia="Times New Roman" w:cs="Times New Roman"/>
                <w:szCs w:val="16"/>
                <w:lang w:val="ru-RU" w:eastAsia="ru-RU"/>
              </w:rPr>
            </w:pPr>
            <w:r w:rsidRPr="00BD24B4">
              <w:rPr>
                <w:rFonts w:eastAsia="Times New Roman" w:cs="Times New Roman"/>
                <w:szCs w:val="16"/>
                <w:lang w:val="ru-RU" w:eastAsia="ru-RU"/>
              </w:rPr>
              <w:t>65.1 N/m</w:t>
            </w:r>
          </w:p>
        </w:tc>
      </w:tr>
    </w:tbl>
    <w:p w14:paraId="1342F3D9" w14:textId="77777777" w:rsidR="00B91483" w:rsidRPr="00BD24B4" w:rsidRDefault="00B91483" w:rsidP="00A604C9">
      <w:pPr>
        <w:rPr>
          <w:rFonts w:cs="Times New Roman"/>
          <w:lang w:val="ru-RU"/>
        </w:rPr>
      </w:pPr>
    </w:p>
    <w:p w14:paraId="6746F2AD" w14:textId="66BBB01D" w:rsidR="00EC7471" w:rsidRPr="00BD24B4" w:rsidRDefault="00EC7471" w:rsidP="00A604C9">
      <w:pPr>
        <w:rPr>
          <w:rFonts w:cs="Times New Roman"/>
          <w:lang w:val="ru-RU"/>
        </w:rPr>
      </w:pPr>
    </w:p>
    <w:p w14:paraId="49603F4C" w14:textId="0C691CA1" w:rsidR="007B5890" w:rsidRPr="00BD24B4" w:rsidRDefault="007B5890" w:rsidP="00A604C9">
      <w:pPr>
        <w:rPr>
          <w:rFonts w:cs="Times New Roman"/>
          <w:lang w:val="ru-RU"/>
        </w:rPr>
      </w:pPr>
    </w:p>
    <w:p w14:paraId="377C140C" w14:textId="2E19D5BF" w:rsidR="007B5890" w:rsidRPr="00BD24B4" w:rsidRDefault="007B5890">
      <w:pPr>
        <w:spacing w:after="200" w:line="276" w:lineRule="auto"/>
        <w:rPr>
          <w:rFonts w:cs="Times New Roman"/>
          <w:lang w:val="ru-RU"/>
        </w:rPr>
      </w:pPr>
      <w:r w:rsidRPr="00BD24B4">
        <w:rPr>
          <w:rFonts w:cs="Times New Roman"/>
          <w:lang w:val="ru-RU"/>
        </w:rPr>
        <w:br w:type="page"/>
      </w:r>
    </w:p>
    <w:p w14:paraId="4A026D0F" w14:textId="77777777" w:rsidR="007B5890" w:rsidRPr="00044418" w:rsidRDefault="007B5890" w:rsidP="007B5890">
      <w:pPr>
        <w:spacing w:line="276" w:lineRule="auto"/>
        <w:jc w:val="center"/>
        <w:rPr>
          <w:rFonts w:ascii="Times New Roman" w:hAnsi="Times New Roman" w:cs="Times New Roman"/>
          <w:b/>
          <w:bCs/>
          <w:sz w:val="20"/>
          <w:szCs w:val="32"/>
        </w:rPr>
      </w:pPr>
      <w:proofErr w:type="spellStart"/>
      <w:r w:rsidRPr="00044418">
        <w:rPr>
          <w:rFonts w:ascii="Times New Roman" w:hAnsi="Times New Roman" w:cs="Times New Roman"/>
          <w:b/>
          <w:bCs/>
          <w:sz w:val="20"/>
          <w:szCs w:val="32"/>
        </w:rPr>
        <w:lastRenderedPageBreak/>
        <w:t>Условия</w:t>
      </w:r>
      <w:proofErr w:type="spellEnd"/>
      <w:r w:rsidRPr="00044418">
        <w:rPr>
          <w:rFonts w:ascii="Times New Roman" w:hAnsi="Times New Roman" w:cs="Times New Roman"/>
          <w:b/>
          <w:bCs/>
          <w:sz w:val="20"/>
          <w:szCs w:val="32"/>
        </w:rPr>
        <w:t xml:space="preserve"> </w:t>
      </w:r>
      <w:proofErr w:type="spellStart"/>
      <w:r w:rsidRPr="00044418">
        <w:rPr>
          <w:rFonts w:ascii="Times New Roman" w:hAnsi="Times New Roman" w:cs="Times New Roman"/>
          <w:b/>
          <w:bCs/>
          <w:sz w:val="20"/>
          <w:szCs w:val="32"/>
        </w:rPr>
        <w:t>гарантийного</w:t>
      </w:r>
      <w:proofErr w:type="spellEnd"/>
      <w:r w:rsidRPr="00044418">
        <w:rPr>
          <w:rFonts w:ascii="Times New Roman" w:hAnsi="Times New Roman" w:cs="Times New Roman"/>
          <w:b/>
          <w:bCs/>
          <w:sz w:val="20"/>
          <w:szCs w:val="32"/>
        </w:rPr>
        <w:t xml:space="preserve"> </w:t>
      </w:r>
      <w:proofErr w:type="spellStart"/>
      <w:r w:rsidRPr="00044418">
        <w:rPr>
          <w:rFonts w:ascii="Times New Roman" w:hAnsi="Times New Roman" w:cs="Times New Roman"/>
          <w:b/>
          <w:bCs/>
          <w:sz w:val="20"/>
          <w:szCs w:val="32"/>
        </w:rPr>
        <w:t>обслуживания</w:t>
      </w:r>
      <w:proofErr w:type="spellEnd"/>
      <w:r w:rsidRPr="00044418">
        <w:rPr>
          <w:rFonts w:ascii="Times New Roman" w:hAnsi="Times New Roman" w:cs="Times New Roman"/>
          <w:b/>
          <w:bCs/>
          <w:sz w:val="20"/>
          <w:szCs w:val="32"/>
        </w:rPr>
        <w:t>.</w:t>
      </w:r>
    </w:p>
    <w:p w14:paraId="5A1EB895" w14:textId="77777777" w:rsidR="007B5890" w:rsidRPr="00BD24B4" w:rsidRDefault="007B5890" w:rsidP="007B5890">
      <w:pPr>
        <w:spacing w:line="276" w:lineRule="auto"/>
        <w:jc w:val="both"/>
        <w:rPr>
          <w:rFonts w:ascii="Times New Roman" w:hAnsi="Times New Roman" w:cs="Times New Roman"/>
        </w:rPr>
      </w:pPr>
    </w:p>
    <w:p w14:paraId="679C07B0" w14:textId="77777777" w:rsidR="007B5890" w:rsidRPr="00BD24B4" w:rsidRDefault="007B5890" w:rsidP="007B5890">
      <w:pPr>
        <w:pStyle w:val="af"/>
        <w:widowControl w:val="0"/>
        <w:numPr>
          <w:ilvl w:val="0"/>
          <w:numId w:val="46"/>
        </w:numPr>
        <w:tabs>
          <w:tab w:val="left" w:pos="380"/>
          <w:tab w:val="left" w:pos="3570"/>
        </w:tabs>
        <w:spacing w:line="276" w:lineRule="auto"/>
        <w:jc w:val="both"/>
        <w:rPr>
          <w:rFonts w:cs="Times New Roman"/>
          <w:lang w:val="ru-RU"/>
        </w:rPr>
      </w:pPr>
      <w:r w:rsidRPr="00BD24B4">
        <w:rPr>
          <w:rFonts w:cs="Times New Roman"/>
          <w:lang w:val="ru-RU"/>
        </w:rPr>
        <w:t xml:space="preserve">Настоящая гарантия действительна при надлежащем оформлении гарантийного талона - правильном и четком указании наименования </w:t>
      </w:r>
      <w:proofErr w:type="spellStart"/>
      <w:r w:rsidRPr="00BD24B4">
        <w:rPr>
          <w:rFonts w:cs="Times New Roman"/>
          <w:lang w:val="ru-RU"/>
        </w:rPr>
        <w:t>квадрицикла</w:t>
      </w:r>
      <w:proofErr w:type="spellEnd"/>
      <w:r w:rsidRPr="00BD24B4">
        <w:rPr>
          <w:rFonts w:cs="Times New Roman"/>
          <w:lang w:val="ru-RU"/>
        </w:rPr>
        <w:t xml:space="preserve">, серийного номера его рамы и двигателя, даты покупки, а также подписи, печати продавца и </w:t>
      </w:r>
      <w:r w:rsidRPr="00BD24B4">
        <w:rPr>
          <w:rFonts w:cs="Times New Roman"/>
          <w:b/>
          <w:bCs/>
          <w:i/>
          <w:iCs/>
          <w:lang w:val="ru-RU"/>
        </w:rPr>
        <w:t>подписи покупателя</w:t>
      </w:r>
      <w:r w:rsidRPr="00BD24B4">
        <w:rPr>
          <w:rFonts w:cs="Times New Roman"/>
          <w:lang w:val="ru-RU"/>
        </w:rPr>
        <w:t>.</w:t>
      </w:r>
    </w:p>
    <w:p w14:paraId="67DFE9CA" w14:textId="77777777" w:rsidR="007B5890" w:rsidRPr="00BD24B4" w:rsidRDefault="007B5890" w:rsidP="007B5890">
      <w:pPr>
        <w:pStyle w:val="af"/>
        <w:widowControl w:val="0"/>
        <w:numPr>
          <w:ilvl w:val="0"/>
          <w:numId w:val="46"/>
        </w:numPr>
        <w:tabs>
          <w:tab w:val="left" w:pos="380"/>
          <w:tab w:val="left" w:pos="410"/>
          <w:tab w:val="left" w:pos="4605"/>
        </w:tabs>
        <w:spacing w:line="276" w:lineRule="auto"/>
        <w:jc w:val="both"/>
        <w:rPr>
          <w:rFonts w:cs="Times New Roman"/>
          <w:lang w:val="ru-RU"/>
        </w:rPr>
      </w:pPr>
      <w:r w:rsidRPr="00BD24B4">
        <w:rPr>
          <w:rFonts w:cs="Times New Roman"/>
          <w:lang w:val="ru-RU"/>
        </w:rPr>
        <w:t xml:space="preserve">Гарантийный ремонт </w:t>
      </w:r>
      <w:proofErr w:type="spellStart"/>
      <w:r w:rsidRPr="00BD24B4">
        <w:rPr>
          <w:rFonts w:cs="Times New Roman"/>
          <w:lang w:val="ru-RU"/>
        </w:rPr>
        <w:t>квадрицикла</w:t>
      </w:r>
      <w:proofErr w:type="spellEnd"/>
      <w:r w:rsidRPr="00BD24B4">
        <w:rPr>
          <w:rFonts w:cs="Times New Roman"/>
          <w:lang w:val="ru-RU"/>
        </w:rPr>
        <w:t xml:space="preserve"> осуществляется исключительно в течение гарантийного срока, указанного в настоящем гарантийном талоне только при условии проведения предпродажной подготовки в полном объеме.</w:t>
      </w:r>
    </w:p>
    <w:p w14:paraId="1418D815" w14:textId="77777777" w:rsidR="007B5890" w:rsidRPr="00BD24B4" w:rsidRDefault="007B5890" w:rsidP="007B5890">
      <w:pPr>
        <w:pStyle w:val="af"/>
        <w:widowControl w:val="0"/>
        <w:numPr>
          <w:ilvl w:val="0"/>
          <w:numId w:val="46"/>
        </w:numPr>
        <w:tabs>
          <w:tab w:val="left" w:pos="380"/>
        </w:tabs>
        <w:spacing w:line="276" w:lineRule="auto"/>
        <w:jc w:val="both"/>
        <w:rPr>
          <w:rFonts w:cs="Times New Roman"/>
          <w:lang w:val="ru-RU"/>
        </w:rPr>
      </w:pPr>
      <w:r w:rsidRPr="00BD24B4">
        <w:rPr>
          <w:rFonts w:cs="Times New Roman"/>
          <w:lang w:val="ru-RU"/>
        </w:rPr>
        <w:t xml:space="preserve">При выявлении недостатков </w:t>
      </w:r>
      <w:proofErr w:type="spellStart"/>
      <w:r w:rsidRPr="00BD24B4">
        <w:rPr>
          <w:rFonts w:cs="Times New Roman"/>
          <w:lang w:val="ru-RU"/>
        </w:rPr>
        <w:t>квадрицикла</w:t>
      </w:r>
      <w:proofErr w:type="spellEnd"/>
      <w:r w:rsidRPr="00BD24B4">
        <w:rPr>
          <w:rFonts w:cs="Times New Roman"/>
          <w:lang w:val="ru-RU"/>
        </w:rPr>
        <w:t xml:space="preserve"> покупатель обязан незамедлительно прекратить его эксплуатацию, приняв все доступные </w:t>
      </w:r>
      <w:proofErr w:type="gramStart"/>
      <w:r w:rsidRPr="00BD24B4">
        <w:rPr>
          <w:rFonts w:cs="Times New Roman"/>
          <w:lang w:val="ru-RU"/>
        </w:rPr>
        <w:t>меры, с тем, чтобы</w:t>
      </w:r>
      <w:proofErr w:type="gramEnd"/>
      <w:r w:rsidRPr="00BD24B4">
        <w:rPr>
          <w:rFonts w:cs="Times New Roman"/>
          <w:lang w:val="ru-RU"/>
        </w:rPr>
        <w:t xml:space="preserve"> исключить или максимально уменьшить дополнительный ущерб от возникшей неисправности.</w:t>
      </w:r>
    </w:p>
    <w:p w14:paraId="18264E1C" w14:textId="77777777" w:rsidR="007B5890" w:rsidRPr="00BD24B4" w:rsidRDefault="007B5890" w:rsidP="007B5890">
      <w:pPr>
        <w:pStyle w:val="af"/>
        <w:widowControl w:val="0"/>
        <w:numPr>
          <w:ilvl w:val="0"/>
          <w:numId w:val="46"/>
        </w:numPr>
        <w:tabs>
          <w:tab w:val="left" w:pos="380"/>
        </w:tabs>
        <w:spacing w:line="276" w:lineRule="auto"/>
        <w:jc w:val="both"/>
        <w:rPr>
          <w:rFonts w:cs="Times New Roman"/>
          <w:lang w:val="ru-RU"/>
        </w:rPr>
      </w:pPr>
      <w:r w:rsidRPr="00BD24B4">
        <w:rPr>
          <w:rFonts w:cs="Times New Roman"/>
          <w:b/>
          <w:bCs/>
          <w:lang w:val="ru-RU"/>
        </w:rPr>
        <w:t>Гарантийные обязательства не распространяются на</w:t>
      </w:r>
      <w:r w:rsidRPr="00BD24B4">
        <w:rPr>
          <w:rFonts w:cs="Times New Roman"/>
          <w:lang w:val="ru-RU"/>
        </w:rPr>
        <w:t>:</w:t>
      </w:r>
    </w:p>
    <w:p w14:paraId="108F4FA8" w14:textId="77777777" w:rsidR="007B5890" w:rsidRPr="00BD24B4" w:rsidRDefault="007B5890" w:rsidP="007B5890">
      <w:pPr>
        <w:pStyle w:val="af"/>
        <w:widowControl w:val="0"/>
        <w:numPr>
          <w:ilvl w:val="1"/>
          <w:numId w:val="46"/>
        </w:numPr>
        <w:tabs>
          <w:tab w:val="left" w:pos="851"/>
        </w:tabs>
        <w:spacing w:line="276" w:lineRule="auto"/>
        <w:ind w:left="851" w:hanging="491"/>
        <w:jc w:val="both"/>
        <w:rPr>
          <w:rFonts w:cs="Times New Roman"/>
          <w:lang w:val="ru-RU"/>
        </w:rPr>
      </w:pPr>
      <w:proofErr w:type="spellStart"/>
      <w:r w:rsidRPr="00BD24B4">
        <w:rPr>
          <w:rFonts w:cs="Times New Roman"/>
        </w:rPr>
        <w:t>Расходные</w:t>
      </w:r>
      <w:proofErr w:type="spellEnd"/>
      <w:r w:rsidRPr="00BD24B4">
        <w:rPr>
          <w:rFonts w:cs="Times New Roman"/>
        </w:rPr>
        <w:t xml:space="preserve"> </w:t>
      </w:r>
      <w:proofErr w:type="spellStart"/>
      <w:r w:rsidRPr="00BD24B4">
        <w:rPr>
          <w:rFonts w:cs="Times New Roman"/>
        </w:rPr>
        <w:t>детали</w:t>
      </w:r>
      <w:proofErr w:type="spellEnd"/>
      <w:r w:rsidRPr="00BD24B4">
        <w:rPr>
          <w:rFonts w:cs="Times New Roman"/>
        </w:rPr>
        <w:t xml:space="preserve"> и </w:t>
      </w:r>
      <w:proofErr w:type="spellStart"/>
      <w:r w:rsidRPr="00BD24B4">
        <w:rPr>
          <w:rFonts w:cs="Times New Roman"/>
        </w:rPr>
        <w:t>материалы</w:t>
      </w:r>
      <w:proofErr w:type="spellEnd"/>
      <w:r w:rsidRPr="00BD24B4">
        <w:rPr>
          <w:rFonts w:cs="Times New Roman"/>
        </w:rPr>
        <w:t>:</w:t>
      </w:r>
    </w:p>
    <w:p w14:paraId="64EF9E72"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rPr>
      </w:pPr>
      <w:proofErr w:type="spellStart"/>
      <w:r w:rsidRPr="00BD24B4">
        <w:rPr>
          <w:rFonts w:cs="Times New Roman"/>
        </w:rPr>
        <w:t>Сколы</w:t>
      </w:r>
      <w:proofErr w:type="spellEnd"/>
      <w:r w:rsidRPr="00BD24B4">
        <w:rPr>
          <w:rFonts w:cs="Times New Roman"/>
        </w:rPr>
        <w:t xml:space="preserve">, </w:t>
      </w:r>
      <w:proofErr w:type="spellStart"/>
      <w:r w:rsidRPr="00BD24B4">
        <w:rPr>
          <w:rFonts w:cs="Times New Roman"/>
        </w:rPr>
        <w:t>трещины</w:t>
      </w:r>
      <w:proofErr w:type="spellEnd"/>
      <w:r w:rsidRPr="00BD24B4">
        <w:rPr>
          <w:rFonts w:cs="Times New Roman"/>
        </w:rPr>
        <w:t xml:space="preserve">, </w:t>
      </w:r>
      <w:proofErr w:type="spellStart"/>
      <w:r w:rsidRPr="00BD24B4">
        <w:rPr>
          <w:rFonts w:cs="Times New Roman"/>
        </w:rPr>
        <w:t>абразивный</w:t>
      </w:r>
      <w:proofErr w:type="spellEnd"/>
      <w:r w:rsidRPr="00BD24B4">
        <w:rPr>
          <w:rFonts w:cs="Times New Roman"/>
        </w:rPr>
        <w:t xml:space="preserve"> </w:t>
      </w:r>
      <w:proofErr w:type="spellStart"/>
      <w:r w:rsidRPr="00BD24B4">
        <w:rPr>
          <w:rFonts w:cs="Times New Roman"/>
        </w:rPr>
        <w:t>износ</w:t>
      </w:r>
      <w:proofErr w:type="spellEnd"/>
      <w:r w:rsidRPr="00BD24B4">
        <w:rPr>
          <w:rFonts w:cs="Times New Roman"/>
        </w:rPr>
        <w:t>.</w:t>
      </w:r>
    </w:p>
    <w:p w14:paraId="579E6104"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lang w:val="ru-RU"/>
        </w:rPr>
      </w:pPr>
      <w:r w:rsidRPr="00BD24B4">
        <w:rPr>
          <w:rFonts w:cs="Times New Roman"/>
          <w:lang w:val="ru-RU"/>
        </w:rPr>
        <w:t>Внешние повреждения оптики фар, запотевания стекол.</w:t>
      </w:r>
    </w:p>
    <w:p w14:paraId="71FCBBFA"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lang w:val="ru-RU"/>
        </w:rPr>
      </w:pPr>
      <w:r w:rsidRPr="00BD24B4">
        <w:rPr>
          <w:rFonts w:cs="Times New Roman"/>
          <w:lang w:val="ru-RU"/>
        </w:rPr>
        <w:t>Электрические лампочки, за исключением светодиодной оптики.</w:t>
      </w:r>
    </w:p>
    <w:p w14:paraId="07C46ABF"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lang w:val="ru-RU"/>
        </w:rPr>
      </w:pPr>
      <w:r w:rsidRPr="00BD24B4">
        <w:rPr>
          <w:rFonts w:cs="Times New Roman"/>
          <w:lang w:val="ru-RU"/>
        </w:rPr>
        <w:t>Аккумуляторные батареи на технике с пробегом.</w:t>
      </w:r>
    </w:p>
    <w:p w14:paraId="153FDDDB"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rPr>
      </w:pPr>
      <w:proofErr w:type="spellStart"/>
      <w:r w:rsidRPr="00BD24B4">
        <w:rPr>
          <w:rFonts w:cs="Times New Roman"/>
        </w:rPr>
        <w:t>Предохранители</w:t>
      </w:r>
      <w:proofErr w:type="spellEnd"/>
      <w:r w:rsidRPr="00BD24B4">
        <w:rPr>
          <w:rFonts w:cs="Times New Roman"/>
        </w:rPr>
        <w:t>.</w:t>
      </w:r>
    </w:p>
    <w:p w14:paraId="4E2EE470"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rPr>
      </w:pPr>
      <w:proofErr w:type="spellStart"/>
      <w:r w:rsidRPr="00BD24B4">
        <w:rPr>
          <w:rFonts w:cs="Times New Roman"/>
        </w:rPr>
        <w:t>Покрышки</w:t>
      </w:r>
      <w:proofErr w:type="spellEnd"/>
      <w:r w:rsidRPr="00BD24B4">
        <w:rPr>
          <w:rFonts w:cs="Times New Roman"/>
        </w:rPr>
        <w:t xml:space="preserve">, </w:t>
      </w:r>
      <w:proofErr w:type="spellStart"/>
      <w:r w:rsidRPr="00BD24B4">
        <w:rPr>
          <w:rFonts w:cs="Times New Roman"/>
        </w:rPr>
        <w:t>камеры</w:t>
      </w:r>
      <w:proofErr w:type="spellEnd"/>
      <w:r w:rsidRPr="00BD24B4">
        <w:rPr>
          <w:rFonts w:cs="Times New Roman"/>
        </w:rPr>
        <w:t>.</w:t>
      </w:r>
    </w:p>
    <w:p w14:paraId="77FE7A45"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lang w:val="ru-RU"/>
        </w:rPr>
      </w:pPr>
      <w:r w:rsidRPr="00BD24B4">
        <w:rPr>
          <w:rFonts w:cs="Times New Roman"/>
          <w:lang w:val="ru-RU"/>
        </w:rPr>
        <w:t>Пластиковые элементы (изделия) на технике с пробегом.</w:t>
      </w:r>
    </w:p>
    <w:p w14:paraId="78A5A43F"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lang w:val="ru-RU"/>
        </w:rPr>
      </w:pPr>
      <w:r w:rsidRPr="00BD24B4">
        <w:rPr>
          <w:rFonts w:cs="Times New Roman"/>
          <w:lang w:val="ru-RU"/>
        </w:rPr>
        <w:t xml:space="preserve">Лакокрасочные покрытия (технология </w:t>
      </w:r>
      <w:proofErr w:type="spellStart"/>
      <w:r w:rsidRPr="00BD24B4">
        <w:rPr>
          <w:rFonts w:cs="Times New Roman"/>
          <w:lang w:val="ru-RU"/>
        </w:rPr>
        <w:t>аквапринт</w:t>
      </w:r>
      <w:proofErr w:type="spellEnd"/>
      <w:r w:rsidRPr="00BD24B4">
        <w:rPr>
          <w:rFonts w:cs="Times New Roman"/>
          <w:lang w:val="ru-RU"/>
        </w:rPr>
        <w:t>) на технике, после 12 месяцев с момента покупки техники.</w:t>
      </w:r>
    </w:p>
    <w:p w14:paraId="059AF668"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lang w:val="ru-RU"/>
        </w:rPr>
      </w:pPr>
      <w:r w:rsidRPr="00BD24B4">
        <w:rPr>
          <w:rFonts w:cs="Times New Roman"/>
          <w:lang w:val="ru-RU"/>
        </w:rPr>
        <w:t>Фильтры (фильтрующие элементы) масляные, топливные, воздушные.</w:t>
      </w:r>
    </w:p>
    <w:p w14:paraId="24EBAE74"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lang w:val="ru-RU"/>
        </w:rPr>
      </w:pPr>
      <w:r w:rsidRPr="00BD24B4">
        <w:rPr>
          <w:rFonts w:cs="Times New Roman"/>
          <w:lang w:val="ru-RU"/>
        </w:rPr>
        <w:t>Свечи зажигания и Лямбда-зонд (А-зонд).</w:t>
      </w:r>
    </w:p>
    <w:p w14:paraId="0090543D"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rPr>
      </w:pPr>
      <w:proofErr w:type="spellStart"/>
      <w:r w:rsidRPr="00BD24B4">
        <w:rPr>
          <w:rFonts w:cs="Times New Roman"/>
        </w:rPr>
        <w:t>Тормозные</w:t>
      </w:r>
      <w:proofErr w:type="spellEnd"/>
      <w:r w:rsidRPr="00BD24B4">
        <w:rPr>
          <w:rFonts w:cs="Times New Roman"/>
        </w:rPr>
        <w:t xml:space="preserve"> </w:t>
      </w:r>
      <w:proofErr w:type="spellStart"/>
      <w:r w:rsidRPr="00BD24B4">
        <w:rPr>
          <w:rFonts w:cs="Times New Roman"/>
        </w:rPr>
        <w:t>колодки</w:t>
      </w:r>
      <w:proofErr w:type="spellEnd"/>
      <w:r w:rsidRPr="00BD24B4">
        <w:rPr>
          <w:rFonts w:cs="Times New Roman"/>
        </w:rPr>
        <w:t xml:space="preserve"> и </w:t>
      </w:r>
      <w:proofErr w:type="spellStart"/>
      <w:r w:rsidRPr="00BD24B4">
        <w:rPr>
          <w:rFonts w:cs="Times New Roman"/>
        </w:rPr>
        <w:t>диски</w:t>
      </w:r>
      <w:proofErr w:type="spellEnd"/>
      <w:r w:rsidRPr="00BD24B4">
        <w:rPr>
          <w:rFonts w:cs="Times New Roman"/>
        </w:rPr>
        <w:t>.</w:t>
      </w:r>
    </w:p>
    <w:p w14:paraId="3BFC4F33"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rPr>
      </w:pPr>
      <w:proofErr w:type="spellStart"/>
      <w:r w:rsidRPr="00BD24B4">
        <w:rPr>
          <w:rFonts w:cs="Times New Roman"/>
        </w:rPr>
        <w:t>Ремни</w:t>
      </w:r>
      <w:proofErr w:type="spellEnd"/>
      <w:r w:rsidRPr="00BD24B4">
        <w:rPr>
          <w:rFonts w:cs="Times New Roman"/>
        </w:rPr>
        <w:t xml:space="preserve"> </w:t>
      </w:r>
      <w:proofErr w:type="spellStart"/>
      <w:r w:rsidRPr="00BD24B4">
        <w:rPr>
          <w:rFonts w:cs="Times New Roman"/>
        </w:rPr>
        <w:t>вариатора</w:t>
      </w:r>
      <w:proofErr w:type="spellEnd"/>
      <w:r w:rsidRPr="00BD24B4">
        <w:rPr>
          <w:rFonts w:cs="Times New Roman"/>
        </w:rPr>
        <w:t>.</w:t>
      </w:r>
    </w:p>
    <w:p w14:paraId="5977235B"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lang w:val="ru-RU"/>
        </w:rPr>
      </w:pPr>
      <w:r w:rsidRPr="00BD24B4">
        <w:rPr>
          <w:rFonts w:cs="Times New Roman"/>
          <w:lang w:val="ru-RU"/>
        </w:rPr>
        <w:t>Грузики (ролики) вариатора. Барабан сцепления и муфта сцепления.</w:t>
      </w:r>
    </w:p>
    <w:p w14:paraId="4A943878"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rPr>
      </w:pPr>
      <w:proofErr w:type="spellStart"/>
      <w:r w:rsidRPr="00BD24B4">
        <w:rPr>
          <w:rFonts w:cs="Times New Roman"/>
        </w:rPr>
        <w:t>Троса</w:t>
      </w:r>
      <w:proofErr w:type="spellEnd"/>
      <w:r w:rsidRPr="00BD24B4">
        <w:rPr>
          <w:rFonts w:cs="Times New Roman"/>
        </w:rPr>
        <w:t xml:space="preserve"> </w:t>
      </w:r>
      <w:proofErr w:type="spellStart"/>
      <w:r w:rsidRPr="00BD24B4">
        <w:rPr>
          <w:rFonts w:cs="Times New Roman"/>
        </w:rPr>
        <w:t>управления</w:t>
      </w:r>
      <w:proofErr w:type="spellEnd"/>
      <w:r w:rsidRPr="00BD24B4">
        <w:rPr>
          <w:rFonts w:cs="Times New Roman"/>
        </w:rPr>
        <w:t>.</w:t>
      </w:r>
    </w:p>
    <w:p w14:paraId="33472857"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lang w:val="ru-RU"/>
        </w:rPr>
      </w:pPr>
      <w:r w:rsidRPr="00BD24B4">
        <w:rPr>
          <w:rFonts w:cs="Times New Roman"/>
          <w:lang w:val="ru-RU"/>
        </w:rPr>
        <w:t>Лебедки, соленоид управления лебедкой, пульт управления лебедкой.</w:t>
      </w:r>
    </w:p>
    <w:p w14:paraId="4BE355CA"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lang w:val="ru-RU"/>
        </w:rPr>
      </w:pPr>
      <w:r w:rsidRPr="00BD24B4">
        <w:rPr>
          <w:rFonts w:cs="Times New Roman"/>
          <w:lang w:val="ru-RU"/>
        </w:rPr>
        <w:t>Зеркала заднего вида на технике с пробегом.</w:t>
      </w:r>
    </w:p>
    <w:p w14:paraId="6B5F0B75"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lang w:val="ru-RU"/>
        </w:rPr>
      </w:pPr>
      <w:r w:rsidRPr="00BD24B4">
        <w:rPr>
          <w:rFonts w:cs="Times New Roman"/>
          <w:lang w:val="ru-RU"/>
        </w:rPr>
        <w:t xml:space="preserve">Амортизаторы, шаровые опоры, подшипники ступиц и рулевого вала, втулки ступицы, рулевые наконечники, стабилизатор и стойки стабилизатора, карданные валы, </w:t>
      </w:r>
      <w:proofErr w:type="spellStart"/>
      <w:r w:rsidRPr="00BD24B4">
        <w:rPr>
          <w:rFonts w:cs="Times New Roman"/>
          <w:lang w:val="ru-RU"/>
        </w:rPr>
        <w:t>ШРУСы</w:t>
      </w:r>
      <w:proofErr w:type="spellEnd"/>
      <w:r w:rsidRPr="00BD24B4">
        <w:rPr>
          <w:rFonts w:cs="Times New Roman"/>
          <w:lang w:val="ru-RU"/>
        </w:rPr>
        <w:t>, на технике после 12 месяцев использования, без ограничения пробега.</w:t>
      </w:r>
    </w:p>
    <w:p w14:paraId="384788FB"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rPr>
      </w:pPr>
      <w:proofErr w:type="spellStart"/>
      <w:r w:rsidRPr="00BD24B4">
        <w:rPr>
          <w:rFonts w:cs="Times New Roman"/>
        </w:rPr>
        <w:t>Эксплуатационные</w:t>
      </w:r>
      <w:proofErr w:type="spellEnd"/>
      <w:r w:rsidRPr="00BD24B4">
        <w:rPr>
          <w:rFonts w:cs="Times New Roman"/>
        </w:rPr>
        <w:t xml:space="preserve"> </w:t>
      </w:r>
      <w:proofErr w:type="spellStart"/>
      <w:r w:rsidRPr="00BD24B4">
        <w:rPr>
          <w:rFonts w:cs="Times New Roman"/>
        </w:rPr>
        <w:t>жидкости</w:t>
      </w:r>
      <w:proofErr w:type="spellEnd"/>
      <w:r w:rsidRPr="00BD24B4">
        <w:rPr>
          <w:rFonts w:cs="Times New Roman"/>
        </w:rPr>
        <w:t>.</w:t>
      </w:r>
    </w:p>
    <w:p w14:paraId="2B5EDA3B"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lang w:val="ru-RU"/>
        </w:rPr>
      </w:pPr>
      <w:r w:rsidRPr="00BD24B4">
        <w:rPr>
          <w:rFonts w:cs="Times New Roman"/>
          <w:lang w:val="ru-RU"/>
        </w:rPr>
        <w:t>Резинотехнические изделия, подверженные естественному износу (</w:t>
      </w:r>
      <w:proofErr w:type="spellStart"/>
      <w:r w:rsidRPr="00BD24B4">
        <w:rPr>
          <w:rFonts w:cs="Times New Roman"/>
          <w:lang w:val="ru-RU"/>
        </w:rPr>
        <w:t>сайлентблоки</w:t>
      </w:r>
      <w:proofErr w:type="spellEnd"/>
      <w:r w:rsidRPr="00BD24B4">
        <w:rPr>
          <w:rFonts w:cs="Times New Roman"/>
          <w:lang w:val="ru-RU"/>
        </w:rPr>
        <w:t xml:space="preserve">, подушки, пыльники </w:t>
      </w:r>
      <w:proofErr w:type="spellStart"/>
      <w:r w:rsidRPr="00BD24B4">
        <w:rPr>
          <w:rFonts w:cs="Times New Roman"/>
          <w:lang w:val="ru-RU"/>
        </w:rPr>
        <w:t>ШРУсов</w:t>
      </w:r>
      <w:proofErr w:type="spellEnd"/>
      <w:r w:rsidRPr="00BD24B4">
        <w:rPr>
          <w:rFonts w:cs="Times New Roman"/>
          <w:lang w:val="ru-RU"/>
        </w:rPr>
        <w:t>, накладки, чехлы сидений)</w:t>
      </w:r>
    </w:p>
    <w:p w14:paraId="70E6C320"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rPr>
      </w:pPr>
      <w:proofErr w:type="spellStart"/>
      <w:r w:rsidRPr="00BD24B4">
        <w:rPr>
          <w:rFonts w:cs="Times New Roman"/>
        </w:rPr>
        <w:t>Шланги</w:t>
      </w:r>
      <w:proofErr w:type="spellEnd"/>
      <w:r w:rsidRPr="00BD24B4">
        <w:rPr>
          <w:rFonts w:cs="Times New Roman"/>
        </w:rPr>
        <w:t xml:space="preserve">, </w:t>
      </w:r>
      <w:proofErr w:type="spellStart"/>
      <w:r w:rsidRPr="00BD24B4">
        <w:rPr>
          <w:rFonts w:cs="Times New Roman"/>
        </w:rPr>
        <w:t>патрубки</w:t>
      </w:r>
      <w:proofErr w:type="spellEnd"/>
    </w:p>
    <w:p w14:paraId="5FD89D95"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lang w:val="ru-RU"/>
        </w:rPr>
      </w:pPr>
      <w:r w:rsidRPr="00BD24B4">
        <w:rPr>
          <w:rFonts w:cs="Times New Roman"/>
          <w:lang w:val="ru-RU"/>
        </w:rPr>
        <w:t>Изменение внешнего вида под воздействием окружающей среды.</w:t>
      </w:r>
    </w:p>
    <w:p w14:paraId="142239D1"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lang w:val="ru-RU"/>
        </w:rPr>
      </w:pPr>
      <w:r w:rsidRPr="00BD24B4">
        <w:rPr>
          <w:rFonts w:cs="Times New Roman"/>
          <w:lang w:val="ru-RU"/>
        </w:rPr>
        <w:t>Слабые посторонние звуки, шум, вибрация, которые не влияют на характеристики и работоспособность мототехники</w:t>
      </w:r>
    </w:p>
    <w:p w14:paraId="0010D4DB"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lang w:val="ru-RU"/>
        </w:rPr>
      </w:pPr>
      <w:r w:rsidRPr="00BD24B4">
        <w:rPr>
          <w:rFonts w:cs="Times New Roman"/>
          <w:lang w:val="ru-RU"/>
        </w:rPr>
        <w:t>Образование масляных пятен в районе сальников и уплотнении, не влияющие, на расход масла.</w:t>
      </w:r>
    </w:p>
    <w:p w14:paraId="20C28571"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lang w:val="ru-RU"/>
        </w:rPr>
      </w:pPr>
      <w:r w:rsidRPr="00BD24B4">
        <w:rPr>
          <w:rFonts w:cs="Times New Roman"/>
          <w:lang w:val="ru-RU"/>
        </w:rPr>
        <w:t xml:space="preserve">Ущерб в результате неполноте или несоответствующего обслуживания (например, пренебрежение ежедневным </w:t>
      </w:r>
      <w:proofErr w:type="gramStart"/>
      <w:r w:rsidRPr="00BD24B4">
        <w:rPr>
          <w:rFonts w:cs="Times New Roman"/>
          <w:lang w:val="ru-RU"/>
        </w:rPr>
        <w:t>или  периодическим</w:t>
      </w:r>
      <w:proofErr w:type="gramEnd"/>
      <w:r w:rsidRPr="00BD24B4">
        <w:rPr>
          <w:rFonts w:cs="Times New Roman"/>
          <w:lang w:val="ru-RU"/>
        </w:rPr>
        <w:t xml:space="preserve"> осмотром, невыполнением планового технического обслуживания или значительный пробег между плановыми ТО.)</w:t>
      </w:r>
    </w:p>
    <w:p w14:paraId="6185F626"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lang w:val="ru-RU"/>
        </w:rPr>
      </w:pPr>
      <w:r w:rsidRPr="00BD24B4">
        <w:rPr>
          <w:rFonts w:cs="Times New Roman"/>
          <w:lang w:val="ru-RU"/>
        </w:rPr>
        <w:t>Повреждение мототехники в результате дорожно-транспортного происшествия, неосторожности, пренебрежительного обращения с мототехникой, использования ее в гонках, ралли и т.п.</w:t>
      </w:r>
    </w:p>
    <w:p w14:paraId="6B40FCD3"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lang w:val="ru-RU"/>
        </w:rPr>
      </w:pPr>
      <w:r w:rsidRPr="00BD24B4">
        <w:rPr>
          <w:rFonts w:cs="Times New Roman"/>
          <w:lang w:val="ru-RU"/>
        </w:rPr>
        <w:t xml:space="preserve">Повреждение мототехники в результате : движения мототехники при недостатке </w:t>
      </w:r>
      <w:proofErr w:type="spellStart"/>
      <w:r w:rsidRPr="00BD24B4">
        <w:rPr>
          <w:rFonts w:cs="Times New Roman"/>
          <w:lang w:val="ru-RU"/>
        </w:rPr>
        <w:t>эксплуатационых</w:t>
      </w:r>
      <w:proofErr w:type="spellEnd"/>
      <w:r w:rsidRPr="00BD24B4">
        <w:rPr>
          <w:rFonts w:cs="Times New Roman"/>
          <w:lang w:val="ru-RU"/>
        </w:rPr>
        <w:t xml:space="preserve"> материалов (например, тормозной или охлаждающей жидкости, масла или смазки) в связи с несвоевременным обнаружением утечки или повышенного расхода, либо недостаточного контроля за показаниями измерительных приборов ( в т.ч. перегрев </w:t>
      </w:r>
      <w:r w:rsidRPr="00BD24B4">
        <w:rPr>
          <w:rFonts w:cs="Times New Roman"/>
          <w:lang w:val="ru-RU"/>
        </w:rPr>
        <w:lastRenderedPageBreak/>
        <w:t>двигателя) либо в результате применения не рекомендованных эксплуатационных материалов или не качественного топлива.</w:t>
      </w:r>
    </w:p>
    <w:p w14:paraId="37300F82" w14:textId="77777777" w:rsidR="007B5890" w:rsidRPr="00BD24B4" w:rsidRDefault="007B5890" w:rsidP="007B5890">
      <w:pPr>
        <w:pStyle w:val="af"/>
        <w:widowControl w:val="0"/>
        <w:numPr>
          <w:ilvl w:val="1"/>
          <w:numId w:val="46"/>
        </w:numPr>
        <w:tabs>
          <w:tab w:val="left" w:pos="851"/>
        </w:tabs>
        <w:spacing w:line="276" w:lineRule="auto"/>
        <w:ind w:left="851" w:hanging="491"/>
        <w:jc w:val="both"/>
        <w:rPr>
          <w:rFonts w:cs="Times New Roman"/>
        </w:rPr>
      </w:pPr>
      <w:proofErr w:type="spellStart"/>
      <w:r w:rsidRPr="00BD24B4">
        <w:rPr>
          <w:rFonts w:cs="Times New Roman"/>
        </w:rPr>
        <w:t>Регулировочные</w:t>
      </w:r>
      <w:proofErr w:type="spellEnd"/>
      <w:r w:rsidRPr="00BD24B4">
        <w:rPr>
          <w:rFonts w:cs="Times New Roman"/>
        </w:rPr>
        <w:t xml:space="preserve"> </w:t>
      </w:r>
      <w:proofErr w:type="spellStart"/>
      <w:r w:rsidRPr="00BD24B4">
        <w:rPr>
          <w:rFonts w:cs="Times New Roman"/>
        </w:rPr>
        <w:t>работы</w:t>
      </w:r>
      <w:proofErr w:type="spellEnd"/>
      <w:r w:rsidRPr="00BD24B4">
        <w:rPr>
          <w:rFonts w:cs="Times New Roman"/>
        </w:rPr>
        <w:t>:</w:t>
      </w:r>
    </w:p>
    <w:p w14:paraId="49CFB495"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rPr>
      </w:pPr>
      <w:proofErr w:type="spellStart"/>
      <w:r w:rsidRPr="00BD24B4">
        <w:rPr>
          <w:rFonts w:cs="Times New Roman"/>
        </w:rPr>
        <w:t>Регулировка</w:t>
      </w:r>
      <w:proofErr w:type="spellEnd"/>
      <w:r w:rsidRPr="00BD24B4">
        <w:rPr>
          <w:rFonts w:cs="Times New Roman"/>
        </w:rPr>
        <w:t xml:space="preserve"> </w:t>
      </w:r>
      <w:proofErr w:type="spellStart"/>
      <w:r w:rsidRPr="00BD24B4">
        <w:rPr>
          <w:rFonts w:cs="Times New Roman"/>
        </w:rPr>
        <w:t>зазоров</w:t>
      </w:r>
      <w:proofErr w:type="spellEnd"/>
      <w:r w:rsidRPr="00BD24B4">
        <w:rPr>
          <w:rFonts w:cs="Times New Roman"/>
        </w:rPr>
        <w:t xml:space="preserve"> в </w:t>
      </w:r>
      <w:proofErr w:type="spellStart"/>
      <w:r w:rsidRPr="00BD24B4">
        <w:rPr>
          <w:rFonts w:cs="Times New Roman"/>
        </w:rPr>
        <w:t>клапанах</w:t>
      </w:r>
      <w:proofErr w:type="spellEnd"/>
      <w:r w:rsidRPr="00BD24B4">
        <w:rPr>
          <w:rFonts w:cs="Times New Roman"/>
        </w:rPr>
        <w:t>.</w:t>
      </w:r>
    </w:p>
    <w:p w14:paraId="404FA779"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rPr>
      </w:pPr>
      <w:proofErr w:type="spellStart"/>
      <w:r w:rsidRPr="00BD24B4">
        <w:rPr>
          <w:rFonts w:cs="Times New Roman"/>
        </w:rPr>
        <w:t>Балансировка</w:t>
      </w:r>
      <w:proofErr w:type="spellEnd"/>
      <w:r w:rsidRPr="00BD24B4">
        <w:rPr>
          <w:rFonts w:cs="Times New Roman"/>
        </w:rPr>
        <w:t xml:space="preserve"> </w:t>
      </w:r>
      <w:proofErr w:type="spellStart"/>
      <w:r w:rsidRPr="00BD24B4">
        <w:rPr>
          <w:rFonts w:cs="Times New Roman"/>
        </w:rPr>
        <w:t>колес</w:t>
      </w:r>
      <w:proofErr w:type="spellEnd"/>
      <w:r w:rsidRPr="00BD24B4">
        <w:rPr>
          <w:rFonts w:cs="Times New Roman"/>
        </w:rPr>
        <w:t>.</w:t>
      </w:r>
    </w:p>
    <w:p w14:paraId="4AD8A3A6"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rPr>
      </w:pPr>
      <w:proofErr w:type="spellStart"/>
      <w:r w:rsidRPr="00BD24B4">
        <w:rPr>
          <w:rFonts w:cs="Times New Roman"/>
        </w:rPr>
        <w:t>Регулировка</w:t>
      </w:r>
      <w:proofErr w:type="spellEnd"/>
      <w:r w:rsidRPr="00BD24B4">
        <w:rPr>
          <w:rFonts w:cs="Times New Roman"/>
        </w:rPr>
        <w:t xml:space="preserve"> </w:t>
      </w:r>
      <w:proofErr w:type="spellStart"/>
      <w:r w:rsidRPr="00BD24B4">
        <w:rPr>
          <w:rFonts w:cs="Times New Roman"/>
        </w:rPr>
        <w:t>рулевого</w:t>
      </w:r>
      <w:proofErr w:type="spellEnd"/>
      <w:r w:rsidRPr="00BD24B4">
        <w:rPr>
          <w:rFonts w:cs="Times New Roman"/>
        </w:rPr>
        <w:t xml:space="preserve"> </w:t>
      </w:r>
      <w:proofErr w:type="spellStart"/>
      <w:r w:rsidRPr="00BD24B4">
        <w:rPr>
          <w:rFonts w:cs="Times New Roman"/>
        </w:rPr>
        <w:t>управления</w:t>
      </w:r>
      <w:proofErr w:type="spellEnd"/>
      <w:r w:rsidRPr="00BD24B4">
        <w:rPr>
          <w:rFonts w:cs="Times New Roman"/>
        </w:rPr>
        <w:t>.</w:t>
      </w:r>
    </w:p>
    <w:p w14:paraId="740AF736"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rPr>
      </w:pPr>
      <w:proofErr w:type="spellStart"/>
      <w:r w:rsidRPr="00BD24B4">
        <w:rPr>
          <w:rFonts w:cs="Times New Roman"/>
        </w:rPr>
        <w:t>Прокачка</w:t>
      </w:r>
      <w:proofErr w:type="spellEnd"/>
      <w:r w:rsidRPr="00BD24B4">
        <w:rPr>
          <w:rFonts w:cs="Times New Roman"/>
        </w:rPr>
        <w:t xml:space="preserve"> </w:t>
      </w:r>
      <w:proofErr w:type="spellStart"/>
      <w:r w:rsidRPr="00BD24B4">
        <w:rPr>
          <w:rFonts w:cs="Times New Roman"/>
        </w:rPr>
        <w:t>тормозной</w:t>
      </w:r>
      <w:proofErr w:type="spellEnd"/>
      <w:r w:rsidRPr="00BD24B4">
        <w:rPr>
          <w:rFonts w:cs="Times New Roman"/>
        </w:rPr>
        <w:t xml:space="preserve"> </w:t>
      </w:r>
      <w:proofErr w:type="spellStart"/>
      <w:r w:rsidRPr="00BD24B4">
        <w:rPr>
          <w:rFonts w:cs="Times New Roman"/>
        </w:rPr>
        <w:t>системы</w:t>
      </w:r>
      <w:proofErr w:type="spellEnd"/>
      <w:r w:rsidRPr="00BD24B4">
        <w:rPr>
          <w:rFonts w:cs="Times New Roman"/>
        </w:rPr>
        <w:t>.</w:t>
      </w:r>
    </w:p>
    <w:p w14:paraId="63BABFA3"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rPr>
      </w:pPr>
      <w:proofErr w:type="spellStart"/>
      <w:r w:rsidRPr="00BD24B4">
        <w:rPr>
          <w:rFonts w:cs="Times New Roman"/>
        </w:rPr>
        <w:t>Регулировку</w:t>
      </w:r>
      <w:proofErr w:type="spellEnd"/>
      <w:r w:rsidRPr="00BD24B4">
        <w:rPr>
          <w:rFonts w:cs="Times New Roman"/>
        </w:rPr>
        <w:t xml:space="preserve"> </w:t>
      </w:r>
      <w:proofErr w:type="spellStart"/>
      <w:r w:rsidRPr="00BD24B4">
        <w:rPr>
          <w:rFonts w:cs="Times New Roman"/>
        </w:rPr>
        <w:t>светового</w:t>
      </w:r>
      <w:proofErr w:type="spellEnd"/>
      <w:r w:rsidRPr="00BD24B4">
        <w:rPr>
          <w:rFonts w:cs="Times New Roman"/>
        </w:rPr>
        <w:t xml:space="preserve"> </w:t>
      </w:r>
      <w:proofErr w:type="spellStart"/>
      <w:r w:rsidRPr="00BD24B4">
        <w:rPr>
          <w:rFonts w:cs="Times New Roman"/>
        </w:rPr>
        <w:t>оборудования</w:t>
      </w:r>
      <w:proofErr w:type="spellEnd"/>
      <w:r w:rsidRPr="00BD24B4">
        <w:rPr>
          <w:rFonts w:cs="Times New Roman"/>
        </w:rPr>
        <w:t>.</w:t>
      </w:r>
    </w:p>
    <w:p w14:paraId="0E56B526"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lang w:val="ru-RU"/>
        </w:rPr>
      </w:pPr>
      <w:r w:rsidRPr="00BD24B4">
        <w:rPr>
          <w:rFonts w:cs="Times New Roman"/>
          <w:lang w:val="ru-RU"/>
        </w:rPr>
        <w:t>Регулировка привода коробки перемены передач.</w:t>
      </w:r>
    </w:p>
    <w:p w14:paraId="2F70199E"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rPr>
      </w:pPr>
      <w:proofErr w:type="spellStart"/>
      <w:r w:rsidRPr="00BD24B4">
        <w:rPr>
          <w:rFonts w:cs="Times New Roman"/>
        </w:rPr>
        <w:t>Регулировка</w:t>
      </w:r>
      <w:proofErr w:type="spellEnd"/>
      <w:r w:rsidRPr="00BD24B4">
        <w:rPr>
          <w:rFonts w:cs="Times New Roman"/>
        </w:rPr>
        <w:t xml:space="preserve"> </w:t>
      </w:r>
      <w:proofErr w:type="spellStart"/>
      <w:r w:rsidRPr="00BD24B4">
        <w:rPr>
          <w:rFonts w:cs="Times New Roman"/>
        </w:rPr>
        <w:t>стояночного</w:t>
      </w:r>
      <w:proofErr w:type="spellEnd"/>
      <w:r w:rsidRPr="00BD24B4">
        <w:rPr>
          <w:rFonts w:cs="Times New Roman"/>
        </w:rPr>
        <w:t xml:space="preserve"> </w:t>
      </w:r>
      <w:proofErr w:type="spellStart"/>
      <w:r w:rsidRPr="00BD24B4">
        <w:rPr>
          <w:rFonts w:cs="Times New Roman"/>
        </w:rPr>
        <w:t>тормоза</w:t>
      </w:r>
      <w:proofErr w:type="spellEnd"/>
      <w:r w:rsidRPr="00BD24B4">
        <w:rPr>
          <w:rFonts w:cs="Times New Roman"/>
        </w:rPr>
        <w:t>.</w:t>
      </w:r>
    </w:p>
    <w:p w14:paraId="7A939FAE" w14:textId="77777777" w:rsidR="007B5890" w:rsidRPr="00BD24B4" w:rsidRDefault="007B5890" w:rsidP="007B5890">
      <w:pPr>
        <w:pStyle w:val="af"/>
        <w:widowControl w:val="0"/>
        <w:numPr>
          <w:ilvl w:val="2"/>
          <w:numId w:val="46"/>
        </w:numPr>
        <w:tabs>
          <w:tab w:val="left" w:pos="1701"/>
        </w:tabs>
        <w:spacing w:line="276" w:lineRule="auto"/>
        <w:ind w:left="1701" w:hanging="929"/>
        <w:jc w:val="both"/>
        <w:rPr>
          <w:rFonts w:cs="Times New Roman"/>
        </w:rPr>
      </w:pPr>
      <w:proofErr w:type="spellStart"/>
      <w:r w:rsidRPr="00BD24B4">
        <w:rPr>
          <w:rFonts w:cs="Times New Roman"/>
        </w:rPr>
        <w:t>Регулировка</w:t>
      </w:r>
      <w:proofErr w:type="spellEnd"/>
      <w:r w:rsidRPr="00BD24B4">
        <w:rPr>
          <w:rFonts w:cs="Times New Roman"/>
        </w:rPr>
        <w:t xml:space="preserve"> </w:t>
      </w:r>
      <w:proofErr w:type="spellStart"/>
      <w:r w:rsidRPr="00BD24B4">
        <w:rPr>
          <w:rFonts w:cs="Times New Roman"/>
        </w:rPr>
        <w:t>жесткости</w:t>
      </w:r>
      <w:proofErr w:type="spellEnd"/>
      <w:r w:rsidRPr="00BD24B4">
        <w:rPr>
          <w:rFonts w:cs="Times New Roman"/>
        </w:rPr>
        <w:t xml:space="preserve"> </w:t>
      </w:r>
      <w:proofErr w:type="spellStart"/>
      <w:r w:rsidRPr="00BD24B4">
        <w:rPr>
          <w:rFonts w:cs="Times New Roman"/>
        </w:rPr>
        <w:t>подвески</w:t>
      </w:r>
      <w:proofErr w:type="spellEnd"/>
      <w:r w:rsidRPr="00BD24B4">
        <w:rPr>
          <w:rFonts w:cs="Times New Roman"/>
        </w:rPr>
        <w:t>.</w:t>
      </w:r>
    </w:p>
    <w:p w14:paraId="0C61DBE3" w14:textId="77777777" w:rsidR="007B5890" w:rsidRPr="00BD24B4" w:rsidRDefault="007B5890" w:rsidP="007B5890">
      <w:pPr>
        <w:pStyle w:val="af"/>
        <w:widowControl w:val="0"/>
        <w:numPr>
          <w:ilvl w:val="1"/>
          <w:numId w:val="46"/>
        </w:numPr>
        <w:tabs>
          <w:tab w:val="left" w:pos="851"/>
        </w:tabs>
        <w:spacing w:line="276" w:lineRule="auto"/>
        <w:ind w:left="851" w:hanging="491"/>
        <w:jc w:val="both"/>
        <w:rPr>
          <w:rFonts w:cs="Times New Roman"/>
          <w:lang w:val="ru-RU"/>
        </w:rPr>
      </w:pPr>
      <w:r w:rsidRPr="00BD24B4">
        <w:rPr>
          <w:rFonts w:cs="Times New Roman"/>
          <w:lang w:val="ru-RU"/>
        </w:rPr>
        <w:t>Последствия, возникающие в следствии использования некачественного топлива, масла, расходных материалов.</w:t>
      </w:r>
    </w:p>
    <w:p w14:paraId="213D48BE" w14:textId="77777777" w:rsidR="007B5890" w:rsidRPr="00BD24B4" w:rsidRDefault="007B5890" w:rsidP="007B5890">
      <w:pPr>
        <w:pStyle w:val="af"/>
        <w:widowControl w:val="0"/>
        <w:numPr>
          <w:ilvl w:val="1"/>
          <w:numId w:val="46"/>
        </w:numPr>
        <w:tabs>
          <w:tab w:val="left" w:pos="851"/>
        </w:tabs>
        <w:spacing w:line="276" w:lineRule="auto"/>
        <w:ind w:left="851" w:hanging="491"/>
        <w:jc w:val="both"/>
        <w:rPr>
          <w:rFonts w:cs="Times New Roman"/>
          <w:lang w:val="ru-RU"/>
        </w:rPr>
      </w:pPr>
      <w:r w:rsidRPr="00BD24B4">
        <w:rPr>
          <w:rFonts w:cs="Times New Roman"/>
          <w:lang w:val="ru-RU"/>
        </w:rPr>
        <w:t>Нормальный износ деталей и узлов.</w:t>
      </w:r>
    </w:p>
    <w:p w14:paraId="471C5A1E" w14:textId="77777777" w:rsidR="007B5890" w:rsidRPr="00BD24B4" w:rsidRDefault="007B5890" w:rsidP="007B5890">
      <w:pPr>
        <w:pStyle w:val="af"/>
        <w:widowControl w:val="0"/>
        <w:numPr>
          <w:ilvl w:val="1"/>
          <w:numId w:val="46"/>
        </w:numPr>
        <w:tabs>
          <w:tab w:val="left" w:pos="851"/>
        </w:tabs>
        <w:spacing w:line="276" w:lineRule="auto"/>
        <w:ind w:left="851" w:hanging="491"/>
        <w:jc w:val="both"/>
        <w:rPr>
          <w:rFonts w:cs="Times New Roman"/>
          <w:lang w:val="ru-RU"/>
        </w:rPr>
      </w:pPr>
      <w:r w:rsidRPr="00BD24B4">
        <w:rPr>
          <w:rFonts w:cs="Times New Roman"/>
          <w:lang w:val="ru-RU"/>
        </w:rPr>
        <w:t>Последствия воздействия внешних факторов: стихийных бедствий и других природных явлений, хранение мототехники в несоответствующих условиях, попадание воды в узлы и агрегаты, "эксплуатация на эмульсии" и т.п.</w:t>
      </w:r>
    </w:p>
    <w:p w14:paraId="25BA1A79" w14:textId="77777777" w:rsidR="007B5890" w:rsidRPr="00BD24B4" w:rsidRDefault="007B5890" w:rsidP="007B5890">
      <w:pPr>
        <w:pStyle w:val="af"/>
        <w:widowControl w:val="0"/>
        <w:numPr>
          <w:ilvl w:val="1"/>
          <w:numId w:val="46"/>
        </w:numPr>
        <w:tabs>
          <w:tab w:val="left" w:pos="851"/>
        </w:tabs>
        <w:spacing w:line="276" w:lineRule="auto"/>
        <w:ind w:left="851" w:hanging="491"/>
        <w:jc w:val="both"/>
        <w:rPr>
          <w:rFonts w:cs="Times New Roman"/>
          <w:lang w:val="ru-RU"/>
        </w:rPr>
      </w:pPr>
      <w:r w:rsidRPr="00BD24B4">
        <w:rPr>
          <w:rFonts w:cs="Times New Roman"/>
          <w:lang w:val="ru-RU"/>
        </w:rPr>
        <w:t>Затраты на проведение регулярного технического обслуживания/</w:t>
      </w:r>
    </w:p>
    <w:p w14:paraId="6F966B2C" w14:textId="77777777" w:rsidR="007B5890" w:rsidRPr="00BD24B4" w:rsidRDefault="007B5890" w:rsidP="007B5890">
      <w:pPr>
        <w:pStyle w:val="af"/>
        <w:widowControl w:val="0"/>
        <w:numPr>
          <w:ilvl w:val="0"/>
          <w:numId w:val="46"/>
        </w:numPr>
        <w:tabs>
          <w:tab w:val="left" w:pos="380"/>
        </w:tabs>
        <w:spacing w:line="276" w:lineRule="auto"/>
        <w:jc w:val="both"/>
        <w:rPr>
          <w:rFonts w:cs="Times New Roman"/>
          <w:b/>
          <w:bCs/>
          <w:lang w:val="ru-RU"/>
        </w:rPr>
      </w:pPr>
      <w:r w:rsidRPr="00BD24B4">
        <w:rPr>
          <w:rFonts w:cs="Times New Roman"/>
          <w:b/>
          <w:bCs/>
          <w:lang w:val="ru-RU"/>
        </w:rPr>
        <w:t>Гарантийные обязательства аннулируются при:</w:t>
      </w:r>
    </w:p>
    <w:p w14:paraId="789A614E" w14:textId="77777777" w:rsidR="007B5890" w:rsidRPr="00BD24B4" w:rsidRDefault="007B5890" w:rsidP="007B5890">
      <w:pPr>
        <w:pStyle w:val="af"/>
        <w:widowControl w:val="0"/>
        <w:numPr>
          <w:ilvl w:val="1"/>
          <w:numId w:val="46"/>
        </w:numPr>
        <w:tabs>
          <w:tab w:val="left" w:pos="851"/>
        </w:tabs>
        <w:spacing w:line="276" w:lineRule="auto"/>
        <w:ind w:left="851" w:hanging="491"/>
        <w:jc w:val="both"/>
        <w:rPr>
          <w:rFonts w:cs="Times New Roman"/>
        </w:rPr>
      </w:pPr>
      <w:proofErr w:type="spellStart"/>
      <w:r w:rsidRPr="00BD24B4">
        <w:rPr>
          <w:rFonts w:cs="Times New Roman"/>
        </w:rPr>
        <w:t>Несоблюдении</w:t>
      </w:r>
      <w:proofErr w:type="spellEnd"/>
      <w:r w:rsidRPr="00BD24B4">
        <w:rPr>
          <w:rFonts w:cs="Times New Roman"/>
        </w:rPr>
        <w:t xml:space="preserve"> </w:t>
      </w:r>
      <w:proofErr w:type="spellStart"/>
      <w:r w:rsidRPr="00BD24B4">
        <w:rPr>
          <w:rFonts w:cs="Times New Roman"/>
        </w:rPr>
        <w:t>условий</w:t>
      </w:r>
      <w:proofErr w:type="spellEnd"/>
      <w:r w:rsidRPr="00BD24B4">
        <w:rPr>
          <w:rFonts w:cs="Times New Roman"/>
        </w:rPr>
        <w:t xml:space="preserve"> </w:t>
      </w:r>
      <w:proofErr w:type="spellStart"/>
      <w:r w:rsidRPr="00BD24B4">
        <w:rPr>
          <w:rFonts w:cs="Times New Roman"/>
        </w:rPr>
        <w:t>предоставления</w:t>
      </w:r>
      <w:proofErr w:type="spellEnd"/>
      <w:r w:rsidRPr="00BD24B4">
        <w:rPr>
          <w:rFonts w:cs="Times New Roman"/>
        </w:rPr>
        <w:t xml:space="preserve"> </w:t>
      </w:r>
      <w:proofErr w:type="spellStart"/>
      <w:r w:rsidRPr="00BD24B4">
        <w:rPr>
          <w:rFonts w:cs="Times New Roman"/>
        </w:rPr>
        <w:t>гарантии</w:t>
      </w:r>
      <w:proofErr w:type="spellEnd"/>
      <w:r w:rsidRPr="00BD24B4">
        <w:rPr>
          <w:rFonts w:cs="Times New Roman"/>
        </w:rPr>
        <w:t>.</w:t>
      </w:r>
    </w:p>
    <w:p w14:paraId="5593E3F2" w14:textId="77777777" w:rsidR="007B5890" w:rsidRPr="00BD24B4" w:rsidRDefault="007B5890" w:rsidP="007B5890">
      <w:pPr>
        <w:pStyle w:val="af"/>
        <w:widowControl w:val="0"/>
        <w:numPr>
          <w:ilvl w:val="1"/>
          <w:numId w:val="46"/>
        </w:numPr>
        <w:tabs>
          <w:tab w:val="left" w:pos="851"/>
        </w:tabs>
        <w:spacing w:line="276" w:lineRule="auto"/>
        <w:ind w:left="851" w:hanging="491"/>
        <w:jc w:val="both"/>
        <w:rPr>
          <w:rFonts w:cs="Times New Roman"/>
          <w:lang w:val="ru-RU"/>
        </w:rPr>
      </w:pPr>
      <w:r w:rsidRPr="00BD24B4">
        <w:rPr>
          <w:rFonts w:cs="Times New Roman"/>
          <w:lang w:val="ru-RU"/>
        </w:rPr>
        <w:t>Нарушении пломб (защитных наклеек) на узлах и агрегатах.</w:t>
      </w:r>
    </w:p>
    <w:p w14:paraId="259CA96F" w14:textId="77777777" w:rsidR="007B5890" w:rsidRPr="00BD24B4" w:rsidRDefault="007B5890" w:rsidP="007B5890">
      <w:pPr>
        <w:pStyle w:val="af"/>
        <w:widowControl w:val="0"/>
        <w:numPr>
          <w:ilvl w:val="1"/>
          <w:numId w:val="46"/>
        </w:numPr>
        <w:tabs>
          <w:tab w:val="left" w:pos="851"/>
        </w:tabs>
        <w:spacing w:line="276" w:lineRule="auto"/>
        <w:ind w:left="851" w:hanging="491"/>
        <w:jc w:val="both"/>
        <w:rPr>
          <w:rFonts w:cs="Times New Roman"/>
          <w:lang w:val="ru-RU"/>
        </w:rPr>
      </w:pPr>
      <w:r w:rsidRPr="00BD24B4">
        <w:rPr>
          <w:rFonts w:cs="Times New Roman"/>
          <w:lang w:val="ru-RU"/>
        </w:rPr>
        <w:t>Самовольном изменении конструкции транспортного средства.</w:t>
      </w:r>
    </w:p>
    <w:p w14:paraId="061CDE18" w14:textId="77777777" w:rsidR="007B5890" w:rsidRPr="00BD24B4" w:rsidRDefault="007B5890" w:rsidP="007B5890">
      <w:pPr>
        <w:pStyle w:val="af"/>
        <w:widowControl w:val="0"/>
        <w:numPr>
          <w:ilvl w:val="1"/>
          <w:numId w:val="46"/>
        </w:numPr>
        <w:tabs>
          <w:tab w:val="left" w:pos="851"/>
        </w:tabs>
        <w:spacing w:line="276" w:lineRule="auto"/>
        <w:ind w:left="851" w:hanging="491"/>
        <w:jc w:val="both"/>
        <w:rPr>
          <w:rFonts w:cs="Times New Roman"/>
          <w:lang w:val="ru-RU"/>
        </w:rPr>
      </w:pPr>
      <w:r w:rsidRPr="00BD24B4">
        <w:rPr>
          <w:rFonts w:cs="Times New Roman"/>
          <w:lang w:val="ru-RU"/>
        </w:rPr>
        <w:t>Применении неоригинального (не рекомендованного) дополнительного оборудования и запасных частей (без письменного согласования с заводом изготовителем).</w:t>
      </w:r>
    </w:p>
    <w:p w14:paraId="1C80FF3C" w14:textId="77777777" w:rsidR="007B5890" w:rsidRPr="00BD24B4" w:rsidRDefault="007B5890" w:rsidP="007B5890">
      <w:pPr>
        <w:pStyle w:val="af"/>
        <w:widowControl w:val="0"/>
        <w:numPr>
          <w:ilvl w:val="1"/>
          <w:numId w:val="46"/>
        </w:numPr>
        <w:tabs>
          <w:tab w:val="left" w:pos="851"/>
        </w:tabs>
        <w:spacing w:line="276" w:lineRule="auto"/>
        <w:ind w:left="851" w:hanging="491"/>
        <w:jc w:val="both"/>
        <w:rPr>
          <w:rFonts w:cs="Times New Roman"/>
          <w:lang w:val="ru-RU"/>
        </w:rPr>
      </w:pPr>
      <w:r w:rsidRPr="00BD24B4">
        <w:rPr>
          <w:rFonts w:cs="Times New Roman"/>
          <w:lang w:val="ru-RU"/>
        </w:rPr>
        <w:t xml:space="preserve">Нарушение установленного регламента технического обслуживания (ТО) у </w:t>
      </w:r>
      <w:proofErr w:type="spellStart"/>
      <w:r w:rsidRPr="00BD24B4">
        <w:rPr>
          <w:rFonts w:cs="Times New Roman"/>
          <w:lang w:val="ru-RU"/>
        </w:rPr>
        <w:t>диллера</w:t>
      </w:r>
      <w:proofErr w:type="spellEnd"/>
      <w:r w:rsidRPr="00BD24B4">
        <w:rPr>
          <w:rFonts w:cs="Times New Roman"/>
          <w:lang w:val="ru-RU"/>
        </w:rPr>
        <w:t xml:space="preserve"> или уполномоченной производителем (продавцом) СТО.</w:t>
      </w:r>
    </w:p>
    <w:p w14:paraId="1BCC6356" w14:textId="77777777" w:rsidR="007B5890" w:rsidRPr="00BD24B4" w:rsidRDefault="007B5890" w:rsidP="007B5890">
      <w:pPr>
        <w:pStyle w:val="af"/>
        <w:widowControl w:val="0"/>
        <w:numPr>
          <w:ilvl w:val="1"/>
          <w:numId w:val="46"/>
        </w:numPr>
        <w:tabs>
          <w:tab w:val="left" w:pos="851"/>
        </w:tabs>
        <w:spacing w:line="276" w:lineRule="auto"/>
        <w:ind w:left="851" w:hanging="491"/>
        <w:jc w:val="both"/>
        <w:rPr>
          <w:rFonts w:cs="Times New Roman"/>
          <w:lang w:val="ru-RU"/>
        </w:rPr>
      </w:pPr>
      <w:r w:rsidRPr="00BD24B4">
        <w:rPr>
          <w:rFonts w:cs="Times New Roman"/>
          <w:lang w:val="ru-RU"/>
        </w:rPr>
        <w:t>Превышении пробега между техническими обслуживаниями более 10% от рекомендованного заводом-изготовителем интервала или превышении допустимого отклонения в сроках проведения ТО - более 1 месяца</w:t>
      </w:r>
    </w:p>
    <w:p w14:paraId="0B0B991C" w14:textId="77777777" w:rsidR="007B5890" w:rsidRPr="00BD24B4" w:rsidRDefault="007B5890" w:rsidP="007B5890">
      <w:pPr>
        <w:pStyle w:val="af"/>
        <w:widowControl w:val="0"/>
        <w:numPr>
          <w:ilvl w:val="1"/>
          <w:numId w:val="46"/>
        </w:numPr>
        <w:tabs>
          <w:tab w:val="left" w:pos="851"/>
        </w:tabs>
        <w:spacing w:line="276" w:lineRule="auto"/>
        <w:ind w:left="851" w:hanging="491"/>
        <w:jc w:val="both"/>
        <w:rPr>
          <w:rFonts w:cs="Times New Roman"/>
          <w:lang w:val="ru-RU"/>
        </w:rPr>
      </w:pPr>
      <w:r w:rsidRPr="00BD24B4">
        <w:rPr>
          <w:rFonts w:cs="Times New Roman"/>
          <w:lang w:val="ru-RU"/>
        </w:rPr>
        <w:t xml:space="preserve">Нарушенной правил технической эксплуатации, в том числе: нарушении правил обкатки, превышении допустимой полной массы </w:t>
      </w:r>
      <w:proofErr w:type="spellStart"/>
      <w:r w:rsidRPr="00BD24B4">
        <w:rPr>
          <w:rFonts w:cs="Times New Roman"/>
          <w:lang w:val="ru-RU"/>
        </w:rPr>
        <w:t>квадрицикла</w:t>
      </w:r>
      <w:proofErr w:type="spellEnd"/>
      <w:r w:rsidRPr="00BD24B4">
        <w:rPr>
          <w:rFonts w:cs="Times New Roman"/>
          <w:lang w:val="ru-RU"/>
        </w:rPr>
        <w:t>, требований и рекомендаций "Руководства по эксплуатации";</w:t>
      </w:r>
    </w:p>
    <w:p w14:paraId="56FD89DB" w14:textId="77777777" w:rsidR="007B5890" w:rsidRPr="00BD24B4" w:rsidRDefault="007B5890" w:rsidP="007B5890">
      <w:pPr>
        <w:pStyle w:val="af"/>
        <w:widowControl w:val="0"/>
        <w:numPr>
          <w:ilvl w:val="1"/>
          <w:numId w:val="46"/>
        </w:numPr>
        <w:tabs>
          <w:tab w:val="left" w:pos="851"/>
        </w:tabs>
        <w:spacing w:line="276" w:lineRule="auto"/>
        <w:ind w:left="851" w:hanging="491"/>
        <w:jc w:val="both"/>
        <w:rPr>
          <w:rFonts w:cs="Times New Roman"/>
          <w:lang w:val="ru-RU"/>
        </w:rPr>
      </w:pPr>
      <w:r w:rsidRPr="00BD24B4">
        <w:rPr>
          <w:rFonts w:cs="Times New Roman"/>
          <w:lang w:val="ru-RU"/>
        </w:rPr>
        <w:t>Использовании в спортивных (гонки, соревнования) или коммерческих (аренда, прокат) целях и передаче техники в аренду третьим лицам.</w:t>
      </w:r>
    </w:p>
    <w:p w14:paraId="579E89B9" w14:textId="77777777" w:rsidR="007B5890" w:rsidRPr="00BD24B4" w:rsidRDefault="007B5890" w:rsidP="007B5890">
      <w:pPr>
        <w:pStyle w:val="af"/>
        <w:widowControl w:val="0"/>
        <w:numPr>
          <w:ilvl w:val="0"/>
          <w:numId w:val="46"/>
        </w:numPr>
        <w:tabs>
          <w:tab w:val="left" w:pos="380"/>
          <w:tab w:val="left" w:pos="3570"/>
        </w:tabs>
        <w:spacing w:line="276" w:lineRule="auto"/>
        <w:jc w:val="both"/>
        <w:rPr>
          <w:rFonts w:cs="Times New Roman"/>
          <w:lang w:val="ru-RU"/>
        </w:rPr>
      </w:pPr>
      <w:r w:rsidRPr="00BD24B4">
        <w:rPr>
          <w:rFonts w:cs="Times New Roman"/>
          <w:lang w:val="ru-RU"/>
        </w:rPr>
        <w:t>Все плановые ТО во время гарантийного периода производятся платно, на общих основаниях.</w:t>
      </w:r>
    </w:p>
    <w:p w14:paraId="78165F03" w14:textId="77777777" w:rsidR="007B5890" w:rsidRPr="00BD24B4" w:rsidRDefault="007B5890" w:rsidP="007B5890">
      <w:pPr>
        <w:tabs>
          <w:tab w:val="left" w:pos="480"/>
        </w:tabs>
        <w:spacing w:line="276" w:lineRule="auto"/>
        <w:jc w:val="both"/>
        <w:rPr>
          <w:rFonts w:ascii="Times New Roman" w:hAnsi="Times New Roman" w:cs="Times New Roman"/>
          <w:lang w:val="ru-RU"/>
        </w:rPr>
      </w:pPr>
    </w:p>
    <w:p w14:paraId="0D47EA02" w14:textId="77777777" w:rsidR="007B5890" w:rsidRPr="00BD24B4" w:rsidRDefault="007B5890" w:rsidP="007B5890">
      <w:pPr>
        <w:tabs>
          <w:tab w:val="left" w:leader="underscore" w:pos="7035"/>
        </w:tabs>
        <w:spacing w:line="276" w:lineRule="auto"/>
        <w:jc w:val="right"/>
        <w:rPr>
          <w:rFonts w:ascii="Times New Roman" w:hAnsi="Times New Roman" w:cs="Times New Roman"/>
          <w:lang w:val="ru-RU"/>
        </w:rPr>
      </w:pPr>
      <w:r w:rsidRPr="00BD24B4">
        <w:rPr>
          <w:rFonts w:ascii="Times New Roman" w:hAnsi="Times New Roman" w:cs="Times New Roman"/>
          <w:lang w:val="ru-RU"/>
        </w:rPr>
        <w:t>Подпись Покупателя ___________________</w:t>
      </w:r>
    </w:p>
    <w:p w14:paraId="3029BB82" w14:textId="4C0B29C4" w:rsidR="007B5890" w:rsidRPr="00BD24B4" w:rsidRDefault="007B5890" w:rsidP="00A604C9">
      <w:pPr>
        <w:rPr>
          <w:rFonts w:cs="Times New Roman"/>
          <w:lang w:val="ru-RU"/>
        </w:rPr>
      </w:pPr>
    </w:p>
    <w:p w14:paraId="634E1F3D" w14:textId="47115B99" w:rsidR="007B5890" w:rsidRPr="00BD24B4" w:rsidRDefault="007B5890" w:rsidP="00A604C9">
      <w:pPr>
        <w:rPr>
          <w:rFonts w:cs="Times New Roman"/>
          <w:lang w:val="ru-RU"/>
        </w:rPr>
      </w:pPr>
    </w:p>
    <w:p w14:paraId="7FF3E0C2" w14:textId="77777777" w:rsidR="007B5890" w:rsidRPr="00BD24B4" w:rsidRDefault="007B5890" w:rsidP="00A604C9">
      <w:pPr>
        <w:rPr>
          <w:rFonts w:cs="Times New Roman"/>
          <w:lang w:val="ru-RU"/>
        </w:rPr>
      </w:pPr>
    </w:p>
    <w:p w14:paraId="27D8D3C1" w14:textId="77777777" w:rsidR="00EC7471" w:rsidRPr="00BD24B4" w:rsidRDefault="00EC7471" w:rsidP="00A604C9">
      <w:pPr>
        <w:rPr>
          <w:rFonts w:cs="Times New Roman"/>
          <w:lang w:val="ru-RU"/>
        </w:rPr>
      </w:pPr>
    </w:p>
    <w:p w14:paraId="44406516" w14:textId="77777777" w:rsidR="00EC7471" w:rsidRPr="00BD24B4" w:rsidRDefault="00EC7471" w:rsidP="00A604C9">
      <w:pPr>
        <w:rPr>
          <w:rFonts w:cs="Times New Roman"/>
          <w:lang w:val="ru-RU"/>
        </w:rPr>
        <w:sectPr w:rsidR="00EC7471" w:rsidRPr="00BD24B4" w:rsidSect="000E674B">
          <w:headerReference w:type="default" r:id="rId41"/>
          <w:pgSz w:w="8051" w:h="11737" w:code="9"/>
          <w:pgMar w:top="720" w:right="720" w:bottom="720" w:left="720" w:header="397" w:footer="397" w:gutter="0"/>
          <w:cols w:space="720"/>
          <w:docGrid w:linePitch="360"/>
        </w:sectPr>
      </w:pPr>
    </w:p>
    <w:p w14:paraId="3713C959" w14:textId="38B24604" w:rsidR="007B5890" w:rsidRPr="00BD24B4" w:rsidRDefault="007B5890" w:rsidP="007B5890">
      <w:pPr>
        <w:spacing w:line="276" w:lineRule="auto"/>
        <w:jc w:val="center"/>
        <w:rPr>
          <w:rFonts w:ascii="Times New Roman" w:hAnsi="Times New Roman" w:cs="Times New Roman"/>
          <w:b/>
          <w:bCs/>
          <w:sz w:val="24"/>
          <w:szCs w:val="24"/>
          <w:lang w:val="ru-RU"/>
        </w:rPr>
      </w:pPr>
      <w:bookmarkStart w:id="27" w:name="bookmark2"/>
      <w:r w:rsidRPr="00BD24B4">
        <w:rPr>
          <w:rFonts w:ascii="Times New Roman" w:hAnsi="Times New Roman" w:cs="Times New Roman"/>
          <w:b/>
          <w:bCs/>
          <w:sz w:val="24"/>
          <w:szCs w:val="24"/>
          <w:lang w:val="ru-RU"/>
        </w:rPr>
        <w:lastRenderedPageBreak/>
        <w:t>ТАЛОНЫ НОМЕРНОГО ТЕХНИЧЕСКОГО ОБСЛУЖИВАНИЯ</w:t>
      </w:r>
      <w:bookmarkEnd w:id="27"/>
    </w:p>
    <w:p w14:paraId="17ED014B" w14:textId="5FF6B985" w:rsidR="009B1696" w:rsidRPr="00BD24B4" w:rsidRDefault="009B1696" w:rsidP="00212A9B">
      <w:pPr>
        <w:rPr>
          <w:rFonts w:cs="Times New Roman"/>
          <w:sz w:val="20"/>
          <w:szCs w:val="20"/>
          <w:lang w:val="ru-RU"/>
        </w:rPr>
      </w:pPr>
    </w:p>
    <w:tbl>
      <w:tblPr>
        <w:tblStyle w:val="aff1"/>
        <w:tblW w:w="0" w:type="auto"/>
        <w:tblLayout w:type="fixed"/>
        <w:tblLook w:val="04A0" w:firstRow="1" w:lastRow="0" w:firstColumn="1" w:lastColumn="0" w:noHBand="0" w:noVBand="1"/>
      </w:tblPr>
      <w:tblGrid>
        <w:gridCol w:w="3521"/>
        <w:gridCol w:w="3521"/>
        <w:gridCol w:w="3522"/>
      </w:tblGrid>
      <w:tr w:rsidR="007B5890" w:rsidRPr="00BD24B4" w14:paraId="3EAB9D2A" w14:textId="77777777" w:rsidTr="007B5890">
        <w:tc>
          <w:tcPr>
            <w:tcW w:w="3521" w:type="dxa"/>
          </w:tcPr>
          <w:p w14:paraId="391C10CA" w14:textId="25605D4F" w:rsidR="007B5890" w:rsidRPr="00BD24B4" w:rsidRDefault="007B5890" w:rsidP="007B5890">
            <w:pPr>
              <w:rPr>
                <w:rFonts w:cs="Times New Roman"/>
                <w:sz w:val="18"/>
                <w:szCs w:val="18"/>
                <w:lang w:val="ru-RU"/>
              </w:rPr>
            </w:pPr>
            <w:r w:rsidRPr="00BD24B4">
              <w:rPr>
                <w:rFonts w:ascii="Times New Roman" w:hAnsi="Times New Roman" w:cs="Times New Roman"/>
                <w:b/>
                <w:bCs/>
                <w:sz w:val="18"/>
                <w:szCs w:val="18"/>
              </w:rPr>
              <w:t>1 СЕРВИС</w:t>
            </w:r>
          </w:p>
        </w:tc>
        <w:tc>
          <w:tcPr>
            <w:tcW w:w="3521" w:type="dxa"/>
          </w:tcPr>
          <w:p w14:paraId="04BCF7C5" w14:textId="7CE86142" w:rsidR="007B5890" w:rsidRPr="00BD24B4" w:rsidRDefault="007B5890" w:rsidP="007B5890">
            <w:pPr>
              <w:rPr>
                <w:rFonts w:cs="Times New Roman"/>
                <w:sz w:val="18"/>
                <w:szCs w:val="18"/>
                <w:lang w:val="ru-RU"/>
              </w:rPr>
            </w:pPr>
            <w:r w:rsidRPr="00BD24B4">
              <w:rPr>
                <w:rFonts w:ascii="Times New Roman" w:hAnsi="Times New Roman" w:cs="Times New Roman"/>
                <w:b/>
                <w:bCs/>
                <w:sz w:val="18"/>
                <w:szCs w:val="18"/>
              </w:rPr>
              <w:t>2 СЕРВИС</w:t>
            </w:r>
          </w:p>
        </w:tc>
        <w:tc>
          <w:tcPr>
            <w:tcW w:w="3522" w:type="dxa"/>
          </w:tcPr>
          <w:p w14:paraId="6079E0A2" w14:textId="79E81EB4" w:rsidR="007B5890" w:rsidRPr="00BD24B4" w:rsidRDefault="007B5890" w:rsidP="007B5890">
            <w:pPr>
              <w:rPr>
                <w:rFonts w:cs="Times New Roman"/>
                <w:sz w:val="18"/>
                <w:szCs w:val="18"/>
                <w:lang w:val="ru-RU"/>
              </w:rPr>
            </w:pPr>
            <w:r w:rsidRPr="00BD24B4">
              <w:rPr>
                <w:rFonts w:ascii="Times New Roman" w:hAnsi="Times New Roman" w:cs="Times New Roman"/>
                <w:b/>
                <w:bCs/>
                <w:sz w:val="18"/>
                <w:szCs w:val="18"/>
              </w:rPr>
              <w:t>3 СЕРВИС</w:t>
            </w:r>
          </w:p>
        </w:tc>
      </w:tr>
      <w:tr w:rsidR="007B5890" w:rsidRPr="00707D8A" w14:paraId="287F466C" w14:textId="77777777" w:rsidTr="007B5890">
        <w:tc>
          <w:tcPr>
            <w:tcW w:w="3521" w:type="dxa"/>
          </w:tcPr>
          <w:p w14:paraId="58B926D4" w14:textId="6FC047DF" w:rsidR="007B5890" w:rsidRPr="00BD24B4" w:rsidRDefault="00B76FA7" w:rsidP="007B5890">
            <w:pPr>
              <w:rPr>
                <w:rFonts w:cs="Times New Roman"/>
                <w:sz w:val="18"/>
                <w:szCs w:val="18"/>
                <w:lang w:val="ru-RU"/>
              </w:rPr>
            </w:pPr>
            <w:r w:rsidRPr="00B76FA7">
              <w:rPr>
                <w:rFonts w:ascii="Times New Roman" w:hAnsi="Times New Roman" w:cs="Times New Roman"/>
                <w:sz w:val="18"/>
                <w:szCs w:val="18"/>
                <w:lang w:val="ru-RU"/>
              </w:rPr>
              <w:t>300 км или 2</w:t>
            </w:r>
            <w:r>
              <w:rPr>
                <w:rFonts w:ascii="Times New Roman" w:hAnsi="Times New Roman" w:cs="Times New Roman"/>
                <w:sz w:val="18"/>
                <w:szCs w:val="18"/>
                <w:lang w:val="ru-RU"/>
              </w:rPr>
              <w:t xml:space="preserve"> месяца</w:t>
            </w:r>
            <w:r w:rsidR="007B5890" w:rsidRPr="00BD24B4">
              <w:rPr>
                <w:rFonts w:ascii="Times New Roman" w:hAnsi="Times New Roman" w:cs="Times New Roman"/>
                <w:sz w:val="18"/>
                <w:szCs w:val="18"/>
                <w:lang w:val="ru-RU"/>
              </w:rPr>
              <w:t>, что наступит раньше</w:t>
            </w:r>
          </w:p>
        </w:tc>
        <w:tc>
          <w:tcPr>
            <w:tcW w:w="3521" w:type="dxa"/>
          </w:tcPr>
          <w:p w14:paraId="5213734C" w14:textId="040DDA7A" w:rsidR="007B5890" w:rsidRPr="00BD24B4" w:rsidRDefault="00AC0B08" w:rsidP="007B5890">
            <w:pPr>
              <w:rPr>
                <w:rFonts w:cs="Times New Roman"/>
                <w:sz w:val="18"/>
                <w:szCs w:val="18"/>
                <w:lang w:val="ru-RU"/>
              </w:rPr>
            </w:pPr>
            <w:r>
              <w:rPr>
                <w:rFonts w:ascii="Times New Roman" w:hAnsi="Times New Roman" w:cs="Times New Roman"/>
                <w:sz w:val="18"/>
                <w:szCs w:val="18"/>
                <w:lang w:val="ru-RU"/>
              </w:rPr>
              <w:t>800</w:t>
            </w:r>
            <w:r w:rsidR="00B76FA7" w:rsidRPr="00B76FA7">
              <w:rPr>
                <w:rFonts w:ascii="Times New Roman" w:hAnsi="Times New Roman" w:cs="Times New Roman"/>
                <w:sz w:val="18"/>
                <w:szCs w:val="18"/>
                <w:lang w:val="ru-RU"/>
              </w:rPr>
              <w:t xml:space="preserve"> км или </w:t>
            </w:r>
            <w:r>
              <w:rPr>
                <w:rFonts w:ascii="Times New Roman" w:hAnsi="Times New Roman" w:cs="Times New Roman"/>
                <w:sz w:val="18"/>
                <w:szCs w:val="18"/>
                <w:lang w:val="ru-RU"/>
              </w:rPr>
              <w:t>4</w:t>
            </w:r>
            <w:r w:rsidR="00B76FA7" w:rsidRPr="00B76FA7">
              <w:rPr>
                <w:rFonts w:ascii="Times New Roman" w:hAnsi="Times New Roman" w:cs="Times New Roman"/>
                <w:sz w:val="18"/>
                <w:szCs w:val="18"/>
                <w:lang w:val="ru-RU"/>
              </w:rPr>
              <w:t xml:space="preserve"> месяц</w:t>
            </w:r>
            <w:r>
              <w:rPr>
                <w:rFonts w:ascii="Times New Roman" w:hAnsi="Times New Roman" w:cs="Times New Roman"/>
                <w:sz w:val="18"/>
                <w:szCs w:val="18"/>
                <w:lang w:val="ru-RU"/>
              </w:rPr>
              <w:t>а</w:t>
            </w:r>
            <w:r w:rsidR="00B76FA7" w:rsidRPr="00BD24B4">
              <w:rPr>
                <w:rFonts w:ascii="Times New Roman" w:hAnsi="Times New Roman" w:cs="Times New Roman"/>
                <w:sz w:val="18"/>
                <w:szCs w:val="18"/>
                <w:lang w:val="ru-RU"/>
              </w:rPr>
              <w:t>, что наступит раньше</w:t>
            </w:r>
          </w:p>
        </w:tc>
        <w:tc>
          <w:tcPr>
            <w:tcW w:w="3522" w:type="dxa"/>
          </w:tcPr>
          <w:p w14:paraId="4F3B141C" w14:textId="39C978D3" w:rsidR="007B5890" w:rsidRPr="00BD24B4" w:rsidRDefault="00AC0B08" w:rsidP="007B5890">
            <w:pPr>
              <w:rPr>
                <w:rFonts w:cs="Times New Roman"/>
                <w:sz w:val="18"/>
                <w:szCs w:val="18"/>
                <w:lang w:val="ru-RU"/>
              </w:rPr>
            </w:pPr>
            <w:r>
              <w:rPr>
                <w:rFonts w:ascii="Times New Roman" w:hAnsi="Times New Roman" w:cs="Times New Roman"/>
                <w:sz w:val="18"/>
                <w:szCs w:val="18"/>
                <w:lang w:val="ru-RU"/>
              </w:rPr>
              <w:t>1600</w:t>
            </w:r>
            <w:r w:rsidR="007B5890" w:rsidRPr="00BD24B4">
              <w:rPr>
                <w:rFonts w:ascii="Times New Roman" w:hAnsi="Times New Roman" w:cs="Times New Roman"/>
                <w:sz w:val="18"/>
                <w:szCs w:val="18"/>
                <w:lang w:val="ru-RU"/>
              </w:rPr>
              <w:t xml:space="preserve"> км или </w:t>
            </w:r>
            <w:r>
              <w:rPr>
                <w:rFonts w:ascii="Times New Roman" w:hAnsi="Times New Roman" w:cs="Times New Roman"/>
                <w:sz w:val="18"/>
                <w:szCs w:val="18"/>
                <w:lang w:val="ru-RU"/>
              </w:rPr>
              <w:t>4</w:t>
            </w:r>
            <w:r w:rsidR="00641526" w:rsidRPr="00BD24B4">
              <w:rPr>
                <w:rFonts w:ascii="Times New Roman" w:hAnsi="Times New Roman" w:cs="Times New Roman"/>
                <w:sz w:val="18"/>
                <w:szCs w:val="18"/>
                <w:lang w:val="ru-RU"/>
              </w:rPr>
              <w:t xml:space="preserve"> месяц</w:t>
            </w:r>
            <w:r>
              <w:rPr>
                <w:rFonts w:ascii="Times New Roman" w:hAnsi="Times New Roman" w:cs="Times New Roman"/>
                <w:sz w:val="18"/>
                <w:szCs w:val="18"/>
                <w:lang w:val="ru-RU"/>
              </w:rPr>
              <w:t>а</w:t>
            </w:r>
            <w:r w:rsidR="00641526">
              <w:rPr>
                <w:rFonts w:ascii="Times New Roman" w:hAnsi="Times New Roman" w:cs="Times New Roman"/>
                <w:sz w:val="18"/>
                <w:szCs w:val="18"/>
                <w:lang w:val="ru-RU"/>
              </w:rPr>
              <w:t xml:space="preserve"> с даты предыдущего ТО</w:t>
            </w:r>
          </w:p>
        </w:tc>
      </w:tr>
      <w:tr w:rsidR="007B5890" w:rsidRPr="00BD24B4" w14:paraId="62EA26EA" w14:textId="77777777" w:rsidTr="007B5890">
        <w:tc>
          <w:tcPr>
            <w:tcW w:w="3521" w:type="dxa"/>
          </w:tcPr>
          <w:p w14:paraId="35BD6551" w14:textId="33142E5F" w:rsidR="007B5890" w:rsidRPr="00BD24B4" w:rsidRDefault="007B5890" w:rsidP="007B5890">
            <w:pPr>
              <w:rPr>
                <w:rFonts w:cs="Times New Roman"/>
                <w:sz w:val="18"/>
                <w:szCs w:val="18"/>
                <w:lang w:val="ru-RU"/>
              </w:rPr>
            </w:pPr>
            <w:proofErr w:type="spellStart"/>
            <w:r w:rsidRPr="00BD24B4">
              <w:rPr>
                <w:rFonts w:ascii="Times New Roman" w:hAnsi="Times New Roman" w:cs="Times New Roman"/>
                <w:sz w:val="18"/>
                <w:szCs w:val="18"/>
              </w:rPr>
              <w:t>Показания</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одометра</w:t>
            </w:r>
            <w:proofErr w:type="spellEnd"/>
            <w:r w:rsidRPr="00BD24B4">
              <w:rPr>
                <w:rFonts w:ascii="Times New Roman" w:hAnsi="Times New Roman" w:cs="Times New Roman"/>
                <w:sz w:val="18"/>
                <w:szCs w:val="18"/>
              </w:rPr>
              <w:t xml:space="preserve"> …………………</w:t>
            </w:r>
            <w:proofErr w:type="gramStart"/>
            <w:r w:rsidRPr="00BD24B4">
              <w:rPr>
                <w:rFonts w:ascii="Times New Roman" w:hAnsi="Times New Roman" w:cs="Times New Roman"/>
                <w:sz w:val="18"/>
                <w:szCs w:val="18"/>
              </w:rPr>
              <w:t>…..</w:t>
            </w:r>
            <w:proofErr w:type="gramEnd"/>
          </w:p>
        </w:tc>
        <w:tc>
          <w:tcPr>
            <w:tcW w:w="3521" w:type="dxa"/>
          </w:tcPr>
          <w:p w14:paraId="3DE4A43A" w14:textId="2843D39F" w:rsidR="007B5890" w:rsidRPr="00BD24B4" w:rsidRDefault="007B5890" w:rsidP="007B5890">
            <w:pPr>
              <w:rPr>
                <w:rFonts w:cs="Times New Roman"/>
                <w:sz w:val="18"/>
                <w:szCs w:val="18"/>
                <w:lang w:val="ru-RU"/>
              </w:rPr>
            </w:pPr>
            <w:proofErr w:type="spellStart"/>
            <w:r w:rsidRPr="00BD24B4">
              <w:rPr>
                <w:rFonts w:ascii="Times New Roman" w:hAnsi="Times New Roman" w:cs="Times New Roman"/>
                <w:sz w:val="18"/>
                <w:szCs w:val="18"/>
              </w:rPr>
              <w:t>Показания</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одометра</w:t>
            </w:r>
            <w:proofErr w:type="spellEnd"/>
            <w:r w:rsidRPr="00BD24B4">
              <w:rPr>
                <w:rFonts w:ascii="Times New Roman" w:hAnsi="Times New Roman" w:cs="Times New Roman"/>
                <w:sz w:val="18"/>
                <w:szCs w:val="18"/>
              </w:rPr>
              <w:t xml:space="preserve"> …………………</w:t>
            </w:r>
            <w:proofErr w:type="gramStart"/>
            <w:r w:rsidRPr="00BD24B4">
              <w:rPr>
                <w:rFonts w:ascii="Times New Roman" w:hAnsi="Times New Roman" w:cs="Times New Roman"/>
                <w:sz w:val="18"/>
                <w:szCs w:val="18"/>
              </w:rPr>
              <w:t>…..</w:t>
            </w:r>
            <w:proofErr w:type="gramEnd"/>
          </w:p>
        </w:tc>
        <w:tc>
          <w:tcPr>
            <w:tcW w:w="3522" w:type="dxa"/>
          </w:tcPr>
          <w:p w14:paraId="077D09B5" w14:textId="4D1A54D3" w:rsidR="007B5890" w:rsidRPr="00BD24B4" w:rsidRDefault="007B5890" w:rsidP="007B5890">
            <w:pPr>
              <w:rPr>
                <w:rFonts w:cs="Times New Roman"/>
                <w:sz w:val="18"/>
                <w:szCs w:val="18"/>
                <w:lang w:val="ru-RU"/>
              </w:rPr>
            </w:pPr>
            <w:proofErr w:type="spellStart"/>
            <w:r w:rsidRPr="00BD24B4">
              <w:rPr>
                <w:rFonts w:ascii="Times New Roman" w:hAnsi="Times New Roman" w:cs="Times New Roman"/>
                <w:sz w:val="18"/>
                <w:szCs w:val="18"/>
              </w:rPr>
              <w:t>Показания</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одометра</w:t>
            </w:r>
            <w:proofErr w:type="spellEnd"/>
            <w:r w:rsidRPr="00BD24B4">
              <w:rPr>
                <w:rFonts w:ascii="Times New Roman" w:hAnsi="Times New Roman" w:cs="Times New Roman"/>
                <w:sz w:val="18"/>
                <w:szCs w:val="18"/>
              </w:rPr>
              <w:t xml:space="preserve"> …………………</w:t>
            </w:r>
            <w:proofErr w:type="gramStart"/>
            <w:r w:rsidRPr="00BD24B4">
              <w:rPr>
                <w:rFonts w:ascii="Times New Roman" w:hAnsi="Times New Roman" w:cs="Times New Roman"/>
                <w:sz w:val="18"/>
                <w:szCs w:val="18"/>
              </w:rPr>
              <w:t>…..</w:t>
            </w:r>
            <w:proofErr w:type="gramEnd"/>
          </w:p>
        </w:tc>
      </w:tr>
      <w:tr w:rsidR="007B5890" w:rsidRPr="00BD24B4" w14:paraId="5136B830" w14:textId="77777777" w:rsidTr="007B5890">
        <w:tc>
          <w:tcPr>
            <w:tcW w:w="3521" w:type="dxa"/>
          </w:tcPr>
          <w:p w14:paraId="4BE3C7C2" w14:textId="77777777" w:rsidR="007B5890" w:rsidRPr="00BD24B4" w:rsidRDefault="007B5890" w:rsidP="007B5890">
            <w:pPr>
              <w:rPr>
                <w:rFonts w:cs="Times New Roman"/>
                <w:sz w:val="18"/>
                <w:szCs w:val="18"/>
                <w:lang w:val="ru-RU"/>
              </w:rPr>
            </w:pPr>
          </w:p>
        </w:tc>
        <w:tc>
          <w:tcPr>
            <w:tcW w:w="3521" w:type="dxa"/>
          </w:tcPr>
          <w:p w14:paraId="7C7334C4" w14:textId="77777777" w:rsidR="007B5890" w:rsidRPr="00BD24B4" w:rsidRDefault="007B5890" w:rsidP="007B5890">
            <w:pPr>
              <w:rPr>
                <w:rFonts w:cs="Times New Roman"/>
                <w:sz w:val="18"/>
                <w:szCs w:val="18"/>
                <w:lang w:val="ru-RU"/>
              </w:rPr>
            </w:pPr>
          </w:p>
        </w:tc>
        <w:tc>
          <w:tcPr>
            <w:tcW w:w="3522" w:type="dxa"/>
          </w:tcPr>
          <w:p w14:paraId="6ABC347E" w14:textId="77777777" w:rsidR="007B5890" w:rsidRPr="00BD24B4" w:rsidRDefault="007B5890" w:rsidP="007B5890">
            <w:pPr>
              <w:rPr>
                <w:rFonts w:cs="Times New Roman"/>
                <w:sz w:val="18"/>
                <w:szCs w:val="18"/>
                <w:lang w:val="ru-RU"/>
              </w:rPr>
            </w:pPr>
          </w:p>
        </w:tc>
      </w:tr>
      <w:tr w:rsidR="007B5890" w:rsidRPr="00BD24B4" w14:paraId="6058B9E7" w14:textId="77777777" w:rsidTr="007B5890">
        <w:tc>
          <w:tcPr>
            <w:tcW w:w="3521" w:type="dxa"/>
          </w:tcPr>
          <w:p w14:paraId="3B44F14A" w14:textId="77777777" w:rsidR="007B5890" w:rsidRPr="00BD24B4" w:rsidRDefault="007B5890" w:rsidP="007B5890">
            <w:pPr>
              <w:rPr>
                <w:rFonts w:cs="Times New Roman"/>
                <w:sz w:val="18"/>
                <w:szCs w:val="18"/>
                <w:lang w:val="ru-RU"/>
              </w:rPr>
            </w:pPr>
          </w:p>
        </w:tc>
        <w:tc>
          <w:tcPr>
            <w:tcW w:w="3521" w:type="dxa"/>
          </w:tcPr>
          <w:p w14:paraId="5EE97448" w14:textId="77777777" w:rsidR="007B5890" w:rsidRPr="00BD24B4" w:rsidRDefault="007B5890" w:rsidP="007B5890">
            <w:pPr>
              <w:rPr>
                <w:rFonts w:cs="Times New Roman"/>
                <w:sz w:val="18"/>
                <w:szCs w:val="18"/>
                <w:lang w:val="ru-RU"/>
              </w:rPr>
            </w:pPr>
          </w:p>
        </w:tc>
        <w:tc>
          <w:tcPr>
            <w:tcW w:w="3522" w:type="dxa"/>
          </w:tcPr>
          <w:p w14:paraId="3D1EC42D" w14:textId="77777777" w:rsidR="007B5890" w:rsidRPr="00BD24B4" w:rsidRDefault="007B5890" w:rsidP="007B5890">
            <w:pPr>
              <w:rPr>
                <w:rFonts w:cs="Times New Roman"/>
                <w:sz w:val="18"/>
                <w:szCs w:val="18"/>
                <w:lang w:val="ru-RU"/>
              </w:rPr>
            </w:pPr>
          </w:p>
        </w:tc>
      </w:tr>
      <w:tr w:rsidR="007B5890" w:rsidRPr="00BD24B4" w14:paraId="4FAD0BDA" w14:textId="77777777" w:rsidTr="007B5890">
        <w:tc>
          <w:tcPr>
            <w:tcW w:w="3521" w:type="dxa"/>
          </w:tcPr>
          <w:p w14:paraId="46E0BEAA" w14:textId="77777777" w:rsidR="007B5890" w:rsidRPr="00BD24B4" w:rsidRDefault="007B5890" w:rsidP="007B5890">
            <w:pPr>
              <w:rPr>
                <w:rFonts w:cs="Times New Roman"/>
                <w:sz w:val="18"/>
                <w:szCs w:val="18"/>
                <w:lang w:val="ru-RU"/>
              </w:rPr>
            </w:pPr>
          </w:p>
        </w:tc>
        <w:tc>
          <w:tcPr>
            <w:tcW w:w="3521" w:type="dxa"/>
          </w:tcPr>
          <w:p w14:paraId="36FF613E" w14:textId="77777777" w:rsidR="007B5890" w:rsidRPr="00BD24B4" w:rsidRDefault="007B5890" w:rsidP="007B5890">
            <w:pPr>
              <w:rPr>
                <w:rFonts w:cs="Times New Roman"/>
                <w:sz w:val="18"/>
                <w:szCs w:val="18"/>
                <w:lang w:val="ru-RU"/>
              </w:rPr>
            </w:pPr>
          </w:p>
        </w:tc>
        <w:tc>
          <w:tcPr>
            <w:tcW w:w="3522" w:type="dxa"/>
          </w:tcPr>
          <w:p w14:paraId="7E42470F" w14:textId="77777777" w:rsidR="007B5890" w:rsidRPr="00BD24B4" w:rsidRDefault="007B5890" w:rsidP="007B5890">
            <w:pPr>
              <w:rPr>
                <w:rFonts w:cs="Times New Roman"/>
                <w:sz w:val="18"/>
                <w:szCs w:val="18"/>
                <w:lang w:val="ru-RU"/>
              </w:rPr>
            </w:pPr>
          </w:p>
        </w:tc>
      </w:tr>
      <w:tr w:rsidR="007B5890" w:rsidRPr="00BD24B4" w14:paraId="099CF826" w14:textId="77777777" w:rsidTr="00BF3AE0">
        <w:tc>
          <w:tcPr>
            <w:tcW w:w="3521" w:type="dxa"/>
            <w:vAlign w:val="bottom"/>
          </w:tcPr>
          <w:p w14:paraId="3CAC7859" w14:textId="0635093C" w:rsidR="007B5890" w:rsidRPr="00BD24B4" w:rsidRDefault="007B5890" w:rsidP="007B5890">
            <w:pPr>
              <w:rPr>
                <w:rFonts w:cs="Times New Roman"/>
                <w:sz w:val="18"/>
                <w:szCs w:val="18"/>
                <w:lang w:val="ru-RU"/>
              </w:rPr>
            </w:pPr>
            <w:proofErr w:type="spellStart"/>
            <w:r w:rsidRPr="00BD24B4">
              <w:rPr>
                <w:rFonts w:ascii="Times New Roman" w:hAnsi="Times New Roman" w:cs="Times New Roman"/>
                <w:sz w:val="18"/>
                <w:szCs w:val="18"/>
              </w:rPr>
              <w:t>Печать</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дилера</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Дата</w:t>
            </w:r>
            <w:proofErr w:type="spellEnd"/>
            <w:r w:rsidRPr="00BD24B4">
              <w:rPr>
                <w:rFonts w:ascii="Times New Roman" w:hAnsi="Times New Roman" w:cs="Times New Roman"/>
                <w:sz w:val="18"/>
                <w:szCs w:val="18"/>
              </w:rPr>
              <w:t xml:space="preserve"> _____/_____/_____</w:t>
            </w:r>
          </w:p>
        </w:tc>
        <w:tc>
          <w:tcPr>
            <w:tcW w:w="3521" w:type="dxa"/>
            <w:vAlign w:val="bottom"/>
          </w:tcPr>
          <w:p w14:paraId="3F91B31E" w14:textId="3BAFE976" w:rsidR="007B5890" w:rsidRPr="00BD24B4" w:rsidRDefault="007B5890" w:rsidP="007B5890">
            <w:pPr>
              <w:rPr>
                <w:rFonts w:cs="Times New Roman"/>
                <w:sz w:val="18"/>
                <w:szCs w:val="18"/>
                <w:lang w:val="ru-RU"/>
              </w:rPr>
            </w:pPr>
            <w:proofErr w:type="spellStart"/>
            <w:r w:rsidRPr="00BD24B4">
              <w:rPr>
                <w:rFonts w:ascii="Times New Roman" w:hAnsi="Times New Roman" w:cs="Times New Roman"/>
                <w:sz w:val="18"/>
                <w:szCs w:val="18"/>
              </w:rPr>
              <w:t>Печать</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дилера</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Дата</w:t>
            </w:r>
            <w:proofErr w:type="spellEnd"/>
            <w:r w:rsidRPr="00BD24B4">
              <w:rPr>
                <w:rFonts w:ascii="Times New Roman" w:hAnsi="Times New Roman" w:cs="Times New Roman"/>
                <w:sz w:val="18"/>
                <w:szCs w:val="18"/>
              </w:rPr>
              <w:t xml:space="preserve"> _____/_____/_____</w:t>
            </w:r>
          </w:p>
        </w:tc>
        <w:tc>
          <w:tcPr>
            <w:tcW w:w="3522" w:type="dxa"/>
            <w:vAlign w:val="bottom"/>
          </w:tcPr>
          <w:p w14:paraId="539155FF" w14:textId="669C2337" w:rsidR="007B5890" w:rsidRPr="00BD24B4" w:rsidRDefault="007B5890" w:rsidP="007B5890">
            <w:pPr>
              <w:rPr>
                <w:rFonts w:cs="Times New Roman"/>
                <w:sz w:val="18"/>
                <w:szCs w:val="18"/>
                <w:lang w:val="ru-RU"/>
              </w:rPr>
            </w:pPr>
            <w:proofErr w:type="spellStart"/>
            <w:r w:rsidRPr="00BD24B4">
              <w:rPr>
                <w:rFonts w:ascii="Times New Roman" w:hAnsi="Times New Roman" w:cs="Times New Roman"/>
                <w:sz w:val="18"/>
                <w:szCs w:val="18"/>
              </w:rPr>
              <w:t>Печать</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дилера</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Дата</w:t>
            </w:r>
            <w:proofErr w:type="spellEnd"/>
            <w:r w:rsidRPr="00BD24B4">
              <w:rPr>
                <w:rFonts w:ascii="Times New Roman" w:hAnsi="Times New Roman" w:cs="Times New Roman"/>
                <w:sz w:val="18"/>
                <w:szCs w:val="18"/>
              </w:rPr>
              <w:t xml:space="preserve"> _____/_____/_____</w:t>
            </w:r>
          </w:p>
        </w:tc>
      </w:tr>
      <w:tr w:rsidR="007B5890" w:rsidRPr="00BD24B4" w14:paraId="48C86924" w14:textId="77777777" w:rsidTr="007B5890">
        <w:tc>
          <w:tcPr>
            <w:tcW w:w="3521" w:type="dxa"/>
          </w:tcPr>
          <w:p w14:paraId="65E87B7B" w14:textId="0EFFDC89" w:rsidR="007B5890" w:rsidRPr="00BD24B4" w:rsidRDefault="007B5890" w:rsidP="007B5890">
            <w:pPr>
              <w:rPr>
                <w:rFonts w:cs="Times New Roman"/>
                <w:sz w:val="18"/>
                <w:szCs w:val="18"/>
                <w:lang w:val="ru-RU"/>
              </w:rPr>
            </w:pPr>
            <w:proofErr w:type="spellStart"/>
            <w:r w:rsidRPr="00BD24B4">
              <w:rPr>
                <w:rFonts w:ascii="Times New Roman" w:hAnsi="Times New Roman" w:cs="Times New Roman"/>
                <w:sz w:val="18"/>
                <w:szCs w:val="18"/>
              </w:rPr>
              <w:t>Особые</w:t>
            </w:r>
            <w:proofErr w:type="spellEnd"/>
            <w:r w:rsidRPr="00BD24B4">
              <w:rPr>
                <w:rFonts w:ascii="Times New Roman" w:hAnsi="Times New Roman" w:cs="Times New Roman"/>
                <w:sz w:val="18"/>
                <w:szCs w:val="18"/>
              </w:rPr>
              <w:t xml:space="preserve"> </w:t>
            </w:r>
            <w:proofErr w:type="spellStart"/>
            <w:proofErr w:type="gramStart"/>
            <w:r w:rsidRPr="00BD24B4">
              <w:rPr>
                <w:rFonts w:ascii="Times New Roman" w:hAnsi="Times New Roman" w:cs="Times New Roman"/>
                <w:sz w:val="18"/>
                <w:szCs w:val="18"/>
              </w:rPr>
              <w:t>отметки</w:t>
            </w:r>
            <w:proofErr w:type="spellEnd"/>
            <w:r w:rsidRPr="00BD24B4">
              <w:rPr>
                <w:rFonts w:ascii="Times New Roman" w:hAnsi="Times New Roman" w:cs="Times New Roman"/>
                <w:sz w:val="18"/>
                <w:szCs w:val="18"/>
              </w:rPr>
              <w:t xml:space="preserve"> :</w:t>
            </w:r>
            <w:proofErr w:type="gramEnd"/>
          </w:p>
        </w:tc>
        <w:tc>
          <w:tcPr>
            <w:tcW w:w="3521" w:type="dxa"/>
          </w:tcPr>
          <w:p w14:paraId="22D607EF" w14:textId="08BC284C" w:rsidR="007B5890" w:rsidRPr="00BD24B4" w:rsidRDefault="007B5890" w:rsidP="007B5890">
            <w:pPr>
              <w:rPr>
                <w:rFonts w:cs="Times New Roman"/>
                <w:sz w:val="18"/>
                <w:szCs w:val="18"/>
                <w:lang w:val="ru-RU"/>
              </w:rPr>
            </w:pPr>
            <w:proofErr w:type="spellStart"/>
            <w:r w:rsidRPr="00BD24B4">
              <w:rPr>
                <w:rFonts w:ascii="Times New Roman" w:hAnsi="Times New Roman" w:cs="Times New Roman"/>
                <w:sz w:val="18"/>
                <w:szCs w:val="18"/>
              </w:rPr>
              <w:t>Особые</w:t>
            </w:r>
            <w:proofErr w:type="spellEnd"/>
            <w:r w:rsidRPr="00BD24B4">
              <w:rPr>
                <w:rFonts w:ascii="Times New Roman" w:hAnsi="Times New Roman" w:cs="Times New Roman"/>
                <w:sz w:val="18"/>
                <w:szCs w:val="18"/>
              </w:rPr>
              <w:t xml:space="preserve"> </w:t>
            </w:r>
            <w:proofErr w:type="spellStart"/>
            <w:proofErr w:type="gramStart"/>
            <w:r w:rsidRPr="00BD24B4">
              <w:rPr>
                <w:rFonts w:ascii="Times New Roman" w:hAnsi="Times New Roman" w:cs="Times New Roman"/>
                <w:sz w:val="18"/>
                <w:szCs w:val="18"/>
              </w:rPr>
              <w:t>отметки</w:t>
            </w:r>
            <w:proofErr w:type="spellEnd"/>
            <w:r w:rsidRPr="00BD24B4">
              <w:rPr>
                <w:rFonts w:ascii="Times New Roman" w:hAnsi="Times New Roman" w:cs="Times New Roman"/>
                <w:sz w:val="18"/>
                <w:szCs w:val="18"/>
              </w:rPr>
              <w:t xml:space="preserve"> :</w:t>
            </w:r>
            <w:proofErr w:type="gramEnd"/>
          </w:p>
        </w:tc>
        <w:tc>
          <w:tcPr>
            <w:tcW w:w="3522" w:type="dxa"/>
          </w:tcPr>
          <w:p w14:paraId="07FB2508" w14:textId="3562ABC0" w:rsidR="007B5890" w:rsidRPr="00BD24B4" w:rsidRDefault="007B5890" w:rsidP="007B5890">
            <w:pPr>
              <w:rPr>
                <w:rFonts w:cs="Times New Roman"/>
                <w:sz w:val="18"/>
                <w:szCs w:val="18"/>
                <w:lang w:val="ru-RU"/>
              </w:rPr>
            </w:pPr>
            <w:proofErr w:type="spellStart"/>
            <w:r w:rsidRPr="00BD24B4">
              <w:rPr>
                <w:rFonts w:ascii="Times New Roman" w:hAnsi="Times New Roman" w:cs="Times New Roman"/>
                <w:sz w:val="18"/>
                <w:szCs w:val="18"/>
              </w:rPr>
              <w:t>Особые</w:t>
            </w:r>
            <w:proofErr w:type="spellEnd"/>
            <w:r w:rsidRPr="00BD24B4">
              <w:rPr>
                <w:rFonts w:ascii="Times New Roman" w:hAnsi="Times New Roman" w:cs="Times New Roman"/>
                <w:sz w:val="18"/>
                <w:szCs w:val="18"/>
              </w:rPr>
              <w:t xml:space="preserve"> </w:t>
            </w:r>
            <w:proofErr w:type="spellStart"/>
            <w:proofErr w:type="gramStart"/>
            <w:r w:rsidRPr="00BD24B4">
              <w:rPr>
                <w:rFonts w:ascii="Times New Roman" w:hAnsi="Times New Roman" w:cs="Times New Roman"/>
                <w:sz w:val="18"/>
                <w:szCs w:val="18"/>
              </w:rPr>
              <w:t>отметки</w:t>
            </w:r>
            <w:proofErr w:type="spellEnd"/>
            <w:r w:rsidRPr="00BD24B4">
              <w:rPr>
                <w:rFonts w:ascii="Times New Roman" w:hAnsi="Times New Roman" w:cs="Times New Roman"/>
                <w:sz w:val="18"/>
                <w:szCs w:val="18"/>
              </w:rPr>
              <w:t xml:space="preserve"> :</w:t>
            </w:r>
            <w:proofErr w:type="gramEnd"/>
          </w:p>
        </w:tc>
      </w:tr>
      <w:tr w:rsidR="007B5890" w:rsidRPr="00BD24B4" w14:paraId="17337629" w14:textId="77777777" w:rsidTr="007B5890">
        <w:tc>
          <w:tcPr>
            <w:tcW w:w="3521" w:type="dxa"/>
          </w:tcPr>
          <w:p w14:paraId="4B765D9F" w14:textId="77777777" w:rsidR="007B5890" w:rsidRPr="00BD24B4" w:rsidRDefault="007B5890" w:rsidP="007B5890">
            <w:pPr>
              <w:rPr>
                <w:rFonts w:cs="Times New Roman"/>
                <w:sz w:val="18"/>
                <w:szCs w:val="18"/>
                <w:lang w:val="ru-RU"/>
              </w:rPr>
            </w:pPr>
          </w:p>
        </w:tc>
        <w:tc>
          <w:tcPr>
            <w:tcW w:w="3521" w:type="dxa"/>
          </w:tcPr>
          <w:p w14:paraId="16F28AE9" w14:textId="77777777" w:rsidR="007B5890" w:rsidRPr="00BD24B4" w:rsidRDefault="007B5890" w:rsidP="007B5890">
            <w:pPr>
              <w:rPr>
                <w:rFonts w:cs="Times New Roman"/>
                <w:sz w:val="18"/>
                <w:szCs w:val="18"/>
                <w:lang w:val="ru-RU"/>
              </w:rPr>
            </w:pPr>
          </w:p>
        </w:tc>
        <w:tc>
          <w:tcPr>
            <w:tcW w:w="3522" w:type="dxa"/>
          </w:tcPr>
          <w:p w14:paraId="71C7C091" w14:textId="77777777" w:rsidR="007B5890" w:rsidRPr="00BD24B4" w:rsidRDefault="007B5890" w:rsidP="007B5890">
            <w:pPr>
              <w:rPr>
                <w:rFonts w:cs="Times New Roman"/>
                <w:sz w:val="18"/>
                <w:szCs w:val="18"/>
                <w:lang w:val="ru-RU"/>
              </w:rPr>
            </w:pPr>
          </w:p>
        </w:tc>
      </w:tr>
      <w:tr w:rsidR="007B5890" w:rsidRPr="00BD24B4" w14:paraId="0AD72739" w14:textId="77777777" w:rsidTr="007B5890">
        <w:tc>
          <w:tcPr>
            <w:tcW w:w="3521" w:type="dxa"/>
          </w:tcPr>
          <w:p w14:paraId="2C48C38F" w14:textId="77777777" w:rsidR="007B5890" w:rsidRPr="00BD24B4" w:rsidRDefault="007B5890" w:rsidP="007B5890">
            <w:pPr>
              <w:rPr>
                <w:rFonts w:cs="Times New Roman"/>
                <w:sz w:val="18"/>
                <w:szCs w:val="18"/>
                <w:lang w:val="ru-RU"/>
              </w:rPr>
            </w:pPr>
          </w:p>
        </w:tc>
        <w:tc>
          <w:tcPr>
            <w:tcW w:w="3521" w:type="dxa"/>
          </w:tcPr>
          <w:p w14:paraId="7E83156B" w14:textId="77777777" w:rsidR="007B5890" w:rsidRPr="00BD24B4" w:rsidRDefault="007B5890" w:rsidP="007B5890">
            <w:pPr>
              <w:rPr>
                <w:rFonts w:cs="Times New Roman"/>
                <w:sz w:val="18"/>
                <w:szCs w:val="18"/>
                <w:lang w:val="ru-RU"/>
              </w:rPr>
            </w:pPr>
          </w:p>
        </w:tc>
        <w:tc>
          <w:tcPr>
            <w:tcW w:w="3522" w:type="dxa"/>
          </w:tcPr>
          <w:p w14:paraId="05D9AD39" w14:textId="77777777" w:rsidR="007B5890" w:rsidRPr="00BD24B4" w:rsidRDefault="007B5890" w:rsidP="007B5890">
            <w:pPr>
              <w:rPr>
                <w:rFonts w:cs="Times New Roman"/>
                <w:sz w:val="18"/>
                <w:szCs w:val="18"/>
                <w:lang w:val="ru-RU"/>
              </w:rPr>
            </w:pPr>
          </w:p>
        </w:tc>
      </w:tr>
      <w:tr w:rsidR="007B5890" w:rsidRPr="00BD24B4" w14:paraId="74190DE7" w14:textId="77777777" w:rsidTr="007B5890">
        <w:tc>
          <w:tcPr>
            <w:tcW w:w="3521" w:type="dxa"/>
          </w:tcPr>
          <w:p w14:paraId="7B085C11" w14:textId="77777777" w:rsidR="007B5890" w:rsidRPr="00BD24B4" w:rsidRDefault="007B5890" w:rsidP="007B5890">
            <w:pPr>
              <w:rPr>
                <w:rFonts w:cs="Times New Roman"/>
                <w:sz w:val="18"/>
                <w:szCs w:val="18"/>
                <w:lang w:val="ru-RU"/>
              </w:rPr>
            </w:pPr>
          </w:p>
        </w:tc>
        <w:tc>
          <w:tcPr>
            <w:tcW w:w="3521" w:type="dxa"/>
          </w:tcPr>
          <w:p w14:paraId="0AC0F862" w14:textId="77777777" w:rsidR="007B5890" w:rsidRPr="00BD24B4" w:rsidRDefault="007B5890" w:rsidP="007B5890">
            <w:pPr>
              <w:rPr>
                <w:rFonts w:cs="Times New Roman"/>
                <w:sz w:val="18"/>
                <w:szCs w:val="18"/>
                <w:lang w:val="ru-RU"/>
              </w:rPr>
            </w:pPr>
          </w:p>
        </w:tc>
        <w:tc>
          <w:tcPr>
            <w:tcW w:w="3522" w:type="dxa"/>
          </w:tcPr>
          <w:p w14:paraId="280572FD" w14:textId="77777777" w:rsidR="007B5890" w:rsidRPr="00BD24B4" w:rsidRDefault="007B5890" w:rsidP="007B5890">
            <w:pPr>
              <w:rPr>
                <w:rFonts w:cs="Times New Roman"/>
                <w:sz w:val="18"/>
                <w:szCs w:val="18"/>
                <w:lang w:val="ru-RU"/>
              </w:rPr>
            </w:pPr>
          </w:p>
        </w:tc>
      </w:tr>
      <w:tr w:rsidR="007B5890" w:rsidRPr="00BD24B4" w14:paraId="0F8BD4E8" w14:textId="77777777" w:rsidTr="007B5890">
        <w:tc>
          <w:tcPr>
            <w:tcW w:w="3521" w:type="dxa"/>
          </w:tcPr>
          <w:p w14:paraId="00374764" w14:textId="77777777" w:rsidR="007B5890" w:rsidRPr="00BD24B4" w:rsidRDefault="007B5890" w:rsidP="007B5890">
            <w:pPr>
              <w:rPr>
                <w:rFonts w:cs="Times New Roman"/>
                <w:sz w:val="18"/>
                <w:szCs w:val="18"/>
                <w:lang w:val="ru-RU"/>
              </w:rPr>
            </w:pPr>
          </w:p>
        </w:tc>
        <w:tc>
          <w:tcPr>
            <w:tcW w:w="3521" w:type="dxa"/>
          </w:tcPr>
          <w:p w14:paraId="63BA6D2A" w14:textId="77777777" w:rsidR="007B5890" w:rsidRPr="00BD24B4" w:rsidRDefault="007B5890" w:rsidP="007B5890">
            <w:pPr>
              <w:rPr>
                <w:rFonts w:cs="Times New Roman"/>
                <w:sz w:val="18"/>
                <w:szCs w:val="18"/>
                <w:lang w:val="ru-RU"/>
              </w:rPr>
            </w:pPr>
          </w:p>
        </w:tc>
        <w:tc>
          <w:tcPr>
            <w:tcW w:w="3522" w:type="dxa"/>
          </w:tcPr>
          <w:p w14:paraId="01FADA0D" w14:textId="77777777" w:rsidR="007B5890" w:rsidRPr="00BD24B4" w:rsidRDefault="007B5890" w:rsidP="007B5890">
            <w:pPr>
              <w:rPr>
                <w:rFonts w:cs="Times New Roman"/>
                <w:sz w:val="18"/>
                <w:szCs w:val="18"/>
                <w:lang w:val="ru-RU"/>
              </w:rPr>
            </w:pPr>
          </w:p>
        </w:tc>
      </w:tr>
      <w:tr w:rsidR="007B5890" w:rsidRPr="00BD24B4" w14:paraId="1828648A" w14:textId="77777777" w:rsidTr="007B5890">
        <w:tc>
          <w:tcPr>
            <w:tcW w:w="3521" w:type="dxa"/>
          </w:tcPr>
          <w:p w14:paraId="027373E5" w14:textId="77777777" w:rsidR="007B5890" w:rsidRPr="00BD24B4" w:rsidRDefault="007B5890" w:rsidP="007B5890">
            <w:pPr>
              <w:rPr>
                <w:rFonts w:cs="Times New Roman"/>
                <w:sz w:val="18"/>
                <w:szCs w:val="18"/>
                <w:lang w:val="ru-RU"/>
              </w:rPr>
            </w:pPr>
          </w:p>
        </w:tc>
        <w:tc>
          <w:tcPr>
            <w:tcW w:w="3521" w:type="dxa"/>
          </w:tcPr>
          <w:p w14:paraId="2231D7BC" w14:textId="77777777" w:rsidR="007B5890" w:rsidRPr="00BD24B4" w:rsidRDefault="007B5890" w:rsidP="007B5890">
            <w:pPr>
              <w:rPr>
                <w:rFonts w:cs="Times New Roman"/>
                <w:sz w:val="18"/>
                <w:szCs w:val="18"/>
                <w:lang w:val="ru-RU"/>
              </w:rPr>
            </w:pPr>
          </w:p>
        </w:tc>
        <w:tc>
          <w:tcPr>
            <w:tcW w:w="3522" w:type="dxa"/>
          </w:tcPr>
          <w:p w14:paraId="6D2DFBF9" w14:textId="77777777" w:rsidR="007B5890" w:rsidRPr="00BD24B4" w:rsidRDefault="007B5890" w:rsidP="007B5890">
            <w:pPr>
              <w:rPr>
                <w:rFonts w:cs="Times New Roman"/>
                <w:sz w:val="18"/>
                <w:szCs w:val="18"/>
                <w:lang w:val="ru-RU"/>
              </w:rPr>
            </w:pPr>
          </w:p>
        </w:tc>
      </w:tr>
      <w:tr w:rsidR="007B5890" w:rsidRPr="00BD24B4" w14:paraId="6A3D4B4B" w14:textId="77777777" w:rsidTr="007B5890">
        <w:tc>
          <w:tcPr>
            <w:tcW w:w="3521" w:type="dxa"/>
          </w:tcPr>
          <w:p w14:paraId="60A5B6F5" w14:textId="77777777" w:rsidR="007B5890" w:rsidRPr="00BD24B4" w:rsidRDefault="007B5890" w:rsidP="007B5890">
            <w:pPr>
              <w:rPr>
                <w:rFonts w:cs="Times New Roman"/>
                <w:sz w:val="18"/>
                <w:szCs w:val="18"/>
                <w:lang w:val="ru-RU"/>
              </w:rPr>
            </w:pPr>
          </w:p>
        </w:tc>
        <w:tc>
          <w:tcPr>
            <w:tcW w:w="3521" w:type="dxa"/>
          </w:tcPr>
          <w:p w14:paraId="5068B104" w14:textId="77777777" w:rsidR="007B5890" w:rsidRPr="00BD24B4" w:rsidRDefault="007B5890" w:rsidP="007B5890">
            <w:pPr>
              <w:rPr>
                <w:rFonts w:cs="Times New Roman"/>
                <w:sz w:val="18"/>
                <w:szCs w:val="18"/>
                <w:lang w:val="ru-RU"/>
              </w:rPr>
            </w:pPr>
          </w:p>
        </w:tc>
        <w:tc>
          <w:tcPr>
            <w:tcW w:w="3522" w:type="dxa"/>
          </w:tcPr>
          <w:p w14:paraId="5B5BC264" w14:textId="77777777" w:rsidR="007B5890" w:rsidRPr="00BD24B4" w:rsidRDefault="007B5890" w:rsidP="007B5890">
            <w:pPr>
              <w:rPr>
                <w:rFonts w:cs="Times New Roman"/>
                <w:sz w:val="18"/>
                <w:szCs w:val="18"/>
                <w:lang w:val="ru-RU"/>
              </w:rPr>
            </w:pPr>
          </w:p>
        </w:tc>
      </w:tr>
      <w:tr w:rsidR="007B5890" w:rsidRPr="00BD24B4" w14:paraId="7BAD5FD1" w14:textId="77777777" w:rsidTr="007B5890">
        <w:tc>
          <w:tcPr>
            <w:tcW w:w="3521" w:type="dxa"/>
          </w:tcPr>
          <w:p w14:paraId="4C7E7BB3" w14:textId="77777777" w:rsidR="007B5890" w:rsidRPr="00BD24B4" w:rsidRDefault="007B5890" w:rsidP="007B5890">
            <w:pPr>
              <w:rPr>
                <w:rFonts w:cs="Times New Roman"/>
                <w:sz w:val="18"/>
                <w:szCs w:val="18"/>
                <w:lang w:val="ru-RU"/>
              </w:rPr>
            </w:pPr>
          </w:p>
        </w:tc>
        <w:tc>
          <w:tcPr>
            <w:tcW w:w="3521" w:type="dxa"/>
          </w:tcPr>
          <w:p w14:paraId="2B5C5ABE" w14:textId="77777777" w:rsidR="007B5890" w:rsidRPr="00BD24B4" w:rsidRDefault="007B5890" w:rsidP="007B5890">
            <w:pPr>
              <w:rPr>
                <w:rFonts w:cs="Times New Roman"/>
                <w:sz w:val="18"/>
                <w:szCs w:val="18"/>
                <w:lang w:val="ru-RU"/>
              </w:rPr>
            </w:pPr>
          </w:p>
        </w:tc>
        <w:tc>
          <w:tcPr>
            <w:tcW w:w="3522" w:type="dxa"/>
          </w:tcPr>
          <w:p w14:paraId="11120743" w14:textId="77777777" w:rsidR="007B5890" w:rsidRPr="00BD24B4" w:rsidRDefault="007B5890" w:rsidP="007B5890">
            <w:pPr>
              <w:rPr>
                <w:rFonts w:cs="Times New Roman"/>
                <w:sz w:val="18"/>
                <w:szCs w:val="18"/>
                <w:lang w:val="ru-RU"/>
              </w:rPr>
            </w:pPr>
          </w:p>
        </w:tc>
      </w:tr>
      <w:tr w:rsidR="007B5890" w:rsidRPr="00BD24B4" w14:paraId="4CE18880" w14:textId="77777777" w:rsidTr="007B5890">
        <w:tc>
          <w:tcPr>
            <w:tcW w:w="3521" w:type="dxa"/>
          </w:tcPr>
          <w:p w14:paraId="4541C3E5" w14:textId="77777777" w:rsidR="007B5890" w:rsidRPr="00BD24B4" w:rsidRDefault="007B5890" w:rsidP="007B5890">
            <w:pPr>
              <w:rPr>
                <w:rFonts w:cs="Times New Roman"/>
                <w:sz w:val="18"/>
                <w:szCs w:val="18"/>
                <w:lang w:val="ru-RU"/>
              </w:rPr>
            </w:pPr>
          </w:p>
        </w:tc>
        <w:tc>
          <w:tcPr>
            <w:tcW w:w="3521" w:type="dxa"/>
          </w:tcPr>
          <w:p w14:paraId="0705027C" w14:textId="77777777" w:rsidR="007B5890" w:rsidRPr="00BD24B4" w:rsidRDefault="007B5890" w:rsidP="007B5890">
            <w:pPr>
              <w:rPr>
                <w:rFonts w:cs="Times New Roman"/>
                <w:sz w:val="18"/>
                <w:szCs w:val="18"/>
                <w:lang w:val="ru-RU"/>
              </w:rPr>
            </w:pPr>
          </w:p>
        </w:tc>
        <w:tc>
          <w:tcPr>
            <w:tcW w:w="3522" w:type="dxa"/>
          </w:tcPr>
          <w:p w14:paraId="663CFDCD" w14:textId="77777777" w:rsidR="007B5890" w:rsidRPr="00BD24B4" w:rsidRDefault="007B5890" w:rsidP="007B5890">
            <w:pPr>
              <w:rPr>
                <w:rFonts w:cs="Times New Roman"/>
                <w:sz w:val="18"/>
                <w:szCs w:val="18"/>
                <w:lang w:val="ru-RU"/>
              </w:rPr>
            </w:pPr>
          </w:p>
        </w:tc>
      </w:tr>
    </w:tbl>
    <w:p w14:paraId="17381626" w14:textId="4EAD51AB" w:rsidR="007B5890" w:rsidRPr="00BD24B4" w:rsidRDefault="007B5890" w:rsidP="00212A9B">
      <w:pPr>
        <w:rPr>
          <w:rFonts w:cs="Times New Roman"/>
          <w:sz w:val="20"/>
          <w:szCs w:val="20"/>
          <w:lang w:val="ru-RU"/>
        </w:rPr>
      </w:pPr>
    </w:p>
    <w:tbl>
      <w:tblPr>
        <w:tblStyle w:val="aff1"/>
        <w:tblW w:w="10564" w:type="dxa"/>
        <w:tblLayout w:type="fixed"/>
        <w:tblLook w:val="04A0" w:firstRow="1" w:lastRow="0" w:firstColumn="1" w:lastColumn="0" w:noHBand="0" w:noVBand="1"/>
      </w:tblPr>
      <w:tblGrid>
        <w:gridCol w:w="10564"/>
      </w:tblGrid>
      <w:tr w:rsidR="005568A4" w:rsidRPr="00BD24B4" w14:paraId="70C06AFB" w14:textId="77777777" w:rsidTr="005568A4">
        <w:tc>
          <w:tcPr>
            <w:tcW w:w="10564" w:type="dxa"/>
          </w:tcPr>
          <w:p w14:paraId="50D8D5B7" w14:textId="37A07DCB" w:rsidR="005568A4" w:rsidRPr="00BD24B4" w:rsidRDefault="005568A4" w:rsidP="007B5890">
            <w:pPr>
              <w:rPr>
                <w:rFonts w:cs="Times New Roman"/>
                <w:sz w:val="20"/>
                <w:szCs w:val="20"/>
                <w:lang w:val="ru-RU"/>
              </w:rPr>
            </w:pPr>
            <w:r w:rsidRPr="00BD24B4">
              <w:rPr>
                <w:rFonts w:ascii="Times New Roman" w:hAnsi="Times New Roman" w:cs="Times New Roman"/>
                <w:sz w:val="20"/>
                <w:szCs w:val="20"/>
              </w:rPr>
              <w:t xml:space="preserve">! </w:t>
            </w:r>
            <w:proofErr w:type="gramStart"/>
            <w:r w:rsidRPr="00BD24B4">
              <w:rPr>
                <w:rFonts w:ascii="Times New Roman" w:hAnsi="Times New Roman" w:cs="Times New Roman"/>
                <w:sz w:val="20"/>
                <w:szCs w:val="20"/>
              </w:rPr>
              <w:t>ВАЖНО !</w:t>
            </w:r>
            <w:proofErr w:type="gramEnd"/>
          </w:p>
        </w:tc>
      </w:tr>
      <w:tr w:rsidR="005568A4" w:rsidRPr="00707D8A" w14:paraId="28676A11" w14:textId="77777777" w:rsidTr="005568A4">
        <w:tc>
          <w:tcPr>
            <w:tcW w:w="10564" w:type="dxa"/>
          </w:tcPr>
          <w:p w14:paraId="70FD1FA9" w14:textId="2306B16F" w:rsidR="005568A4" w:rsidRPr="00BD24B4" w:rsidRDefault="005568A4" w:rsidP="007B5890">
            <w:pPr>
              <w:rPr>
                <w:rFonts w:cs="Times New Roman"/>
                <w:sz w:val="20"/>
                <w:szCs w:val="20"/>
                <w:lang w:val="ru-RU"/>
              </w:rPr>
            </w:pPr>
            <w:r w:rsidRPr="00BD24B4">
              <w:rPr>
                <w:rFonts w:ascii="Times New Roman" w:hAnsi="Times New Roman" w:cs="Times New Roman"/>
                <w:sz w:val="20"/>
                <w:szCs w:val="20"/>
                <w:lang w:val="ru-RU"/>
              </w:rPr>
              <w:t xml:space="preserve">Пожалуйста, удостоверьтесь, что обслуживание транспортного средства выполнено по точно определенным указанным интервалам в км или месяцах. Техническое обслуживание должно быть выполнено ТОЛЬКО уполномоченными дилерами </w:t>
            </w:r>
            <w:proofErr w:type="spellStart"/>
            <w:r w:rsidRPr="00BD24B4">
              <w:rPr>
                <w:rFonts w:ascii="Times New Roman" w:hAnsi="Times New Roman" w:cs="Times New Roman"/>
                <w:sz w:val="20"/>
                <w:szCs w:val="20"/>
              </w:rPr>
              <w:t>Bizon</w:t>
            </w:r>
            <w:proofErr w:type="spellEnd"/>
            <w:r w:rsidRPr="00BD24B4">
              <w:rPr>
                <w:rFonts w:ascii="Times New Roman" w:hAnsi="Times New Roman" w:cs="Times New Roman"/>
                <w:sz w:val="20"/>
                <w:szCs w:val="20"/>
                <w:lang w:val="ru-RU"/>
              </w:rPr>
              <w:t xml:space="preserve">. По вопросам гарантийного и после гарантийного ремонта, а </w:t>
            </w:r>
            <w:proofErr w:type="gramStart"/>
            <w:r w:rsidRPr="00BD24B4">
              <w:rPr>
                <w:rFonts w:ascii="Times New Roman" w:hAnsi="Times New Roman" w:cs="Times New Roman"/>
                <w:sz w:val="20"/>
                <w:szCs w:val="20"/>
                <w:lang w:val="ru-RU"/>
              </w:rPr>
              <w:t>так же</w:t>
            </w:r>
            <w:proofErr w:type="gramEnd"/>
            <w:r w:rsidRPr="00BD24B4">
              <w:rPr>
                <w:rFonts w:ascii="Times New Roman" w:hAnsi="Times New Roman" w:cs="Times New Roman"/>
                <w:sz w:val="20"/>
                <w:szCs w:val="20"/>
                <w:lang w:val="ru-RU"/>
              </w:rPr>
              <w:t xml:space="preserve"> вопросам качества обращайтесь к любому официальному дилеру </w:t>
            </w:r>
            <w:proofErr w:type="spellStart"/>
            <w:r w:rsidRPr="00BD24B4">
              <w:rPr>
                <w:rFonts w:ascii="Times New Roman" w:hAnsi="Times New Roman" w:cs="Times New Roman"/>
                <w:sz w:val="20"/>
                <w:szCs w:val="20"/>
              </w:rPr>
              <w:t>Bizon</w:t>
            </w:r>
            <w:proofErr w:type="spellEnd"/>
            <w:r w:rsidRPr="00BD24B4">
              <w:rPr>
                <w:rFonts w:ascii="Times New Roman" w:hAnsi="Times New Roman" w:cs="Times New Roman"/>
                <w:sz w:val="20"/>
                <w:szCs w:val="20"/>
                <w:lang w:val="ru-RU"/>
              </w:rPr>
              <w:t xml:space="preserve">. Список организаций, осуществляющих обслуживание мототехники </w:t>
            </w:r>
            <w:proofErr w:type="spellStart"/>
            <w:proofErr w:type="gramStart"/>
            <w:r w:rsidRPr="00BD24B4">
              <w:rPr>
                <w:rFonts w:ascii="Times New Roman" w:hAnsi="Times New Roman" w:cs="Times New Roman"/>
                <w:sz w:val="20"/>
                <w:szCs w:val="20"/>
              </w:rPr>
              <w:t>Bizon</w:t>
            </w:r>
            <w:proofErr w:type="spellEnd"/>
            <w:proofErr w:type="gramEnd"/>
            <w:r w:rsidRPr="00BD24B4">
              <w:rPr>
                <w:rFonts w:ascii="Times New Roman" w:hAnsi="Times New Roman" w:cs="Times New Roman"/>
                <w:sz w:val="20"/>
                <w:szCs w:val="20"/>
                <w:lang w:val="ru-RU"/>
              </w:rPr>
              <w:t xml:space="preserve"> Вы можете уточнить на нашем сайте http://</w:t>
            </w:r>
            <w:r w:rsidRPr="00BD24B4">
              <w:rPr>
                <w:rFonts w:ascii="Times New Roman" w:hAnsi="Times New Roman" w:cs="Times New Roman"/>
                <w:sz w:val="20"/>
                <w:szCs w:val="20"/>
              </w:rPr>
              <w:t>b</w:t>
            </w:r>
            <w:r w:rsidRPr="00BD24B4">
              <w:rPr>
                <w:rFonts w:ascii="Times New Roman" w:hAnsi="Times New Roman" w:cs="Times New Roman"/>
                <w:sz w:val="20"/>
                <w:szCs w:val="20"/>
                <w:lang w:val="ru-RU"/>
              </w:rPr>
              <w:t>izonatv.ru</w:t>
            </w:r>
          </w:p>
        </w:tc>
      </w:tr>
    </w:tbl>
    <w:p w14:paraId="384DBD47" w14:textId="19632DFA" w:rsidR="005568A4" w:rsidRPr="00BD24B4" w:rsidRDefault="005568A4" w:rsidP="00212A9B">
      <w:pPr>
        <w:rPr>
          <w:rFonts w:cs="Times New Roman"/>
          <w:sz w:val="20"/>
          <w:szCs w:val="20"/>
          <w:lang w:val="ru-RU"/>
        </w:rPr>
      </w:pPr>
    </w:p>
    <w:p w14:paraId="59BFA288" w14:textId="77777777" w:rsidR="005568A4" w:rsidRPr="00BD24B4" w:rsidRDefault="005568A4">
      <w:pPr>
        <w:spacing w:after="200" w:line="276" w:lineRule="auto"/>
        <w:rPr>
          <w:rFonts w:cs="Times New Roman"/>
          <w:sz w:val="20"/>
          <w:szCs w:val="20"/>
          <w:lang w:val="ru-RU"/>
        </w:rPr>
      </w:pPr>
      <w:r w:rsidRPr="00BD24B4">
        <w:rPr>
          <w:rFonts w:cs="Times New Roman"/>
          <w:sz w:val="20"/>
          <w:szCs w:val="20"/>
          <w:lang w:val="ru-RU"/>
        </w:rPr>
        <w:br w:type="page"/>
      </w:r>
    </w:p>
    <w:p w14:paraId="38FB05AD" w14:textId="77777777" w:rsidR="005572D7" w:rsidRPr="00BD24B4" w:rsidRDefault="005572D7" w:rsidP="005572D7">
      <w:pPr>
        <w:spacing w:line="276" w:lineRule="auto"/>
        <w:jc w:val="center"/>
        <w:rPr>
          <w:rFonts w:ascii="Times New Roman" w:hAnsi="Times New Roman" w:cs="Times New Roman"/>
          <w:b/>
          <w:bCs/>
          <w:sz w:val="24"/>
          <w:szCs w:val="24"/>
        </w:rPr>
      </w:pPr>
      <w:r w:rsidRPr="00BD24B4">
        <w:rPr>
          <w:rFonts w:ascii="Times New Roman" w:hAnsi="Times New Roman" w:cs="Times New Roman"/>
          <w:b/>
          <w:bCs/>
          <w:sz w:val="24"/>
          <w:szCs w:val="24"/>
        </w:rPr>
        <w:lastRenderedPageBreak/>
        <w:t>ТАЛОНЫ НОМЕРНОГО ТЕХНИЧЕСКОГО ОБСЛУЖИВАНИЯ</w:t>
      </w:r>
    </w:p>
    <w:p w14:paraId="111590DF" w14:textId="77777777" w:rsidR="005572D7" w:rsidRPr="00BD24B4" w:rsidRDefault="005572D7" w:rsidP="005572D7">
      <w:pPr>
        <w:rPr>
          <w:rFonts w:cs="Times New Roman"/>
          <w:sz w:val="20"/>
          <w:szCs w:val="20"/>
          <w:lang w:val="ru-RU"/>
        </w:rPr>
      </w:pPr>
    </w:p>
    <w:tbl>
      <w:tblPr>
        <w:tblStyle w:val="aff1"/>
        <w:tblW w:w="0" w:type="auto"/>
        <w:tblLayout w:type="fixed"/>
        <w:tblLook w:val="04A0" w:firstRow="1" w:lastRow="0" w:firstColumn="1" w:lastColumn="0" w:noHBand="0" w:noVBand="1"/>
      </w:tblPr>
      <w:tblGrid>
        <w:gridCol w:w="3521"/>
        <w:gridCol w:w="3521"/>
        <w:gridCol w:w="3522"/>
      </w:tblGrid>
      <w:tr w:rsidR="005572D7" w:rsidRPr="00BD24B4" w14:paraId="35D066CF" w14:textId="77777777" w:rsidTr="00BF3AE0">
        <w:tc>
          <w:tcPr>
            <w:tcW w:w="3521" w:type="dxa"/>
          </w:tcPr>
          <w:p w14:paraId="03637862" w14:textId="4CFCDC0E" w:rsidR="005572D7" w:rsidRPr="00BD24B4" w:rsidRDefault="008C454C" w:rsidP="00BF3AE0">
            <w:pPr>
              <w:rPr>
                <w:rFonts w:cs="Times New Roman"/>
                <w:sz w:val="18"/>
                <w:szCs w:val="18"/>
                <w:lang w:val="ru-RU"/>
              </w:rPr>
            </w:pPr>
            <w:r>
              <w:rPr>
                <w:rFonts w:ascii="Times New Roman" w:hAnsi="Times New Roman" w:cs="Times New Roman"/>
                <w:b/>
                <w:bCs/>
                <w:sz w:val="18"/>
                <w:szCs w:val="18"/>
                <w:lang w:val="ru-RU"/>
              </w:rPr>
              <w:t>4</w:t>
            </w:r>
            <w:r w:rsidR="005572D7" w:rsidRPr="00BD24B4">
              <w:rPr>
                <w:rFonts w:ascii="Times New Roman" w:hAnsi="Times New Roman" w:cs="Times New Roman"/>
                <w:b/>
                <w:bCs/>
                <w:sz w:val="18"/>
                <w:szCs w:val="18"/>
              </w:rPr>
              <w:t xml:space="preserve"> СЕРВИС</w:t>
            </w:r>
          </w:p>
        </w:tc>
        <w:tc>
          <w:tcPr>
            <w:tcW w:w="3521" w:type="dxa"/>
          </w:tcPr>
          <w:p w14:paraId="1A0DF203" w14:textId="6BEF423C" w:rsidR="005572D7" w:rsidRPr="00BD24B4" w:rsidRDefault="008C454C" w:rsidP="00BF3AE0">
            <w:pPr>
              <w:rPr>
                <w:rFonts w:cs="Times New Roman"/>
                <w:sz w:val="18"/>
                <w:szCs w:val="18"/>
                <w:lang w:val="ru-RU"/>
              </w:rPr>
            </w:pPr>
            <w:r>
              <w:rPr>
                <w:rFonts w:ascii="Times New Roman" w:hAnsi="Times New Roman" w:cs="Times New Roman"/>
                <w:b/>
                <w:bCs/>
                <w:sz w:val="18"/>
                <w:szCs w:val="18"/>
                <w:lang w:val="ru-RU"/>
              </w:rPr>
              <w:t>5</w:t>
            </w:r>
            <w:r w:rsidR="005572D7" w:rsidRPr="00BD24B4">
              <w:rPr>
                <w:rFonts w:ascii="Times New Roman" w:hAnsi="Times New Roman" w:cs="Times New Roman"/>
                <w:b/>
                <w:bCs/>
                <w:sz w:val="18"/>
                <w:szCs w:val="18"/>
              </w:rPr>
              <w:t xml:space="preserve"> СЕРВИС</w:t>
            </w:r>
          </w:p>
        </w:tc>
        <w:tc>
          <w:tcPr>
            <w:tcW w:w="3522" w:type="dxa"/>
          </w:tcPr>
          <w:p w14:paraId="240A2F97" w14:textId="5F681E6C" w:rsidR="005572D7" w:rsidRPr="00707D8A" w:rsidRDefault="00707D8A" w:rsidP="00BF3AE0">
            <w:pPr>
              <w:rPr>
                <w:rFonts w:ascii="Times New Roman" w:hAnsi="Times New Roman" w:cs="Times New Roman"/>
                <w:b/>
                <w:bCs/>
                <w:sz w:val="18"/>
                <w:szCs w:val="18"/>
              </w:rPr>
            </w:pPr>
            <w:r>
              <w:rPr>
                <w:rFonts w:ascii="Times New Roman" w:hAnsi="Times New Roman" w:cs="Times New Roman"/>
                <w:b/>
                <w:bCs/>
                <w:sz w:val="18"/>
                <w:szCs w:val="18"/>
              </w:rPr>
              <w:t>6</w:t>
            </w:r>
            <w:r w:rsidR="005572D7" w:rsidRPr="00BD24B4">
              <w:rPr>
                <w:rFonts w:ascii="Times New Roman" w:hAnsi="Times New Roman" w:cs="Times New Roman"/>
                <w:b/>
                <w:bCs/>
                <w:sz w:val="18"/>
                <w:szCs w:val="18"/>
              </w:rPr>
              <w:t xml:space="preserve"> СЕРВИС</w:t>
            </w:r>
          </w:p>
        </w:tc>
      </w:tr>
      <w:tr w:rsidR="005572D7" w:rsidRPr="00707D8A" w14:paraId="47C5FA82" w14:textId="77777777" w:rsidTr="00BF3AE0">
        <w:tc>
          <w:tcPr>
            <w:tcW w:w="3521" w:type="dxa"/>
          </w:tcPr>
          <w:p w14:paraId="1704DA75" w14:textId="0A681995" w:rsidR="005572D7" w:rsidRPr="009A2D81" w:rsidRDefault="00AC0B08" w:rsidP="00BF3AE0">
            <w:pPr>
              <w:rPr>
                <w:rFonts w:ascii="Times New Roman" w:hAnsi="Times New Roman" w:cs="Times New Roman"/>
                <w:sz w:val="18"/>
                <w:szCs w:val="18"/>
                <w:lang w:val="ru-RU"/>
              </w:rPr>
            </w:pPr>
            <w:r>
              <w:rPr>
                <w:rFonts w:ascii="Times New Roman" w:hAnsi="Times New Roman" w:cs="Times New Roman"/>
                <w:sz w:val="18"/>
                <w:szCs w:val="18"/>
                <w:lang w:val="ru-RU"/>
              </w:rPr>
              <w:t>2400</w:t>
            </w:r>
            <w:r w:rsidR="005572D7" w:rsidRPr="00BD24B4">
              <w:rPr>
                <w:rFonts w:ascii="Times New Roman" w:hAnsi="Times New Roman" w:cs="Times New Roman"/>
                <w:sz w:val="18"/>
                <w:szCs w:val="18"/>
                <w:lang w:val="ru-RU"/>
              </w:rPr>
              <w:t xml:space="preserve"> км или </w:t>
            </w:r>
            <w:r>
              <w:rPr>
                <w:rFonts w:ascii="Times New Roman" w:hAnsi="Times New Roman" w:cs="Times New Roman"/>
                <w:sz w:val="18"/>
                <w:szCs w:val="18"/>
                <w:lang w:val="ru-RU"/>
              </w:rPr>
              <w:t>4</w:t>
            </w:r>
            <w:r w:rsidR="00641526" w:rsidRPr="00BD24B4">
              <w:rPr>
                <w:rFonts w:ascii="Times New Roman" w:hAnsi="Times New Roman" w:cs="Times New Roman"/>
                <w:sz w:val="18"/>
                <w:szCs w:val="18"/>
                <w:lang w:val="ru-RU"/>
              </w:rPr>
              <w:t xml:space="preserve"> месяц</w:t>
            </w:r>
            <w:r>
              <w:rPr>
                <w:rFonts w:ascii="Times New Roman" w:hAnsi="Times New Roman" w:cs="Times New Roman"/>
                <w:sz w:val="18"/>
                <w:szCs w:val="18"/>
                <w:lang w:val="ru-RU"/>
              </w:rPr>
              <w:t>а</w:t>
            </w:r>
            <w:r w:rsidR="00641526">
              <w:rPr>
                <w:rFonts w:ascii="Times New Roman" w:hAnsi="Times New Roman" w:cs="Times New Roman"/>
                <w:sz w:val="18"/>
                <w:szCs w:val="18"/>
                <w:lang w:val="ru-RU"/>
              </w:rPr>
              <w:t xml:space="preserve"> с даты предыдущего ТО</w:t>
            </w:r>
          </w:p>
        </w:tc>
        <w:tc>
          <w:tcPr>
            <w:tcW w:w="3521" w:type="dxa"/>
          </w:tcPr>
          <w:p w14:paraId="303D8A61" w14:textId="228FB7DF" w:rsidR="005572D7" w:rsidRPr="00BD24B4" w:rsidRDefault="00AC0B08" w:rsidP="00BF3AE0">
            <w:pPr>
              <w:rPr>
                <w:rFonts w:cs="Times New Roman"/>
                <w:sz w:val="18"/>
                <w:szCs w:val="18"/>
                <w:lang w:val="ru-RU"/>
              </w:rPr>
            </w:pPr>
            <w:r>
              <w:rPr>
                <w:rFonts w:ascii="Times New Roman" w:hAnsi="Times New Roman" w:cs="Times New Roman"/>
                <w:sz w:val="18"/>
                <w:szCs w:val="18"/>
                <w:lang w:val="ru-RU"/>
              </w:rPr>
              <w:t>3200</w:t>
            </w:r>
            <w:r w:rsidR="005572D7" w:rsidRPr="00BD24B4">
              <w:rPr>
                <w:rFonts w:ascii="Times New Roman" w:hAnsi="Times New Roman" w:cs="Times New Roman"/>
                <w:sz w:val="18"/>
                <w:szCs w:val="18"/>
                <w:lang w:val="ru-RU"/>
              </w:rPr>
              <w:t xml:space="preserve"> км или </w:t>
            </w:r>
            <w:r>
              <w:rPr>
                <w:rFonts w:ascii="Times New Roman" w:hAnsi="Times New Roman" w:cs="Times New Roman"/>
                <w:sz w:val="18"/>
                <w:szCs w:val="18"/>
                <w:lang w:val="ru-RU"/>
              </w:rPr>
              <w:t>4</w:t>
            </w:r>
            <w:r w:rsidR="00641526" w:rsidRPr="00BD24B4">
              <w:rPr>
                <w:rFonts w:ascii="Times New Roman" w:hAnsi="Times New Roman" w:cs="Times New Roman"/>
                <w:sz w:val="18"/>
                <w:szCs w:val="18"/>
                <w:lang w:val="ru-RU"/>
              </w:rPr>
              <w:t xml:space="preserve"> месяц</w:t>
            </w:r>
            <w:r>
              <w:rPr>
                <w:rFonts w:ascii="Times New Roman" w:hAnsi="Times New Roman" w:cs="Times New Roman"/>
                <w:sz w:val="18"/>
                <w:szCs w:val="18"/>
                <w:lang w:val="ru-RU"/>
              </w:rPr>
              <w:t>а</w:t>
            </w:r>
            <w:r w:rsidR="00641526">
              <w:rPr>
                <w:rFonts w:ascii="Times New Roman" w:hAnsi="Times New Roman" w:cs="Times New Roman"/>
                <w:sz w:val="18"/>
                <w:szCs w:val="18"/>
                <w:lang w:val="ru-RU"/>
              </w:rPr>
              <w:t xml:space="preserve"> с даты предыдущего ТО</w:t>
            </w:r>
          </w:p>
        </w:tc>
        <w:tc>
          <w:tcPr>
            <w:tcW w:w="3522" w:type="dxa"/>
          </w:tcPr>
          <w:p w14:paraId="43F276D7" w14:textId="44A7D0EE" w:rsidR="005572D7" w:rsidRPr="00BD24B4" w:rsidRDefault="00AC0B08" w:rsidP="00BF3AE0">
            <w:pPr>
              <w:rPr>
                <w:rFonts w:cs="Times New Roman"/>
                <w:sz w:val="18"/>
                <w:szCs w:val="18"/>
                <w:lang w:val="ru-RU"/>
              </w:rPr>
            </w:pPr>
            <w:r>
              <w:rPr>
                <w:rFonts w:ascii="Times New Roman" w:hAnsi="Times New Roman" w:cs="Times New Roman"/>
                <w:sz w:val="18"/>
                <w:szCs w:val="18"/>
                <w:lang w:val="ru-RU"/>
              </w:rPr>
              <w:t>4000</w:t>
            </w:r>
            <w:r w:rsidR="005572D7" w:rsidRPr="00BD24B4">
              <w:rPr>
                <w:rFonts w:ascii="Times New Roman" w:hAnsi="Times New Roman" w:cs="Times New Roman"/>
                <w:sz w:val="18"/>
                <w:szCs w:val="18"/>
                <w:lang w:val="ru-RU"/>
              </w:rPr>
              <w:t xml:space="preserve"> км или </w:t>
            </w:r>
            <w:r>
              <w:rPr>
                <w:rFonts w:ascii="Times New Roman" w:hAnsi="Times New Roman" w:cs="Times New Roman"/>
                <w:sz w:val="18"/>
                <w:szCs w:val="18"/>
                <w:lang w:val="ru-RU"/>
              </w:rPr>
              <w:t>4</w:t>
            </w:r>
            <w:r w:rsidR="00641526" w:rsidRPr="00BD24B4">
              <w:rPr>
                <w:rFonts w:ascii="Times New Roman" w:hAnsi="Times New Roman" w:cs="Times New Roman"/>
                <w:sz w:val="18"/>
                <w:szCs w:val="18"/>
                <w:lang w:val="ru-RU"/>
              </w:rPr>
              <w:t xml:space="preserve"> месяц</w:t>
            </w:r>
            <w:r>
              <w:rPr>
                <w:rFonts w:ascii="Times New Roman" w:hAnsi="Times New Roman" w:cs="Times New Roman"/>
                <w:sz w:val="18"/>
                <w:szCs w:val="18"/>
                <w:lang w:val="ru-RU"/>
              </w:rPr>
              <w:t>а</w:t>
            </w:r>
            <w:r w:rsidR="00641526">
              <w:rPr>
                <w:rFonts w:ascii="Times New Roman" w:hAnsi="Times New Roman" w:cs="Times New Roman"/>
                <w:sz w:val="18"/>
                <w:szCs w:val="18"/>
                <w:lang w:val="ru-RU"/>
              </w:rPr>
              <w:t xml:space="preserve"> с даты предыдущего ТО</w:t>
            </w:r>
          </w:p>
        </w:tc>
      </w:tr>
      <w:tr w:rsidR="005572D7" w:rsidRPr="00BD24B4" w14:paraId="2A4E304C" w14:textId="77777777" w:rsidTr="00BF3AE0">
        <w:tc>
          <w:tcPr>
            <w:tcW w:w="3521" w:type="dxa"/>
          </w:tcPr>
          <w:p w14:paraId="1128365B" w14:textId="77777777" w:rsidR="005572D7" w:rsidRPr="00BD24B4" w:rsidRDefault="005572D7" w:rsidP="00BF3AE0">
            <w:pPr>
              <w:rPr>
                <w:rFonts w:cs="Times New Roman"/>
                <w:sz w:val="18"/>
                <w:szCs w:val="18"/>
                <w:lang w:val="ru-RU"/>
              </w:rPr>
            </w:pPr>
            <w:proofErr w:type="spellStart"/>
            <w:r w:rsidRPr="00BD24B4">
              <w:rPr>
                <w:rFonts w:ascii="Times New Roman" w:hAnsi="Times New Roman" w:cs="Times New Roman"/>
                <w:sz w:val="18"/>
                <w:szCs w:val="18"/>
              </w:rPr>
              <w:t>Показания</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одометра</w:t>
            </w:r>
            <w:proofErr w:type="spellEnd"/>
            <w:r w:rsidRPr="00BD24B4">
              <w:rPr>
                <w:rFonts w:ascii="Times New Roman" w:hAnsi="Times New Roman" w:cs="Times New Roman"/>
                <w:sz w:val="18"/>
                <w:szCs w:val="18"/>
              </w:rPr>
              <w:t xml:space="preserve"> …………………</w:t>
            </w:r>
            <w:proofErr w:type="gramStart"/>
            <w:r w:rsidRPr="00BD24B4">
              <w:rPr>
                <w:rFonts w:ascii="Times New Roman" w:hAnsi="Times New Roman" w:cs="Times New Roman"/>
                <w:sz w:val="18"/>
                <w:szCs w:val="18"/>
              </w:rPr>
              <w:t>…..</w:t>
            </w:r>
            <w:proofErr w:type="gramEnd"/>
          </w:p>
        </w:tc>
        <w:tc>
          <w:tcPr>
            <w:tcW w:w="3521" w:type="dxa"/>
          </w:tcPr>
          <w:p w14:paraId="4EB9EE77" w14:textId="77777777" w:rsidR="005572D7" w:rsidRPr="00BD24B4" w:rsidRDefault="005572D7" w:rsidP="00BF3AE0">
            <w:pPr>
              <w:rPr>
                <w:rFonts w:cs="Times New Roman"/>
                <w:sz w:val="18"/>
                <w:szCs w:val="18"/>
                <w:lang w:val="ru-RU"/>
              </w:rPr>
            </w:pPr>
            <w:proofErr w:type="spellStart"/>
            <w:r w:rsidRPr="00BD24B4">
              <w:rPr>
                <w:rFonts w:ascii="Times New Roman" w:hAnsi="Times New Roman" w:cs="Times New Roman"/>
                <w:sz w:val="18"/>
                <w:szCs w:val="18"/>
              </w:rPr>
              <w:t>Показания</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одометра</w:t>
            </w:r>
            <w:proofErr w:type="spellEnd"/>
            <w:r w:rsidRPr="00BD24B4">
              <w:rPr>
                <w:rFonts w:ascii="Times New Roman" w:hAnsi="Times New Roman" w:cs="Times New Roman"/>
                <w:sz w:val="18"/>
                <w:szCs w:val="18"/>
              </w:rPr>
              <w:t xml:space="preserve"> …………………</w:t>
            </w:r>
            <w:proofErr w:type="gramStart"/>
            <w:r w:rsidRPr="00BD24B4">
              <w:rPr>
                <w:rFonts w:ascii="Times New Roman" w:hAnsi="Times New Roman" w:cs="Times New Roman"/>
                <w:sz w:val="18"/>
                <w:szCs w:val="18"/>
              </w:rPr>
              <w:t>…..</w:t>
            </w:r>
            <w:proofErr w:type="gramEnd"/>
          </w:p>
        </w:tc>
        <w:tc>
          <w:tcPr>
            <w:tcW w:w="3522" w:type="dxa"/>
          </w:tcPr>
          <w:p w14:paraId="4DFE27EB" w14:textId="77777777" w:rsidR="005572D7" w:rsidRPr="00BD24B4" w:rsidRDefault="005572D7" w:rsidP="00BF3AE0">
            <w:pPr>
              <w:rPr>
                <w:rFonts w:cs="Times New Roman"/>
                <w:sz w:val="18"/>
                <w:szCs w:val="18"/>
                <w:lang w:val="ru-RU"/>
              </w:rPr>
            </w:pPr>
            <w:proofErr w:type="spellStart"/>
            <w:r w:rsidRPr="00BD24B4">
              <w:rPr>
                <w:rFonts w:ascii="Times New Roman" w:hAnsi="Times New Roman" w:cs="Times New Roman"/>
                <w:sz w:val="18"/>
                <w:szCs w:val="18"/>
              </w:rPr>
              <w:t>Показания</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одометра</w:t>
            </w:r>
            <w:proofErr w:type="spellEnd"/>
            <w:r w:rsidRPr="00BD24B4">
              <w:rPr>
                <w:rFonts w:ascii="Times New Roman" w:hAnsi="Times New Roman" w:cs="Times New Roman"/>
                <w:sz w:val="18"/>
                <w:szCs w:val="18"/>
              </w:rPr>
              <w:t xml:space="preserve"> …………………</w:t>
            </w:r>
            <w:proofErr w:type="gramStart"/>
            <w:r w:rsidRPr="00BD24B4">
              <w:rPr>
                <w:rFonts w:ascii="Times New Roman" w:hAnsi="Times New Roman" w:cs="Times New Roman"/>
                <w:sz w:val="18"/>
                <w:szCs w:val="18"/>
              </w:rPr>
              <w:t>…..</w:t>
            </w:r>
            <w:proofErr w:type="gramEnd"/>
          </w:p>
        </w:tc>
      </w:tr>
      <w:tr w:rsidR="005572D7" w:rsidRPr="00BD24B4" w14:paraId="38476D1D" w14:textId="77777777" w:rsidTr="00BF3AE0">
        <w:tc>
          <w:tcPr>
            <w:tcW w:w="3521" w:type="dxa"/>
          </w:tcPr>
          <w:p w14:paraId="149FA9DB" w14:textId="77777777" w:rsidR="005572D7" w:rsidRPr="00BD24B4" w:rsidRDefault="005572D7" w:rsidP="00BF3AE0">
            <w:pPr>
              <w:rPr>
                <w:rFonts w:cs="Times New Roman"/>
                <w:sz w:val="18"/>
                <w:szCs w:val="18"/>
                <w:lang w:val="ru-RU"/>
              </w:rPr>
            </w:pPr>
          </w:p>
        </w:tc>
        <w:tc>
          <w:tcPr>
            <w:tcW w:w="3521" w:type="dxa"/>
          </w:tcPr>
          <w:p w14:paraId="4C43ECA8" w14:textId="77777777" w:rsidR="005572D7" w:rsidRPr="00BD24B4" w:rsidRDefault="005572D7" w:rsidP="00BF3AE0">
            <w:pPr>
              <w:rPr>
                <w:rFonts w:cs="Times New Roman"/>
                <w:sz w:val="18"/>
                <w:szCs w:val="18"/>
                <w:lang w:val="ru-RU"/>
              </w:rPr>
            </w:pPr>
          </w:p>
        </w:tc>
        <w:tc>
          <w:tcPr>
            <w:tcW w:w="3522" w:type="dxa"/>
          </w:tcPr>
          <w:p w14:paraId="64DAC86A" w14:textId="77777777" w:rsidR="005572D7" w:rsidRPr="00BD24B4" w:rsidRDefault="005572D7" w:rsidP="00BF3AE0">
            <w:pPr>
              <w:rPr>
                <w:rFonts w:cs="Times New Roman"/>
                <w:sz w:val="18"/>
                <w:szCs w:val="18"/>
                <w:lang w:val="ru-RU"/>
              </w:rPr>
            </w:pPr>
          </w:p>
        </w:tc>
      </w:tr>
      <w:tr w:rsidR="005572D7" w:rsidRPr="00BD24B4" w14:paraId="631F7887" w14:textId="77777777" w:rsidTr="00BF3AE0">
        <w:tc>
          <w:tcPr>
            <w:tcW w:w="3521" w:type="dxa"/>
          </w:tcPr>
          <w:p w14:paraId="2731CCE0" w14:textId="77777777" w:rsidR="005572D7" w:rsidRPr="00BD24B4" w:rsidRDefault="005572D7" w:rsidP="00BF3AE0">
            <w:pPr>
              <w:rPr>
                <w:rFonts w:cs="Times New Roman"/>
                <w:sz w:val="18"/>
                <w:szCs w:val="18"/>
                <w:lang w:val="ru-RU"/>
              </w:rPr>
            </w:pPr>
          </w:p>
        </w:tc>
        <w:tc>
          <w:tcPr>
            <w:tcW w:w="3521" w:type="dxa"/>
          </w:tcPr>
          <w:p w14:paraId="3C8D70F6" w14:textId="77777777" w:rsidR="005572D7" w:rsidRPr="00BD24B4" w:rsidRDefault="005572D7" w:rsidP="00BF3AE0">
            <w:pPr>
              <w:rPr>
                <w:rFonts w:cs="Times New Roman"/>
                <w:sz w:val="18"/>
                <w:szCs w:val="18"/>
                <w:lang w:val="ru-RU"/>
              </w:rPr>
            </w:pPr>
          </w:p>
        </w:tc>
        <w:tc>
          <w:tcPr>
            <w:tcW w:w="3522" w:type="dxa"/>
          </w:tcPr>
          <w:p w14:paraId="19336111" w14:textId="77777777" w:rsidR="005572D7" w:rsidRPr="00BD24B4" w:rsidRDefault="005572D7" w:rsidP="00BF3AE0">
            <w:pPr>
              <w:rPr>
                <w:rFonts w:cs="Times New Roman"/>
                <w:sz w:val="18"/>
                <w:szCs w:val="18"/>
                <w:lang w:val="ru-RU"/>
              </w:rPr>
            </w:pPr>
          </w:p>
        </w:tc>
      </w:tr>
      <w:tr w:rsidR="005572D7" w:rsidRPr="00BD24B4" w14:paraId="5C01FED1" w14:textId="77777777" w:rsidTr="00BF3AE0">
        <w:tc>
          <w:tcPr>
            <w:tcW w:w="3521" w:type="dxa"/>
          </w:tcPr>
          <w:p w14:paraId="495FCB74" w14:textId="77777777" w:rsidR="005572D7" w:rsidRPr="00BD24B4" w:rsidRDefault="005572D7" w:rsidP="00BF3AE0">
            <w:pPr>
              <w:rPr>
                <w:rFonts w:cs="Times New Roman"/>
                <w:sz w:val="18"/>
                <w:szCs w:val="18"/>
                <w:lang w:val="ru-RU"/>
              </w:rPr>
            </w:pPr>
          </w:p>
        </w:tc>
        <w:tc>
          <w:tcPr>
            <w:tcW w:w="3521" w:type="dxa"/>
          </w:tcPr>
          <w:p w14:paraId="7B0CF701" w14:textId="77777777" w:rsidR="005572D7" w:rsidRPr="00BD24B4" w:rsidRDefault="005572D7" w:rsidP="00BF3AE0">
            <w:pPr>
              <w:rPr>
                <w:rFonts w:cs="Times New Roman"/>
                <w:sz w:val="18"/>
                <w:szCs w:val="18"/>
                <w:lang w:val="ru-RU"/>
              </w:rPr>
            </w:pPr>
          </w:p>
        </w:tc>
        <w:tc>
          <w:tcPr>
            <w:tcW w:w="3522" w:type="dxa"/>
          </w:tcPr>
          <w:p w14:paraId="3B6CE7B6" w14:textId="77777777" w:rsidR="005572D7" w:rsidRPr="00BD24B4" w:rsidRDefault="005572D7" w:rsidP="00BF3AE0">
            <w:pPr>
              <w:rPr>
                <w:rFonts w:cs="Times New Roman"/>
                <w:sz w:val="18"/>
                <w:szCs w:val="18"/>
                <w:lang w:val="ru-RU"/>
              </w:rPr>
            </w:pPr>
          </w:p>
        </w:tc>
      </w:tr>
      <w:tr w:rsidR="005572D7" w:rsidRPr="00BD24B4" w14:paraId="2FBF89F1" w14:textId="77777777" w:rsidTr="00BF3AE0">
        <w:tc>
          <w:tcPr>
            <w:tcW w:w="3521" w:type="dxa"/>
            <w:vAlign w:val="bottom"/>
          </w:tcPr>
          <w:p w14:paraId="53997FA0" w14:textId="77777777" w:rsidR="005572D7" w:rsidRPr="00BD24B4" w:rsidRDefault="005572D7" w:rsidP="00BF3AE0">
            <w:pPr>
              <w:rPr>
                <w:rFonts w:cs="Times New Roman"/>
                <w:sz w:val="18"/>
                <w:szCs w:val="18"/>
                <w:lang w:val="ru-RU"/>
              </w:rPr>
            </w:pPr>
            <w:proofErr w:type="spellStart"/>
            <w:r w:rsidRPr="00BD24B4">
              <w:rPr>
                <w:rFonts w:ascii="Times New Roman" w:hAnsi="Times New Roman" w:cs="Times New Roman"/>
                <w:sz w:val="18"/>
                <w:szCs w:val="18"/>
              </w:rPr>
              <w:t>Печать</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дилера</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Дата</w:t>
            </w:r>
            <w:proofErr w:type="spellEnd"/>
            <w:r w:rsidRPr="00BD24B4">
              <w:rPr>
                <w:rFonts w:ascii="Times New Roman" w:hAnsi="Times New Roman" w:cs="Times New Roman"/>
                <w:sz w:val="18"/>
                <w:szCs w:val="18"/>
              </w:rPr>
              <w:t xml:space="preserve"> _____/_____/_____</w:t>
            </w:r>
          </w:p>
        </w:tc>
        <w:tc>
          <w:tcPr>
            <w:tcW w:w="3521" w:type="dxa"/>
            <w:vAlign w:val="bottom"/>
          </w:tcPr>
          <w:p w14:paraId="42C205F3" w14:textId="77777777" w:rsidR="005572D7" w:rsidRPr="00BD24B4" w:rsidRDefault="005572D7" w:rsidP="00BF3AE0">
            <w:pPr>
              <w:rPr>
                <w:rFonts w:cs="Times New Roman"/>
                <w:sz w:val="18"/>
                <w:szCs w:val="18"/>
                <w:lang w:val="ru-RU"/>
              </w:rPr>
            </w:pPr>
            <w:proofErr w:type="spellStart"/>
            <w:r w:rsidRPr="00BD24B4">
              <w:rPr>
                <w:rFonts w:ascii="Times New Roman" w:hAnsi="Times New Roman" w:cs="Times New Roman"/>
                <w:sz w:val="18"/>
                <w:szCs w:val="18"/>
              </w:rPr>
              <w:t>Печать</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дилера</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Дата</w:t>
            </w:r>
            <w:proofErr w:type="spellEnd"/>
            <w:r w:rsidRPr="00BD24B4">
              <w:rPr>
                <w:rFonts w:ascii="Times New Roman" w:hAnsi="Times New Roman" w:cs="Times New Roman"/>
                <w:sz w:val="18"/>
                <w:szCs w:val="18"/>
              </w:rPr>
              <w:t xml:space="preserve"> _____/_____/_____</w:t>
            </w:r>
          </w:p>
        </w:tc>
        <w:tc>
          <w:tcPr>
            <w:tcW w:w="3522" w:type="dxa"/>
            <w:vAlign w:val="bottom"/>
          </w:tcPr>
          <w:p w14:paraId="286B198A" w14:textId="77777777" w:rsidR="005572D7" w:rsidRPr="00BD24B4" w:rsidRDefault="005572D7" w:rsidP="00BF3AE0">
            <w:pPr>
              <w:rPr>
                <w:rFonts w:cs="Times New Roman"/>
                <w:sz w:val="18"/>
                <w:szCs w:val="18"/>
                <w:lang w:val="ru-RU"/>
              </w:rPr>
            </w:pPr>
            <w:proofErr w:type="spellStart"/>
            <w:r w:rsidRPr="00BD24B4">
              <w:rPr>
                <w:rFonts w:ascii="Times New Roman" w:hAnsi="Times New Roman" w:cs="Times New Roman"/>
                <w:sz w:val="18"/>
                <w:szCs w:val="18"/>
              </w:rPr>
              <w:t>Печать</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дилера</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Дата</w:t>
            </w:r>
            <w:proofErr w:type="spellEnd"/>
            <w:r w:rsidRPr="00BD24B4">
              <w:rPr>
                <w:rFonts w:ascii="Times New Roman" w:hAnsi="Times New Roman" w:cs="Times New Roman"/>
                <w:sz w:val="18"/>
                <w:szCs w:val="18"/>
              </w:rPr>
              <w:t xml:space="preserve"> _____/_____/_____</w:t>
            </w:r>
          </w:p>
        </w:tc>
      </w:tr>
      <w:tr w:rsidR="005572D7" w:rsidRPr="00BD24B4" w14:paraId="13F5F543" w14:textId="77777777" w:rsidTr="00BF3AE0">
        <w:tc>
          <w:tcPr>
            <w:tcW w:w="3521" w:type="dxa"/>
          </w:tcPr>
          <w:p w14:paraId="621BAEFA" w14:textId="77777777" w:rsidR="005572D7" w:rsidRPr="00BD24B4" w:rsidRDefault="005572D7" w:rsidP="00BF3AE0">
            <w:pPr>
              <w:rPr>
                <w:rFonts w:cs="Times New Roman"/>
                <w:sz w:val="18"/>
                <w:szCs w:val="18"/>
                <w:lang w:val="ru-RU"/>
              </w:rPr>
            </w:pPr>
            <w:proofErr w:type="spellStart"/>
            <w:r w:rsidRPr="00BD24B4">
              <w:rPr>
                <w:rFonts w:ascii="Times New Roman" w:hAnsi="Times New Roman" w:cs="Times New Roman"/>
                <w:sz w:val="18"/>
                <w:szCs w:val="18"/>
              </w:rPr>
              <w:t>Особые</w:t>
            </w:r>
            <w:proofErr w:type="spellEnd"/>
            <w:r w:rsidRPr="00BD24B4">
              <w:rPr>
                <w:rFonts w:ascii="Times New Roman" w:hAnsi="Times New Roman" w:cs="Times New Roman"/>
                <w:sz w:val="18"/>
                <w:szCs w:val="18"/>
              </w:rPr>
              <w:t xml:space="preserve"> </w:t>
            </w:r>
            <w:proofErr w:type="spellStart"/>
            <w:proofErr w:type="gramStart"/>
            <w:r w:rsidRPr="00BD24B4">
              <w:rPr>
                <w:rFonts w:ascii="Times New Roman" w:hAnsi="Times New Roman" w:cs="Times New Roman"/>
                <w:sz w:val="18"/>
                <w:szCs w:val="18"/>
              </w:rPr>
              <w:t>отметки</w:t>
            </w:r>
            <w:proofErr w:type="spellEnd"/>
            <w:r w:rsidRPr="00BD24B4">
              <w:rPr>
                <w:rFonts w:ascii="Times New Roman" w:hAnsi="Times New Roman" w:cs="Times New Roman"/>
                <w:sz w:val="18"/>
                <w:szCs w:val="18"/>
              </w:rPr>
              <w:t xml:space="preserve"> :</w:t>
            </w:r>
            <w:proofErr w:type="gramEnd"/>
          </w:p>
        </w:tc>
        <w:tc>
          <w:tcPr>
            <w:tcW w:w="3521" w:type="dxa"/>
          </w:tcPr>
          <w:p w14:paraId="5B149126" w14:textId="77777777" w:rsidR="005572D7" w:rsidRPr="00BD24B4" w:rsidRDefault="005572D7" w:rsidP="00BF3AE0">
            <w:pPr>
              <w:rPr>
                <w:rFonts w:cs="Times New Roman"/>
                <w:sz w:val="18"/>
                <w:szCs w:val="18"/>
                <w:lang w:val="ru-RU"/>
              </w:rPr>
            </w:pPr>
            <w:proofErr w:type="spellStart"/>
            <w:r w:rsidRPr="00BD24B4">
              <w:rPr>
                <w:rFonts w:ascii="Times New Roman" w:hAnsi="Times New Roman" w:cs="Times New Roman"/>
                <w:sz w:val="18"/>
                <w:szCs w:val="18"/>
              </w:rPr>
              <w:t>Особые</w:t>
            </w:r>
            <w:proofErr w:type="spellEnd"/>
            <w:r w:rsidRPr="00BD24B4">
              <w:rPr>
                <w:rFonts w:ascii="Times New Roman" w:hAnsi="Times New Roman" w:cs="Times New Roman"/>
                <w:sz w:val="18"/>
                <w:szCs w:val="18"/>
              </w:rPr>
              <w:t xml:space="preserve"> </w:t>
            </w:r>
            <w:proofErr w:type="spellStart"/>
            <w:proofErr w:type="gramStart"/>
            <w:r w:rsidRPr="00BD24B4">
              <w:rPr>
                <w:rFonts w:ascii="Times New Roman" w:hAnsi="Times New Roman" w:cs="Times New Roman"/>
                <w:sz w:val="18"/>
                <w:szCs w:val="18"/>
              </w:rPr>
              <w:t>отметки</w:t>
            </w:r>
            <w:proofErr w:type="spellEnd"/>
            <w:r w:rsidRPr="00BD24B4">
              <w:rPr>
                <w:rFonts w:ascii="Times New Roman" w:hAnsi="Times New Roman" w:cs="Times New Roman"/>
                <w:sz w:val="18"/>
                <w:szCs w:val="18"/>
              </w:rPr>
              <w:t xml:space="preserve"> :</w:t>
            </w:r>
            <w:proofErr w:type="gramEnd"/>
          </w:p>
        </w:tc>
        <w:tc>
          <w:tcPr>
            <w:tcW w:w="3522" w:type="dxa"/>
          </w:tcPr>
          <w:p w14:paraId="3F1140F6" w14:textId="77777777" w:rsidR="005572D7" w:rsidRPr="00BD24B4" w:rsidRDefault="005572D7" w:rsidP="00BF3AE0">
            <w:pPr>
              <w:rPr>
                <w:rFonts w:cs="Times New Roman"/>
                <w:sz w:val="18"/>
                <w:szCs w:val="18"/>
                <w:lang w:val="ru-RU"/>
              </w:rPr>
            </w:pPr>
            <w:proofErr w:type="spellStart"/>
            <w:r w:rsidRPr="00BD24B4">
              <w:rPr>
                <w:rFonts w:ascii="Times New Roman" w:hAnsi="Times New Roman" w:cs="Times New Roman"/>
                <w:sz w:val="18"/>
                <w:szCs w:val="18"/>
              </w:rPr>
              <w:t>Особые</w:t>
            </w:r>
            <w:proofErr w:type="spellEnd"/>
            <w:r w:rsidRPr="00BD24B4">
              <w:rPr>
                <w:rFonts w:ascii="Times New Roman" w:hAnsi="Times New Roman" w:cs="Times New Roman"/>
                <w:sz w:val="18"/>
                <w:szCs w:val="18"/>
              </w:rPr>
              <w:t xml:space="preserve"> </w:t>
            </w:r>
            <w:proofErr w:type="spellStart"/>
            <w:proofErr w:type="gramStart"/>
            <w:r w:rsidRPr="00BD24B4">
              <w:rPr>
                <w:rFonts w:ascii="Times New Roman" w:hAnsi="Times New Roman" w:cs="Times New Roman"/>
                <w:sz w:val="18"/>
                <w:szCs w:val="18"/>
              </w:rPr>
              <w:t>отметки</w:t>
            </w:r>
            <w:proofErr w:type="spellEnd"/>
            <w:r w:rsidRPr="00BD24B4">
              <w:rPr>
                <w:rFonts w:ascii="Times New Roman" w:hAnsi="Times New Roman" w:cs="Times New Roman"/>
                <w:sz w:val="18"/>
                <w:szCs w:val="18"/>
              </w:rPr>
              <w:t xml:space="preserve"> :</w:t>
            </w:r>
            <w:proofErr w:type="gramEnd"/>
          </w:p>
        </w:tc>
      </w:tr>
      <w:tr w:rsidR="005572D7" w:rsidRPr="00BD24B4" w14:paraId="2F639460" w14:textId="77777777" w:rsidTr="00BF3AE0">
        <w:tc>
          <w:tcPr>
            <w:tcW w:w="3521" w:type="dxa"/>
          </w:tcPr>
          <w:p w14:paraId="5DCEC149" w14:textId="77777777" w:rsidR="005572D7" w:rsidRPr="00BD24B4" w:rsidRDefault="005572D7" w:rsidP="00BF3AE0">
            <w:pPr>
              <w:rPr>
                <w:rFonts w:cs="Times New Roman"/>
                <w:sz w:val="18"/>
                <w:szCs w:val="18"/>
                <w:lang w:val="ru-RU"/>
              </w:rPr>
            </w:pPr>
          </w:p>
        </w:tc>
        <w:tc>
          <w:tcPr>
            <w:tcW w:w="3521" w:type="dxa"/>
          </w:tcPr>
          <w:p w14:paraId="5FDA0554" w14:textId="77777777" w:rsidR="005572D7" w:rsidRPr="00BD24B4" w:rsidRDefault="005572D7" w:rsidP="00BF3AE0">
            <w:pPr>
              <w:rPr>
                <w:rFonts w:cs="Times New Roman"/>
                <w:sz w:val="18"/>
                <w:szCs w:val="18"/>
                <w:lang w:val="ru-RU"/>
              </w:rPr>
            </w:pPr>
          </w:p>
        </w:tc>
        <w:tc>
          <w:tcPr>
            <w:tcW w:w="3522" w:type="dxa"/>
          </w:tcPr>
          <w:p w14:paraId="4A0B525D" w14:textId="77777777" w:rsidR="005572D7" w:rsidRPr="00BD24B4" w:rsidRDefault="005572D7" w:rsidP="00BF3AE0">
            <w:pPr>
              <w:rPr>
                <w:rFonts w:cs="Times New Roman"/>
                <w:sz w:val="18"/>
                <w:szCs w:val="18"/>
                <w:lang w:val="ru-RU"/>
              </w:rPr>
            </w:pPr>
          </w:p>
        </w:tc>
      </w:tr>
      <w:tr w:rsidR="005572D7" w:rsidRPr="00BD24B4" w14:paraId="674D9E03" w14:textId="77777777" w:rsidTr="00BF3AE0">
        <w:tc>
          <w:tcPr>
            <w:tcW w:w="3521" w:type="dxa"/>
          </w:tcPr>
          <w:p w14:paraId="1A3FF182" w14:textId="77777777" w:rsidR="005572D7" w:rsidRPr="00BD24B4" w:rsidRDefault="005572D7" w:rsidP="00BF3AE0">
            <w:pPr>
              <w:rPr>
                <w:rFonts w:cs="Times New Roman"/>
                <w:sz w:val="18"/>
                <w:szCs w:val="18"/>
                <w:lang w:val="ru-RU"/>
              </w:rPr>
            </w:pPr>
          </w:p>
        </w:tc>
        <w:tc>
          <w:tcPr>
            <w:tcW w:w="3521" w:type="dxa"/>
          </w:tcPr>
          <w:p w14:paraId="2220B868" w14:textId="77777777" w:rsidR="005572D7" w:rsidRPr="00BD24B4" w:rsidRDefault="005572D7" w:rsidP="00BF3AE0">
            <w:pPr>
              <w:rPr>
                <w:rFonts w:cs="Times New Roman"/>
                <w:sz w:val="18"/>
                <w:szCs w:val="18"/>
                <w:lang w:val="ru-RU"/>
              </w:rPr>
            </w:pPr>
          </w:p>
        </w:tc>
        <w:tc>
          <w:tcPr>
            <w:tcW w:w="3522" w:type="dxa"/>
          </w:tcPr>
          <w:p w14:paraId="5C4F3FC0" w14:textId="77777777" w:rsidR="005572D7" w:rsidRPr="00BD24B4" w:rsidRDefault="005572D7" w:rsidP="00BF3AE0">
            <w:pPr>
              <w:rPr>
                <w:rFonts w:cs="Times New Roman"/>
                <w:sz w:val="18"/>
                <w:szCs w:val="18"/>
                <w:lang w:val="ru-RU"/>
              </w:rPr>
            </w:pPr>
          </w:p>
        </w:tc>
      </w:tr>
      <w:tr w:rsidR="005572D7" w:rsidRPr="00BD24B4" w14:paraId="667A9607" w14:textId="77777777" w:rsidTr="00BF3AE0">
        <w:tc>
          <w:tcPr>
            <w:tcW w:w="3521" w:type="dxa"/>
          </w:tcPr>
          <w:p w14:paraId="27B3BD32" w14:textId="77777777" w:rsidR="005572D7" w:rsidRPr="00BD24B4" w:rsidRDefault="005572D7" w:rsidP="00BF3AE0">
            <w:pPr>
              <w:rPr>
                <w:rFonts w:cs="Times New Roman"/>
                <w:sz w:val="18"/>
                <w:szCs w:val="18"/>
                <w:lang w:val="ru-RU"/>
              </w:rPr>
            </w:pPr>
          </w:p>
        </w:tc>
        <w:tc>
          <w:tcPr>
            <w:tcW w:w="3521" w:type="dxa"/>
          </w:tcPr>
          <w:p w14:paraId="356DF46B" w14:textId="77777777" w:rsidR="005572D7" w:rsidRPr="00BD24B4" w:rsidRDefault="005572D7" w:rsidP="00BF3AE0">
            <w:pPr>
              <w:rPr>
                <w:rFonts w:cs="Times New Roman"/>
                <w:sz w:val="18"/>
                <w:szCs w:val="18"/>
                <w:lang w:val="ru-RU"/>
              </w:rPr>
            </w:pPr>
          </w:p>
        </w:tc>
        <w:tc>
          <w:tcPr>
            <w:tcW w:w="3522" w:type="dxa"/>
          </w:tcPr>
          <w:p w14:paraId="56466AC3" w14:textId="77777777" w:rsidR="005572D7" w:rsidRPr="00BD24B4" w:rsidRDefault="005572D7" w:rsidP="00BF3AE0">
            <w:pPr>
              <w:rPr>
                <w:rFonts w:cs="Times New Roman"/>
                <w:sz w:val="18"/>
                <w:szCs w:val="18"/>
                <w:lang w:val="ru-RU"/>
              </w:rPr>
            </w:pPr>
          </w:p>
        </w:tc>
      </w:tr>
      <w:tr w:rsidR="005572D7" w:rsidRPr="00BD24B4" w14:paraId="5048D765" w14:textId="77777777" w:rsidTr="00BF3AE0">
        <w:tc>
          <w:tcPr>
            <w:tcW w:w="3521" w:type="dxa"/>
          </w:tcPr>
          <w:p w14:paraId="07DA668F" w14:textId="77777777" w:rsidR="005572D7" w:rsidRPr="00BD24B4" w:rsidRDefault="005572D7" w:rsidP="00BF3AE0">
            <w:pPr>
              <w:rPr>
                <w:rFonts w:cs="Times New Roman"/>
                <w:sz w:val="18"/>
                <w:szCs w:val="18"/>
                <w:lang w:val="ru-RU"/>
              </w:rPr>
            </w:pPr>
          </w:p>
        </w:tc>
        <w:tc>
          <w:tcPr>
            <w:tcW w:w="3521" w:type="dxa"/>
          </w:tcPr>
          <w:p w14:paraId="609D3185" w14:textId="77777777" w:rsidR="005572D7" w:rsidRPr="00BD24B4" w:rsidRDefault="005572D7" w:rsidP="00BF3AE0">
            <w:pPr>
              <w:rPr>
                <w:rFonts w:cs="Times New Roman"/>
                <w:sz w:val="18"/>
                <w:szCs w:val="18"/>
                <w:lang w:val="ru-RU"/>
              </w:rPr>
            </w:pPr>
          </w:p>
        </w:tc>
        <w:tc>
          <w:tcPr>
            <w:tcW w:w="3522" w:type="dxa"/>
          </w:tcPr>
          <w:p w14:paraId="0981B6A7" w14:textId="77777777" w:rsidR="005572D7" w:rsidRPr="00BD24B4" w:rsidRDefault="005572D7" w:rsidP="00BF3AE0">
            <w:pPr>
              <w:rPr>
                <w:rFonts w:cs="Times New Roman"/>
                <w:sz w:val="18"/>
                <w:szCs w:val="18"/>
                <w:lang w:val="ru-RU"/>
              </w:rPr>
            </w:pPr>
          </w:p>
        </w:tc>
      </w:tr>
      <w:tr w:rsidR="005572D7" w:rsidRPr="00BD24B4" w14:paraId="479B3E37" w14:textId="77777777" w:rsidTr="00BF3AE0">
        <w:tc>
          <w:tcPr>
            <w:tcW w:w="3521" w:type="dxa"/>
          </w:tcPr>
          <w:p w14:paraId="157C1669" w14:textId="77777777" w:rsidR="005572D7" w:rsidRPr="00BD24B4" w:rsidRDefault="005572D7" w:rsidP="00BF3AE0">
            <w:pPr>
              <w:rPr>
                <w:rFonts w:cs="Times New Roman"/>
                <w:sz w:val="18"/>
                <w:szCs w:val="18"/>
                <w:lang w:val="ru-RU"/>
              </w:rPr>
            </w:pPr>
          </w:p>
        </w:tc>
        <w:tc>
          <w:tcPr>
            <w:tcW w:w="3521" w:type="dxa"/>
          </w:tcPr>
          <w:p w14:paraId="54747004" w14:textId="77777777" w:rsidR="005572D7" w:rsidRPr="00BD24B4" w:rsidRDefault="005572D7" w:rsidP="00BF3AE0">
            <w:pPr>
              <w:rPr>
                <w:rFonts w:cs="Times New Roman"/>
                <w:sz w:val="18"/>
                <w:szCs w:val="18"/>
                <w:lang w:val="ru-RU"/>
              </w:rPr>
            </w:pPr>
          </w:p>
        </w:tc>
        <w:tc>
          <w:tcPr>
            <w:tcW w:w="3522" w:type="dxa"/>
          </w:tcPr>
          <w:p w14:paraId="11FA3A4C" w14:textId="77777777" w:rsidR="005572D7" w:rsidRPr="00BD24B4" w:rsidRDefault="005572D7" w:rsidP="00BF3AE0">
            <w:pPr>
              <w:rPr>
                <w:rFonts w:cs="Times New Roman"/>
                <w:sz w:val="18"/>
                <w:szCs w:val="18"/>
                <w:lang w:val="ru-RU"/>
              </w:rPr>
            </w:pPr>
          </w:p>
        </w:tc>
      </w:tr>
      <w:tr w:rsidR="005572D7" w:rsidRPr="00BD24B4" w14:paraId="0E75F1B8" w14:textId="77777777" w:rsidTr="00BF3AE0">
        <w:tc>
          <w:tcPr>
            <w:tcW w:w="3521" w:type="dxa"/>
          </w:tcPr>
          <w:p w14:paraId="29AE9E32" w14:textId="77777777" w:rsidR="005572D7" w:rsidRPr="00BD24B4" w:rsidRDefault="005572D7" w:rsidP="00BF3AE0">
            <w:pPr>
              <w:rPr>
                <w:rFonts w:cs="Times New Roman"/>
                <w:sz w:val="18"/>
                <w:szCs w:val="18"/>
                <w:lang w:val="ru-RU"/>
              </w:rPr>
            </w:pPr>
          </w:p>
        </w:tc>
        <w:tc>
          <w:tcPr>
            <w:tcW w:w="3521" w:type="dxa"/>
          </w:tcPr>
          <w:p w14:paraId="2AF7B251" w14:textId="77777777" w:rsidR="005572D7" w:rsidRPr="00BD24B4" w:rsidRDefault="005572D7" w:rsidP="00BF3AE0">
            <w:pPr>
              <w:rPr>
                <w:rFonts w:cs="Times New Roman"/>
                <w:sz w:val="18"/>
                <w:szCs w:val="18"/>
                <w:lang w:val="ru-RU"/>
              </w:rPr>
            </w:pPr>
          </w:p>
        </w:tc>
        <w:tc>
          <w:tcPr>
            <w:tcW w:w="3522" w:type="dxa"/>
          </w:tcPr>
          <w:p w14:paraId="7B809235" w14:textId="77777777" w:rsidR="005572D7" w:rsidRPr="00BD24B4" w:rsidRDefault="005572D7" w:rsidP="00BF3AE0">
            <w:pPr>
              <w:rPr>
                <w:rFonts w:cs="Times New Roman"/>
                <w:sz w:val="18"/>
                <w:szCs w:val="18"/>
                <w:lang w:val="ru-RU"/>
              </w:rPr>
            </w:pPr>
          </w:p>
        </w:tc>
      </w:tr>
      <w:tr w:rsidR="005572D7" w:rsidRPr="00BD24B4" w14:paraId="2D919E74" w14:textId="77777777" w:rsidTr="00BF3AE0">
        <w:tc>
          <w:tcPr>
            <w:tcW w:w="3521" w:type="dxa"/>
          </w:tcPr>
          <w:p w14:paraId="5DC6DA10" w14:textId="77777777" w:rsidR="005572D7" w:rsidRPr="00BD24B4" w:rsidRDefault="005572D7" w:rsidP="00BF3AE0">
            <w:pPr>
              <w:rPr>
                <w:rFonts w:cs="Times New Roman"/>
                <w:sz w:val="18"/>
                <w:szCs w:val="18"/>
                <w:lang w:val="ru-RU"/>
              </w:rPr>
            </w:pPr>
          </w:p>
        </w:tc>
        <w:tc>
          <w:tcPr>
            <w:tcW w:w="3521" w:type="dxa"/>
          </w:tcPr>
          <w:p w14:paraId="30A876D3" w14:textId="77777777" w:rsidR="005572D7" w:rsidRPr="00BD24B4" w:rsidRDefault="005572D7" w:rsidP="00BF3AE0">
            <w:pPr>
              <w:rPr>
                <w:rFonts w:cs="Times New Roman"/>
                <w:sz w:val="18"/>
                <w:szCs w:val="18"/>
                <w:lang w:val="ru-RU"/>
              </w:rPr>
            </w:pPr>
          </w:p>
        </w:tc>
        <w:tc>
          <w:tcPr>
            <w:tcW w:w="3522" w:type="dxa"/>
          </w:tcPr>
          <w:p w14:paraId="49E33C6B" w14:textId="77777777" w:rsidR="005572D7" w:rsidRPr="00BD24B4" w:rsidRDefault="005572D7" w:rsidP="00BF3AE0">
            <w:pPr>
              <w:rPr>
                <w:rFonts w:cs="Times New Roman"/>
                <w:sz w:val="18"/>
                <w:szCs w:val="18"/>
                <w:lang w:val="ru-RU"/>
              </w:rPr>
            </w:pPr>
          </w:p>
        </w:tc>
      </w:tr>
      <w:tr w:rsidR="005572D7" w:rsidRPr="00BD24B4" w14:paraId="14F89C37" w14:textId="77777777" w:rsidTr="00BF3AE0">
        <w:tc>
          <w:tcPr>
            <w:tcW w:w="3521" w:type="dxa"/>
          </w:tcPr>
          <w:p w14:paraId="467889DA" w14:textId="77777777" w:rsidR="005572D7" w:rsidRPr="00BD24B4" w:rsidRDefault="005572D7" w:rsidP="00BF3AE0">
            <w:pPr>
              <w:rPr>
                <w:rFonts w:cs="Times New Roman"/>
                <w:sz w:val="18"/>
                <w:szCs w:val="18"/>
                <w:lang w:val="ru-RU"/>
              </w:rPr>
            </w:pPr>
          </w:p>
        </w:tc>
        <w:tc>
          <w:tcPr>
            <w:tcW w:w="3521" w:type="dxa"/>
          </w:tcPr>
          <w:p w14:paraId="194D5580" w14:textId="77777777" w:rsidR="005572D7" w:rsidRPr="00BD24B4" w:rsidRDefault="005572D7" w:rsidP="00BF3AE0">
            <w:pPr>
              <w:rPr>
                <w:rFonts w:cs="Times New Roman"/>
                <w:sz w:val="18"/>
                <w:szCs w:val="18"/>
                <w:lang w:val="ru-RU"/>
              </w:rPr>
            </w:pPr>
          </w:p>
        </w:tc>
        <w:tc>
          <w:tcPr>
            <w:tcW w:w="3522" w:type="dxa"/>
          </w:tcPr>
          <w:p w14:paraId="46D5D928" w14:textId="77777777" w:rsidR="005572D7" w:rsidRPr="00BD24B4" w:rsidRDefault="005572D7" w:rsidP="00BF3AE0">
            <w:pPr>
              <w:rPr>
                <w:rFonts w:cs="Times New Roman"/>
                <w:sz w:val="18"/>
                <w:szCs w:val="18"/>
                <w:lang w:val="ru-RU"/>
              </w:rPr>
            </w:pPr>
          </w:p>
        </w:tc>
      </w:tr>
    </w:tbl>
    <w:p w14:paraId="208DA4CD" w14:textId="77777777" w:rsidR="005572D7" w:rsidRPr="00BD24B4" w:rsidRDefault="005572D7" w:rsidP="005572D7">
      <w:pPr>
        <w:rPr>
          <w:rFonts w:cs="Times New Roman"/>
          <w:sz w:val="20"/>
          <w:szCs w:val="20"/>
          <w:lang w:val="ru-RU"/>
        </w:rPr>
      </w:pPr>
    </w:p>
    <w:tbl>
      <w:tblPr>
        <w:tblStyle w:val="aff1"/>
        <w:tblW w:w="10564" w:type="dxa"/>
        <w:tblLayout w:type="fixed"/>
        <w:tblLook w:val="04A0" w:firstRow="1" w:lastRow="0" w:firstColumn="1" w:lastColumn="0" w:noHBand="0" w:noVBand="1"/>
      </w:tblPr>
      <w:tblGrid>
        <w:gridCol w:w="10564"/>
      </w:tblGrid>
      <w:tr w:rsidR="005572D7" w:rsidRPr="00BD24B4" w14:paraId="6C841805" w14:textId="77777777" w:rsidTr="00BF3AE0">
        <w:tc>
          <w:tcPr>
            <w:tcW w:w="10564" w:type="dxa"/>
          </w:tcPr>
          <w:p w14:paraId="74F81680" w14:textId="77777777" w:rsidR="005572D7" w:rsidRPr="00BD24B4" w:rsidRDefault="005572D7" w:rsidP="00BF3AE0">
            <w:pPr>
              <w:rPr>
                <w:rFonts w:cs="Times New Roman"/>
                <w:sz w:val="20"/>
                <w:szCs w:val="20"/>
                <w:lang w:val="ru-RU"/>
              </w:rPr>
            </w:pPr>
            <w:r w:rsidRPr="00BD24B4">
              <w:rPr>
                <w:rFonts w:ascii="Times New Roman" w:hAnsi="Times New Roman" w:cs="Times New Roman"/>
                <w:sz w:val="20"/>
                <w:szCs w:val="20"/>
              </w:rPr>
              <w:t xml:space="preserve">! </w:t>
            </w:r>
            <w:proofErr w:type="gramStart"/>
            <w:r w:rsidRPr="00BD24B4">
              <w:rPr>
                <w:rFonts w:ascii="Times New Roman" w:hAnsi="Times New Roman" w:cs="Times New Roman"/>
                <w:sz w:val="20"/>
                <w:szCs w:val="20"/>
              </w:rPr>
              <w:t>ВАЖНО !</w:t>
            </w:r>
            <w:proofErr w:type="gramEnd"/>
          </w:p>
        </w:tc>
      </w:tr>
      <w:tr w:rsidR="005572D7" w:rsidRPr="00707D8A" w14:paraId="19014054" w14:textId="77777777" w:rsidTr="00BF3AE0">
        <w:tc>
          <w:tcPr>
            <w:tcW w:w="10564" w:type="dxa"/>
          </w:tcPr>
          <w:p w14:paraId="229A6AD5" w14:textId="77777777" w:rsidR="005572D7" w:rsidRPr="00BD24B4" w:rsidRDefault="005572D7" w:rsidP="00BF3AE0">
            <w:pPr>
              <w:rPr>
                <w:rFonts w:cs="Times New Roman"/>
                <w:sz w:val="20"/>
                <w:szCs w:val="20"/>
                <w:lang w:val="ru-RU"/>
              </w:rPr>
            </w:pPr>
            <w:r w:rsidRPr="00BD24B4">
              <w:rPr>
                <w:rFonts w:ascii="Times New Roman" w:hAnsi="Times New Roman" w:cs="Times New Roman"/>
                <w:sz w:val="20"/>
                <w:szCs w:val="20"/>
                <w:lang w:val="ru-RU"/>
              </w:rPr>
              <w:t xml:space="preserve">Пожалуйста, удостоверьтесь, что обслуживание транспортного средства выполнено по точно определенным указанным интервалам в км или месяцах. Техническое обслуживание должно быть выполнено ТОЛЬКО уполномоченными дилерами </w:t>
            </w:r>
            <w:proofErr w:type="spellStart"/>
            <w:r w:rsidRPr="00BD24B4">
              <w:rPr>
                <w:rFonts w:ascii="Times New Roman" w:hAnsi="Times New Roman" w:cs="Times New Roman"/>
                <w:sz w:val="20"/>
                <w:szCs w:val="20"/>
              </w:rPr>
              <w:t>Bizon</w:t>
            </w:r>
            <w:proofErr w:type="spellEnd"/>
            <w:r w:rsidRPr="00BD24B4">
              <w:rPr>
                <w:rFonts w:ascii="Times New Roman" w:hAnsi="Times New Roman" w:cs="Times New Roman"/>
                <w:sz w:val="20"/>
                <w:szCs w:val="20"/>
                <w:lang w:val="ru-RU"/>
              </w:rPr>
              <w:t xml:space="preserve">. По вопросам гарантийного и после гарантийного ремонта, а </w:t>
            </w:r>
            <w:proofErr w:type="gramStart"/>
            <w:r w:rsidRPr="00BD24B4">
              <w:rPr>
                <w:rFonts w:ascii="Times New Roman" w:hAnsi="Times New Roman" w:cs="Times New Roman"/>
                <w:sz w:val="20"/>
                <w:szCs w:val="20"/>
                <w:lang w:val="ru-RU"/>
              </w:rPr>
              <w:t>так же</w:t>
            </w:r>
            <w:proofErr w:type="gramEnd"/>
            <w:r w:rsidRPr="00BD24B4">
              <w:rPr>
                <w:rFonts w:ascii="Times New Roman" w:hAnsi="Times New Roman" w:cs="Times New Roman"/>
                <w:sz w:val="20"/>
                <w:szCs w:val="20"/>
                <w:lang w:val="ru-RU"/>
              </w:rPr>
              <w:t xml:space="preserve"> вопросам качества обращайтесь к любому официальному дилеру </w:t>
            </w:r>
            <w:proofErr w:type="spellStart"/>
            <w:r w:rsidRPr="00BD24B4">
              <w:rPr>
                <w:rFonts w:ascii="Times New Roman" w:hAnsi="Times New Roman" w:cs="Times New Roman"/>
                <w:sz w:val="20"/>
                <w:szCs w:val="20"/>
              </w:rPr>
              <w:t>Bizon</w:t>
            </w:r>
            <w:proofErr w:type="spellEnd"/>
            <w:r w:rsidRPr="00BD24B4">
              <w:rPr>
                <w:rFonts w:ascii="Times New Roman" w:hAnsi="Times New Roman" w:cs="Times New Roman"/>
                <w:sz w:val="20"/>
                <w:szCs w:val="20"/>
                <w:lang w:val="ru-RU"/>
              </w:rPr>
              <w:t xml:space="preserve">. Список организаций, осуществляющих обслуживание мототехники </w:t>
            </w:r>
            <w:proofErr w:type="spellStart"/>
            <w:proofErr w:type="gramStart"/>
            <w:r w:rsidRPr="00BD24B4">
              <w:rPr>
                <w:rFonts w:ascii="Times New Roman" w:hAnsi="Times New Roman" w:cs="Times New Roman"/>
                <w:sz w:val="20"/>
                <w:szCs w:val="20"/>
              </w:rPr>
              <w:t>Bizon</w:t>
            </w:r>
            <w:proofErr w:type="spellEnd"/>
            <w:proofErr w:type="gramEnd"/>
            <w:r w:rsidRPr="00BD24B4">
              <w:rPr>
                <w:rFonts w:ascii="Times New Roman" w:hAnsi="Times New Roman" w:cs="Times New Roman"/>
                <w:sz w:val="20"/>
                <w:szCs w:val="20"/>
                <w:lang w:val="ru-RU"/>
              </w:rPr>
              <w:t xml:space="preserve"> Вы можете уточнить на нашем сайте http://</w:t>
            </w:r>
            <w:r w:rsidRPr="00BD24B4">
              <w:rPr>
                <w:rFonts w:ascii="Times New Roman" w:hAnsi="Times New Roman" w:cs="Times New Roman"/>
                <w:sz w:val="20"/>
                <w:szCs w:val="20"/>
              </w:rPr>
              <w:t>b</w:t>
            </w:r>
            <w:r w:rsidRPr="00BD24B4">
              <w:rPr>
                <w:rFonts w:ascii="Times New Roman" w:hAnsi="Times New Roman" w:cs="Times New Roman"/>
                <w:sz w:val="20"/>
                <w:szCs w:val="20"/>
                <w:lang w:val="ru-RU"/>
              </w:rPr>
              <w:t>izonatv.ru</w:t>
            </w:r>
          </w:p>
        </w:tc>
      </w:tr>
    </w:tbl>
    <w:p w14:paraId="600D8CE9" w14:textId="77777777" w:rsidR="005572D7" w:rsidRPr="00BD24B4" w:rsidRDefault="005572D7" w:rsidP="005572D7">
      <w:pPr>
        <w:rPr>
          <w:rFonts w:cs="Times New Roman"/>
          <w:sz w:val="20"/>
          <w:szCs w:val="20"/>
          <w:lang w:val="ru-RU"/>
        </w:rPr>
      </w:pPr>
    </w:p>
    <w:p w14:paraId="23BF38C8" w14:textId="02E3C1E8" w:rsidR="005572D7" w:rsidRPr="00BD24B4" w:rsidRDefault="005572D7">
      <w:pPr>
        <w:spacing w:after="200" w:line="276" w:lineRule="auto"/>
        <w:rPr>
          <w:rFonts w:cs="Times New Roman"/>
          <w:sz w:val="20"/>
          <w:szCs w:val="20"/>
          <w:lang w:val="ru-RU"/>
        </w:rPr>
      </w:pPr>
      <w:r w:rsidRPr="00BD24B4">
        <w:rPr>
          <w:rFonts w:cs="Times New Roman"/>
          <w:sz w:val="20"/>
          <w:szCs w:val="20"/>
          <w:lang w:val="ru-RU"/>
        </w:rPr>
        <w:br w:type="page"/>
      </w:r>
    </w:p>
    <w:p w14:paraId="6F399578" w14:textId="77777777" w:rsidR="005572D7" w:rsidRPr="00BD24B4" w:rsidRDefault="005572D7" w:rsidP="005572D7">
      <w:pPr>
        <w:spacing w:line="276" w:lineRule="auto"/>
        <w:jc w:val="center"/>
        <w:rPr>
          <w:rFonts w:ascii="Times New Roman" w:hAnsi="Times New Roman" w:cs="Times New Roman"/>
          <w:b/>
          <w:bCs/>
          <w:sz w:val="24"/>
          <w:szCs w:val="24"/>
        </w:rPr>
      </w:pPr>
      <w:r w:rsidRPr="00BD24B4">
        <w:rPr>
          <w:rFonts w:ascii="Times New Roman" w:hAnsi="Times New Roman" w:cs="Times New Roman"/>
          <w:b/>
          <w:bCs/>
          <w:sz w:val="24"/>
          <w:szCs w:val="24"/>
        </w:rPr>
        <w:lastRenderedPageBreak/>
        <w:t>ТАЛОНЫ НОМЕРНОГО ТЕХНИЧЕСКОГО ОБСЛУЖИВАНИЯ</w:t>
      </w:r>
    </w:p>
    <w:p w14:paraId="0F280F76" w14:textId="77777777" w:rsidR="005572D7" w:rsidRPr="00BD24B4" w:rsidRDefault="005572D7" w:rsidP="005572D7">
      <w:pPr>
        <w:rPr>
          <w:rFonts w:cs="Times New Roman"/>
          <w:sz w:val="20"/>
          <w:szCs w:val="20"/>
          <w:lang w:val="ru-RU"/>
        </w:rPr>
      </w:pPr>
    </w:p>
    <w:tbl>
      <w:tblPr>
        <w:tblStyle w:val="aff1"/>
        <w:tblW w:w="0" w:type="auto"/>
        <w:tblLayout w:type="fixed"/>
        <w:tblLook w:val="04A0" w:firstRow="1" w:lastRow="0" w:firstColumn="1" w:lastColumn="0" w:noHBand="0" w:noVBand="1"/>
      </w:tblPr>
      <w:tblGrid>
        <w:gridCol w:w="3521"/>
        <w:gridCol w:w="3521"/>
        <w:gridCol w:w="3522"/>
      </w:tblGrid>
      <w:tr w:rsidR="005572D7" w:rsidRPr="00BD24B4" w14:paraId="2AA075C5" w14:textId="77777777" w:rsidTr="00BF3AE0">
        <w:tc>
          <w:tcPr>
            <w:tcW w:w="3521" w:type="dxa"/>
          </w:tcPr>
          <w:p w14:paraId="0EE5E6E1" w14:textId="3C6DBAFC" w:rsidR="005572D7" w:rsidRPr="00BD24B4" w:rsidRDefault="008C454C" w:rsidP="00BF3AE0">
            <w:pPr>
              <w:rPr>
                <w:rFonts w:cs="Times New Roman"/>
                <w:sz w:val="18"/>
                <w:szCs w:val="18"/>
                <w:lang w:val="ru-RU"/>
              </w:rPr>
            </w:pPr>
            <w:r>
              <w:rPr>
                <w:rFonts w:ascii="Times New Roman" w:hAnsi="Times New Roman" w:cs="Times New Roman"/>
                <w:b/>
                <w:bCs/>
                <w:sz w:val="18"/>
                <w:szCs w:val="18"/>
                <w:lang w:val="ru-RU"/>
              </w:rPr>
              <w:t>7</w:t>
            </w:r>
            <w:r w:rsidR="005572D7" w:rsidRPr="00BD24B4">
              <w:rPr>
                <w:rFonts w:ascii="Times New Roman" w:hAnsi="Times New Roman" w:cs="Times New Roman"/>
                <w:b/>
                <w:bCs/>
                <w:sz w:val="18"/>
                <w:szCs w:val="18"/>
              </w:rPr>
              <w:t xml:space="preserve"> СЕРВИС</w:t>
            </w:r>
          </w:p>
        </w:tc>
        <w:tc>
          <w:tcPr>
            <w:tcW w:w="3521" w:type="dxa"/>
          </w:tcPr>
          <w:p w14:paraId="24D70461" w14:textId="38DB8AEF" w:rsidR="005572D7" w:rsidRPr="00BD24B4" w:rsidRDefault="008C454C" w:rsidP="00BF3AE0">
            <w:pPr>
              <w:rPr>
                <w:rFonts w:cs="Times New Roman"/>
                <w:sz w:val="18"/>
                <w:szCs w:val="18"/>
                <w:lang w:val="ru-RU"/>
              </w:rPr>
            </w:pPr>
            <w:r>
              <w:rPr>
                <w:rFonts w:ascii="Times New Roman" w:hAnsi="Times New Roman" w:cs="Times New Roman"/>
                <w:b/>
                <w:bCs/>
                <w:sz w:val="18"/>
                <w:szCs w:val="18"/>
                <w:lang w:val="ru-RU"/>
              </w:rPr>
              <w:t>8</w:t>
            </w:r>
            <w:r w:rsidR="005572D7" w:rsidRPr="00BD24B4">
              <w:rPr>
                <w:rFonts w:ascii="Times New Roman" w:hAnsi="Times New Roman" w:cs="Times New Roman"/>
                <w:b/>
                <w:bCs/>
                <w:sz w:val="18"/>
                <w:szCs w:val="18"/>
              </w:rPr>
              <w:t xml:space="preserve"> СЕРВИС</w:t>
            </w:r>
          </w:p>
        </w:tc>
        <w:tc>
          <w:tcPr>
            <w:tcW w:w="3522" w:type="dxa"/>
          </w:tcPr>
          <w:p w14:paraId="67CFD161" w14:textId="619406FC" w:rsidR="005572D7" w:rsidRPr="00BD24B4" w:rsidRDefault="008C454C" w:rsidP="00BF3AE0">
            <w:pPr>
              <w:rPr>
                <w:rFonts w:cs="Times New Roman"/>
                <w:sz w:val="18"/>
                <w:szCs w:val="18"/>
                <w:lang w:val="ru-RU"/>
              </w:rPr>
            </w:pPr>
            <w:r>
              <w:rPr>
                <w:rFonts w:ascii="Times New Roman" w:hAnsi="Times New Roman" w:cs="Times New Roman"/>
                <w:b/>
                <w:bCs/>
                <w:sz w:val="18"/>
                <w:szCs w:val="18"/>
                <w:lang w:val="ru-RU"/>
              </w:rPr>
              <w:t>9</w:t>
            </w:r>
            <w:r w:rsidR="005572D7" w:rsidRPr="00BD24B4">
              <w:rPr>
                <w:rFonts w:ascii="Times New Roman" w:hAnsi="Times New Roman" w:cs="Times New Roman"/>
                <w:b/>
                <w:bCs/>
                <w:sz w:val="18"/>
                <w:szCs w:val="18"/>
              </w:rPr>
              <w:t xml:space="preserve"> СЕРВИС</w:t>
            </w:r>
          </w:p>
        </w:tc>
      </w:tr>
      <w:tr w:rsidR="005572D7" w:rsidRPr="00707D8A" w14:paraId="5FF4E5B4" w14:textId="77777777" w:rsidTr="00BF3AE0">
        <w:tc>
          <w:tcPr>
            <w:tcW w:w="3521" w:type="dxa"/>
          </w:tcPr>
          <w:p w14:paraId="68D2BFE2" w14:textId="0D3640EF" w:rsidR="005572D7" w:rsidRPr="00BD24B4" w:rsidRDefault="00AC0B08" w:rsidP="00BF3AE0">
            <w:pPr>
              <w:rPr>
                <w:rFonts w:cs="Times New Roman"/>
                <w:sz w:val="18"/>
                <w:szCs w:val="18"/>
                <w:lang w:val="ru-RU"/>
              </w:rPr>
            </w:pPr>
            <w:r>
              <w:rPr>
                <w:rFonts w:ascii="Times New Roman" w:hAnsi="Times New Roman" w:cs="Times New Roman"/>
                <w:sz w:val="18"/>
                <w:szCs w:val="18"/>
                <w:lang w:val="ru-RU"/>
              </w:rPr>
              <w:t>4800</w:t>
            </w:r>
            <w:r w:rsidR="005572D7" w:rsidRPr="00BD24B4">
              <w:rPr>
                <w:rFonts w:ascii="Times New Roman" w:hAnsi="Times New Roman" w:cs="Times New Roman"/>
                <w:sz w:val="18"/>
                <w:szCs w:val="18"/>
                <w:lang w:val="ru-RU"/>
              </w:rPr>
              <w:t xml:space="preserve"> км или </w:t>
            </w:r>
            <w:r>
              <w:rPr>
                <w:rFonts w:ascii="Times New Roman" w:hAnsi="Times New Roman" w:cs="Times New Roman"/>
                <w:sz w:val="18"/>
                <w:szCs w:val="18"/>
                <w:lang w:val="ru-RU"/>
              </w:rPr>
              <w:t>4</w:t>
            </w:r>
            <w:r w:rsidR="00641526" w:rsidRPr="00BD24B4">
              <w:rPr>
                <w:rFonts w:ascii="Times New Roman" w:hAnsi="Times New Roman" w:cs="Times New Roman"/>
                <w:sz w:val="18"/>
                <w:szCs w:val="18"/>
                <w:lang w:val="ru-RU"/>
              </w:rPr>
              <w:t xml:space="preserve"> месяц</w:t>
            </w:r>
            <w:r>
              <w:rPr>
                <w:rFonts w:ascii="Times New Roman" w:hAnsi="Times New Roman" w:cs="Times New Roman"/>
                <w:sz w:val="18"/>
                <w:szCs w:val="18"/>
                <w:lang w:val="ru-RU"/>
              </w:rPr>
              <w:t>а</w:t>
            </w:r>
            <w:r w:rsidR="00641526">
              <w:rPr>
                <w:rFonts w:ascii="Times New Roman" w:hAnsi="Times New Roman" w:cs="Times New Roman"/>
                <w:sz w:val="18"/>
                <w:szCs w:val="18"/>
                <w:lang w:val="ru-RU"/>
              </w:rPr>
              <w:t xml:space="preserve"> с даты предыдущего ТО</w:t>
            </w:r>
          </w:p>
        </w:tc>
        <w:tc>
          <w:tcPr>
            <w:tcW w:w="3521" w:type="dxa"/>
          </w:tcPr>
          <w:p w14:paraId="78183F94" w14:textId="18460F7D" w:rsidR="005572D7" w:rsidRPr="00BD24B4" w:rsidRDefault="00FF74F7" w:rsidP="00BF3AE0">
            <w:pPr>
              <w:rPr>
                <w:rFonts w:cs="Times New Roman"/>
                <w:sz w:val="18"/>
                <w:szCs w:val="18"/>
                <w:lang w:val="ru-RU"/>
              </w:rPr>
            </w:pPr>
            <w:r>
              <w:rPr>
                <w:rFonts w:ascii="Times New Roman" w:hAnsi="Times New Roman" w:cs="Times New Roman"/>
                <w:sz w:val="18"/>
                <w:szCs w:val="18"/>
                <w:lang w:val="ru-RU"/>
              </w:rPr>
              <w:t>56</w:t>
            </w:r>
            <w:r w:rsidR="009A2D81">
              <w:rPr>
                <w:rFonts w:ascii="Times New Roman" w:hAnsi="Times New Roman" w:cs="Times New Roman"/>
                <w:sz w:val="18"/>
                <w:szCs w:val="18"/>
                <w:lang w:val="ru-RU"/>
              </w:rPr>
              <w:t>00</w:t>
            </w:r>
            <w:r w:rsidR="005572D7" w:rsidRPr="00BD24B4">
              <w:rPr>
                <w:rFonts w:ascii="Times New Roman" w:hAnsi="Times New Roman" w:cs="Times New Roman"/>
                <w:sz w:val="18"/>
                <w:szCs w:val="18"/>
                <w:lang w:val="ru-RU"/>
              </w:rPr>
              <w:t xml:space="preserve"> км или </w:t>
            </w:r>
            <w:r>
              <w:rPr>
                <w:rFonts w:ascii="Times New Roman" w:hAnsi="Times New Roman" w:cs="Times New Roman"/>
                <w:sz w:val="18"/>
                <w:szCs w:val="18"/>
                <w:lang w:val="ru-RU"/>
              </w:rPr>
              <w:t>4</w:t>
            </w:r>
            <w:r w:rsidRPr="00BD24B4">
              <w:rPr>
                <w:rFonts w:ascii="Times New Roman" w:hAnsi="Times New Roman" w:cs="Times New Roman"/>
                <w:sz w:val="18"/>
                <w:szCs w:val="18"/>
                <w:lang w:val="ru-RU"/>
              </w:rPr>
              <w:t xml:space="preserve"> месяц</w:t>
            </w:r>
            <w:r>
              <w:rPr>
                <w:rFonts w:ascii="Times New Roman" w:hAnsi="Times New Roman" w:cs="Times New Roman"/>
                <w:sz w:val="18"/>
                <w:szCs w:val="18"/>
                <w:lang w:val="ru-RU"/>
              </w:rPr>
              <w:t xml:space="preserve">а </w:t>
            </w:r>
            <w:r w:rsidR="00641526">
              <w:rPr>
                <w:rFonts w:ascii="Times New Roman" w:hAnsi="Times New Roman" w:cs="Times New Roman"/>
                <w:sz w:val="18"/>
                <w:szCs w:val="18"/>
                <w:lang w:val="ru-RU"/>
              </w:rPr>
              <w:t>с даты предыдущего ТО</w:t>
            </w:r>
          </w:p>
        </w:tc>
        <w:tc>
          <w:tcPr>
            <w:tcW w:w="3522" w:type="dxa"/>
          </w:tcPr>
          <w:p w14:paraId="554C01FB" w14:textId="1D52617A" w:rsidR="005572D7" w:rsidRPr="00BD24B4" w:rsidRDefault="00FF74F7" w:rsidP="00BF3AE0">
            <w:pPr>
              <w:rPr>
                <w:rFonts w:cs="Times New Roman"/>
                <w:sz w:val="18"/>
                <w:szCs w:val="18"/>
                <w:lang w:val="ru-RU"/>
              </w:rPr>
            </w:pPr>
            <w:r>
              <w:rPr>
                <w:rFonts w:ascii="Times New Roman" w:hAnsi="Times New Roman" w:cs="Times New Roman"/>
                <w:sz w:val="18"/>
                <w:szCs w:val="18"/>
                <w:lang w:val="ru-RU"/>
              </w:rPr>
              <w:t>64</w:t>
            </w:r>
            <w:r w:rsidR="009A2D81">
              <w:rPr>
                <w:rFonts w:ascii="Times New Roman" w:hAnsi="Times New Roman" w:cs="Times New Roman"/>
                <w:sz w:val="18"/>
                <w:szCs w:val="18"/>
                <w:lang w:val="ru-RU"/>
              </w:rPr>
              <w:t>00</w:t>
            </w:r>
            <w:r w:rsidR="005572D7" w:rsidRPr="00BD24B4">
              <w:rPr>
                <w:rFonts w:ascii="Times New Roman" w:hAnsi="Times New Roman" w:cs="Times New Roman"/>
                <w:sz w:val="18"/>
                <w:szCs w:val="18"/>
                <w:lang w:val="ru-RU"/>
              </w:rPr>
              <w:t xml:space="preserve"> км или </w:t>
            </w:r>
            <w:r>
              <w:rPr>
                <w:rFonts w:ascii="Times New Roman" w:hAnsi="Times New Roman" w:cs="Times New Roman"/>
                <w:sz w:val="18"/>
                <w:szCs w:val="18"/>
                <w:lang w:val="ru-RU"/>
              </w:rPr>
              <w:t>4</w:t>
            </w:r>
            <w:r w:rsidRPr="00BD24B4">
              <w:rPr>
                <w:rFonts w:ascii="Times New Roman" w:hAnsi="Times New Roman" w:cs="Times New Roman"/>
                <w:sz w:val="18"/>
                <w:szCs w:val="18"/>
                <w:lang w:val="ru-RU"/>
              </w:rPr>
              <w:t xml:space="preserve"> месяц</w:t>
            </w:r>
            <w:r>
              <w:rPr>
                <w:rFonts w:ascii="Times New Roman" w:hAnsi="Times New Roman" w:cs="Times New Roman"/>
                <w:sz w:val="18"/>
                <w:szCs w:val="18"/>
                <w:lang w:val="ru-RU"/>
              </w:rPr>
              <w:t xml:space="preserve">а </w:t>
            </w:r>
            <w:r w:rsidR="00641526">
              <w:rPr>
                <w:rFonts w:ascii="Times New Roman" w:hAnsi="Times New Roman" w:cs="Times New Roman"/>
                <w:sz w:val="18"/>
                <w:szCs w:val="18"/>
                <w:lang w:val="ru-RU"/>
              </w:rPr>
              <w:t>с даты предыдущего ТО</w:t>
            </w:r>
          </w:p>
        </w:tc>
      </w:tr>
      <w:tr w:rsidR="005572D7" w:rsidRPr="00BD24B4" w14:paraId="288A5CAE" w14:textId="77777777" w:rsidTr="00BF3AE0">
        <w:tc>
          <w:tcPr>
            <w:tcW w:w="3521" w:type="dxa"/>
          </w:tcPr>
          <w:p w14:paraId="511D1D54" w14:textId="77777777" w:rsidR="005572D7" w:rsidRPr="00BD24B4" w:rsidRDefault="005572D7" w:rsidP="00BF3AE0">
            <w:pPr>
              <w:rPr>
                <w:rFonts w:cs="Times New Roman"/>
                <w:sz w:val="18"/>
                <w:szCs w:val="18"/>
                <w:lang w:val="ru-RU"/>
              </w:rPr>
            </w:pPr>
            <w:proofErr w:type="spellStart"/>
            <w:r w:rsidRPr="00BD24B4">
              <w:rPr>
                <w:rFonts w:ascii="Times New Roman" w:hAnsi="Times New Roman" w:cs="Times New Roman"/>
                <w:sz w:val="18"/>
                <w:szCs w:val="18"/>
              </w:rPr>
              <w:t>Показания</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одометра</w:t>
            </w:r>
            <w:proofErr w:type="spellEnd"/>
            <w:r w:rsidRPr="00BD24B4">
              <w:rPr>
                <w:rFonts w:ascii="Times New Roman" w:hAnsi="Times New Roman" w:cs="Times New Roman"/>
                <w:sz w:val="18"/>
                <w:szCs w:val="18"/>
              </w:rPr>
              <w:t xml:space="preserve"> …………………</w:t>
            </w:r>
            <w:proofErr w:type="gramStart"/>
            <w:r w:rsidRPr="00BD24B4">
              <w:rPr>
                <w:rFonts w:ascii="Times New Roman" w:hAnsi="Times New Roman" w:cs="Times New Roman"/>
                <w:sz w:val="18"/>
                <w:szCs w:val="18"/>
              </w:rPr>
              <w:t>…..</w:t>
            </w:r>
            <w:proofErr w:type="gramEnd"/>
          </w:p>
        </w:tc>
        <w:tc>
          <w:tcPr>
            <w:tcW w:w="3521" w:type="dxa"/>
          </w:tcPr>
          <w:p w14:paraId="64FB11C8" w14:textId="77777777" w:rsidR="005572D7" w:rsidRPr="00BD24B4" w:rsidRDefault="005572D7" w:rsidP="00BF3AE0">
            <w:pPr>
              <w:rPr>
                <w:rFonts w:cs="Times New Roman"/>
                <w:sz w:val="18"/>
                <w:szCs w:val="18"/>
                <w:lang w:val="ru-RU"/>
              </w:rPr>
            </w:pPr>
            <w:proofErr w:type="spellStart"/>
            <w:r w:rsidRPr="00BD24B4">
              <w:rPr>
                <w:rFonts w:ascii="Times New Roman" w:hAnsi="Times New Roman" w:cs="Times New Roman"/>
                <w:sz w:val="18"/>
                <w:szCs w:val="18"/>
              </w:rPr>
              <w:t>Показания</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одометра</w:t>
            </w:r>
            <w:proofErr w:type="spellEnd"/>
            <w:r w:rsidRPr="00BD24B4">
              <w:rPr>
                <w:rFonts w:ascii="Times New Roman" w:hAnsi="Times New Roman" w:cs="Times New Roman"/>
                <w:sz w:val="18"/>
                <w:szCs w:val="18"/>
              </w:rPr>
              <w:t xml:space="preserve"> …………………</w:t>
            </w:r>
            <w:proofErr w:type="gramStart"/>
            <w:r w:rsidRPr="00BD24B4">
              <w:rPr>
                <w:rFonts w:ascii="Times New Roman" w:hAnsi="Times New Roman" w:cs="Times New Roman"/>
                <w:sz w:val="18"/>
                <w:szCs w:val="18"/>
              </w:rPr>
              <w:t>…..</w:t>
            </w:r>
            <w:proofErr w:type="gramEnd"/>
          </w:p>
        </w:tc>
        <w:tc>
          <w:tcPr>
            <w:tcW w:w="3522" w:type="dxa"/>
          </w:tcPr>
          <w:p w14:paraId="0EE5FF93" w14:textId="77777777" w:rsidR="005572D7" w:rsidRPr="00BD24B4" w:rsidRDefault="005572D7" w:rsidP="00BF3AE0">
            <w:pPr>
              <w:rPr>
                <w:rFonts w:cs="Times New Roman"/>
                <w:sz w:val="18"/>
                <w:szCs w:val="18"/>
                <w:lang w:val="ru-RU"/>
              </w:rPr>
            </w:pPr>
            <w:proofErr w:type="spellStart"/>
            <w:r w:rsidRPr="00BD24B4">
              <w:rPr>
                <w:rFonts w:ascii="Times New Roman" w:hAnsi="Times New Roman" w:cs="Times New Roman"/>
                <w:sz w:val="18"/>
                <w:szCs w:val="18"/>
              </w:rPr>
              <w:t>Показания</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одометра</w:t>
            </w:r>
            <w:proofErr w:type="spellEnd"/>
            <w:r w:rsidRPr="00BD24B4">
              <w:rPr>
                <w:rFonts w:ascii="Times New Roman" w:hAnsi="Times New Roman" w:cs="Times New Roman"/>
                <w:sz w:val="18"/>
                <w:szCs w:val="18"/>
              </w:rPr>
              <w:t xml:space="preserve"> …………………</w:t>
            </w:r>
            <w:proofErr w:type="gramStart"/>
            <w:r w:rsidRPr="00BD24B4">
              <w:rPr>
                <w:rFonts w:ascii="Times New Roman" w:hAnsi="Times New Roman" w:cs="Times New Roman"/>
                <w:sz w:val="18"/>
                <w:szCs w:val="18"/>
              </w:rPr>
              <w:t>…..</w:t>
            </w:r>
            <w:proofErr w:type="gramEnd"/>
          </w:p>
        </w:tc>
      </w:tr>
      <w:tr w:rsidR="005572D7" w:rsidRPr="00BD24B4" w14:paraId="3FA3047C" w14:textId="77777777" w:rsidTr="00BF3AE0">
        <w:tc>
          <w:tcPr>
            <w:tcW w:w="3521" w:type="dxa"/>
          </w:tcPr>
          <w:p w14:paraId="5F12547A" w14:textId="77777777" w:rsidR="005572D7" w:rsidRPr="00BD24B4" w:rsidRDefault="005572D7" w:rsidP="00BF3AE0">
            <w:pPr>
              <w:rPr>
                <w:rFonts w:cs="Times New Roman"/>
                <w:sz w:val="18"/>
                <w:szCs w:val="18"/>
                <w:lang w:val="ru-RU"/>
              </w:rPr>
            </w:pPr>
          </w:p>
        </w:tc>
        <w:tc>
          <w:tcPr>
            <w:tcW w:w="3521" w:type="dxa"/>
          </w:tcPr>
          <w:p w14:paraId="5D3FC148" w14:textId="77777777" w:rsidR="005572D7" w:rsidRPr="00BD24B4" w:rsidRDefault="005572D7" w:rsidP="00BF3AE0">
            <w:pPr>
              <w:rPr>
                <w:rFonts w:cs="Times New Roman"/>
                <w:sz w:val="18"/>
                <w:szCs w:val="18"/>
                <w:lang w:val="ru-RU"/>
              </w:rPr>
            </w:pPr>
          </w:p>
        </w:tc>
        <w:tc>
          <w:tcPr>
            <w:tcW w:w="3522" w:type="dxa"/>
          </w:tcPr>
          <w:p w14:paraId="71E6D5BF" w14:textId="77777777" w:rsidR="005572D7" w:rsidRPr="00BD24B4" w:rsidRDefault="005572D7" w:rsidP="00BF3AE0">
            <w:pPr>
              <w:rPr>
                <w:rFonts w:cs="Times New Roman"/>
                <w:sz w:val="18"/>
                <w:szCs w:val="18"/>
                <w:lang w:val="ru-RU"/>
              </w:rPr>
            </w:pPr>
          </w:p>
        </w:tc>
      </w:tr>
      <w:tr w:rsidR="005572D7" w:rsidRPr="00BD24B4" w14:paraId="0C025A2F" w14:textId="77777777" w:rsidTr="00BF3AE0">
        <w:tc>
          <w:tcPr>
            <w:tcW w:w="3521" w:type="dxa"/>
          </w:tcPr>
          <w:p w14:paraId="6BEFEBE0" w14:textId="77777777" w:rsidR="005572D7" w:rsidRPr="00BD24B4" w:rsidRDefault="005572D7" w:rsidP="00BF3AE0">
            <w:pPr>
              <w:rPr>
                <w:rFonts w:cs="Times New Roman"/>
                <w:sz w:val="18"/>
                <w:szCs w:val="18"/>
                <w:lang w:val="ru-RU"/>
              </w:rPr>
            </w:pPr>
          </w:p>
        </w:tc>
        <w:tc>
          <w:tcPr>
            <w:tcW w:w="3521" w:type="dxa"/>
          </w:tcPr>
          <w:p w14:paraId="6E38E09D" w14:textId="77777777" w:rsidR="005572D7" w:rsidRPr="00BD24B4" w:rsidRDefault="005572D7" w:rsidP="00BF3AE0">
            <w:pPr>
              <w:rPr>
                <w:rFonts w:cs="Times New Roman"/>
                <w:sz w:val="18"/>
                <w:szCs w:val="18"/>
                <w:lang w:val="ru-RU"/>
              </w:rPr>
            </w:pPr>
          </w:p>
        </w:tc>
        <w:tc>
          <w:tcPr>
            <w:tcW w:w="3522" w:type="dxa"/>
          </w:tcPr>
          <w:p w14:paraId="170DEB23" w14:textId="77777777" w:rsidR="005572D7" w:rsidRPr="00BD24B4" w:rsidRDefault="005572D7" w:rsidP="00BF3AE0">
            <w:pPr>
              <w:rPr>
                <w:rFonts w:cs="Times New Roman"/>
                <w:sz w:val="18"/>
                <w:szCs w:val="18"/>
                <w:lang w:val="ru-RU"/>
              </w:rPr>
            </w:pPr>
          </w:p>
        </w:tc>
      </w:tr>
      <w:tr w:rsidR="005572D7" w:rsidRPr="00BD24B4" w14:paraId="4EE842FB" w14:textId="77777777" w:rsidTr="00BF3AE0">
        <w:tc>
          <w:tcPr>
            <w:tcW w:w="3521" w:type="dxa"/>
          </w:tcPr>
          <w:p w14:paraId="514A86F4" w14:textId="77777777" w:rsidR="005572D7" w:rsidRPr="00BD24B4" w:rsidRDefault="005572D7" w:rsidP="00BF3AE0">
            <w:pPr>
              <w:rPr>
                <w:rFonts w:cs="Times New Roman"/>
                <w:sz w:val="18"/>
                <w:szCs w:val="18"/>
                <w:lang w:val="ru-RU"/>
              </w:rPr>
            </w:pPr>
          </w:p>
        </w:tc>
        <w:tc>
          <w:tcPr>
            <w:tcW w:w="3521" w:type="dxa"/>
          </w:tcPr>
          <w:p w14:paraId="33281C3A" w14:textId="77777777" w:rsidR="005572D7" w:rsidRPr="00BD24B4" w:rsidRDefault="005572D7" w:rsidP="00BF3AE0">
            <w:pPr>
              <w:rPr>
                <w:rFonts w:cs="Times New Roman"/>
                <w:sz w:val="18"/>
                <w:szCs w:val="18"/>
                <w:lang w:val="ru-RU"/>
              </w:rPr>
            </w:pPr>
          </w:p>
        </w:tc>
        <w:tc>
          <w:tcPr>
            <w:tcW w:w="3522" w:type="dxa"/>
          </w:tcPr>
          <w:p w14:paraId="24CFB1E4" w14:textId="77777777" w:rsidR="005572D7" w:rsidRPr="00BD24B4" w:rsidRDefault="005572D7" w:rsidP="00BF3AE0">
            <w:pPr>
              <w:rPr>
                <w:rFonts w:cs="Times New Roman"/>
                <w:sz w:val="18"/>
                <w:szCs w:val="18"/>
                <w:lang w:val="ru-RU"/>
              </w:rPr>
            </w:pPr>
          </w:p>
        </w:tc>
      </w:tr>
      <w:tr w:rsidR="005572D7" w:rsidRPr="00BD24B4" w14:paraId="0495E3FC" w14:textId="77777777" w:rsidTr="00BF3AE0">
        <w:tc>
          <w:tcPr>
            <w:tcW w:w="3521" w:type="dxa"/>
            <w:vAlign w:val="bottom"/>
          </w:tcPr>
          <w:p w14:paraId="3F5E7824" w14:textId="77777777" w:rsidR="005572D7" w:rsidRPr="00BD24B4" w:rsidRDefault="005572D7" w:rsidP="00BF3AE0">
            <w:pPr>
              <w:rPr>
                <w:rFonts w:cs="Times New Roman"/>
                <w:sz w:val="18"/>
                <w:szCs w:val="18"/>
                <w:lang w:val="ru-RU"/>
              </w:rPr>
            </w:pPr>
            <w:proofErr w:type="spellStart"/>
            <w:r w:rsidRPr="00BD24B4">
              <w:rPr>
                <w:rFonts w:ascii="Times New Roman" w:hAnsi="Times New Roman" w:cs="Times New Roman"/>
                <w:sz w:val="18"/>
                <w:szCs w:val="18"/>
              </w:rPr>
              <w:t>Печать</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дилера</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Дата</w:t>
            </w:r>
            <w:proofErr w:type="spellEnd"/>
            <w:r w:rsidRPr="00BD24B4">
              <w:rPr>
                <w:rFonts w:ascii="Times New Roman" w:hAnsi="Times New Roman" w:cs="Times New Roman"/>
                <w:sz w:val="18"/>
                <w:szCs w:val="18"/>
              </w:rPr>
              <w:t xml:space="preserve"> _____/_____/_____</w:t>
            </w:r>
          </w:p>
        </w:tc>
        <w:tc>
          <w:tcPr>
            <w:tcW w:w="3521" w:type="dxa"/>
            <w:vAlign w:val="bottom"/>
          </w:tcPr>
          <w:p w14:paraId="2633D891" w14:textId="77777777" w:rsidR="005572D7" w:rsidRPr="00BD24B4" w:rsidRDefault="005572D7" w:rsidP="00BF3AE0">
            <w:pPr>
              <w:rPr>
                <w:rFonts w:cs="Times New Roman"/>
                <w:sz w:val="18"/>
                <w:szCs w:val="18"/>
                <w:lang w:val="ru-RU"/>
              </w:rPr>
            </w:pPr>
            <w:proofErr w:type="spellStart"/>
            <w:r w:rsidRPr="00BD24B4">
              <w:rPr>
                <w:rFonts w:ascii="Times New Roman" w:hAnsi="Times New Roman" w:cs="Times New Roman"/>
                <w:sz w:val="18"/>
                <w:szCs w:val="18"/>
              </w:rPr>
              <w:t>Печать</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дилера</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Дата</w:t>
            </w:r>
            <w:proofErr w:type="spellEnd"/>
            <w:r w:rsidRPr="00BD24B4">
              <w:rPr>
                <w:rFonts w:ascii="Times New Roman" w:hAnsi="Times New Roman" w:cs="Times New Roman"/>
                <w:sz w:val="18"/>
                <w:szCs w:val="18"/>
              </w:rPr>
              <w:t xml:space="preserve"> _____/_____/_____</w:t>
            </w:r>
          </w:p>
        </w:tc>
        <w:tc>
          <w:tcPr>
            <w:tcW w:w="3522" w:type="dxa"/>
            <w:vAlign w:val="bottom"/>
          </w:tcPr>
          <w:p w14:paraId="2E080433" w14:textId="77777777" w:rsidR="005572D7" w:rsidRPr="00BD24B4" w:rsidRDefault="005572D7" w:rsidP="00BF3AE0">
            <w:pPr>
              <w:rPr>
                <w:rFonts w:cs="Times New Roman"/>
                <w:sz w:val="18"/>
                <w:szCs w:val="18"/>
                <w:lang w:val="ru-RU"/>
              </w:rPr>
            </w:pPr>
            <w:proofErr w:type="spellStart"/>
            <w:r w:rsidRPr="00BD24B4">
              <w:rPr>
                <w:rFonts w:ascii="Times New Roman" w:hAnsi="Times New Roman" w:cs="Times New Roman"/>
                <w:sz w:val="18"/>
                <w:szCs w:val="18"/>
              </w:rPr>
              <w:t>Печать</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дилера</w:t>
            </w:r>
            <w:proofErr w:type="spellEnd"/>
            <w:r w:rsidRPr="00BD24B4">
              <w:rPr>
                <w:rFonts w:ascii="Times New Roman" w:hAnsi="Times New Roman" w:cs="Times New Roman"/>
                <w:sz w:val="18"/>
                <w:szCs w:val="18"/>
              </w:rPr>
              <w:t xml:space="preserve">   </w:t>
            </w:r>
            <w:proofErr w:type="spellStart"/>
            <w:r w:rsidRPr="00BD24B4">
              <w:rPr>
                <w:rFonts w:ascii="Times New Roman" w:hAnsi="Times New Roman" w:cs="Times New Roman"/>
                <w:sz w:val="18"/>
                <w:szCs w:val="18"/>
              </w:rPr>
              <w:t>Дата</w:t>
            </w:r>
            <w:proofErr w:type="spellEnd"/>
            <w:r w:rsidRPr="00BD24B4">
              <w:rPr>
                <w:rFonts w:ascii="Times New Roman" w:hAnsi="Times New Roman" w:cs="Times New Roman"/>
                <w:sz w:val="18"/>
                <w:szCs w:val="18"/>
              </w:rPr>
              <w:t xml:space="preserve"> _____/_____/_____</w:t>
            </w:r>
          </w:p>
        </w:tc>
      </w:tr>
      <w:tr w:rsidR="005572D7" w:rsidRPr="00BD24B4" w14:paraId="05617899" w14:textId="77777777" w:rsidTr="00BF3AE0">
        <w:tc>
          <w:tcPr>
            <w:tcW w:w="3521" w:type="dxa"/>
          </w:tcPr>
          <w:p w14:paraId="0557EAA8" w14:textId="77777777" w:rsidR="005572D7" w:rsidRPr="00BD24B4" w:rsidRDefault="005572D7" w:rsidP="00BF3AE0">
            <w:pPr>
              <w:rPr>
                <w:rFonts w:cs="Times New Roman"/>
                <w:sz w:val="18"/>
                <w:szCs w:val="18"/>
                <w:lang w:val="ru-RU"/>
              </w:rPr>
            </w:pPr>
            <w:proofErr w:type="spellStart"/>
            <w:r w:rsidRPr="00BD24B4">
              <w:rPr>
                <w:rFonts w:ascii="Times New Roman" w:hAnsi="Times New Roman" w:cs="Times New Roman"/>
                <w:sz w:val="18"/>
                <w:szCs w:val="18"/>
              </w:rPr>
              <w:t>Особые</w:t>
            </w:r>
            <w:proofErr w:type="spellEnd"/>
            <w:r w:rsidRPr="00BD24B4">
              <w:rPr>
                <w:rFonts w:ascii="Times New Roman" w:hAnsi="Times New Roman" w:cs="Times New Roman"/>
                <w:sz w:val="18"/>
                <w:szCs w:val="18"/>
              </w:rPr>
              <w:t xml:space="preserve"> </w:t>
            </w:r>
            <w:proofErr w:type="spellStart"/>
            <w:proofErr w:type="gramStart"/>
            <w:r w:rsidRPr="00BD24B4">
              <w:rPr>
                <w:rFonts w:ascii="Times New Roman" w:hAnsi="Times New Roman" w:cs="Times New Roman"/>
                <w:sz w:val="18"/>
                <w:szCs w:val="18"/>
              </w:rPr>
              <w:t>отметки</w:t>
            </w:r>
            <w:proofErr w:type="spellEnd"/>
            <w:r w:rsidRPr="00BD24B4">
              <w:rPr>
                <w:rFonts w:ascii="Times New Roman" w:hAnsi="Times New Roman" w:cs="Times New Roman"/>
                <w:sz w:val="18"/>
                <w:szCs w:val="18"/>
              </w:rPr>
              <w:t xml:space="preserve"> :</w:t>
            </w:r>
            <w:proofErr w:type="gramEnd"/>
          </w:p>
        </w:tc>
        <w:tc>
          <w:tcPr>
            <w:tcW w:w="3521" w:type="dxa"/>
          </w:tcPr>
          <w:p w14:paraId="18D1D3AD" w14:textId="77777777" w:rsidR="005572D7" w:rsidRPr="00BD24B4" w:rsidRDefault="005572D7" w:rsidP="00BF3AE0">
            <w:pPr>
              <w:rPr>
                <w:rFonts w:cs="Times New Roman"/>
                <w:sz w:val="18"/>
                <w:szCs w:val="18"/>
                <w:lang w:val="ru-RU"/>
              </w:rPr>
            </w:pPr>
            <w:proofErr w:type="spellStart"/>
            <w:r w:rsidRPr="00BD24B4">
              <w:rPr>
                <w:rFonts w:ascii="Times New Roman" w:hAnsi="Times New Roman" w:cs="Times New Roman"/>
                <w:sz w:val="18"/>
                <w:szCs w:val="18"/>
              </w:rPr>
              <w:t>Особые</w:t>
            </w:r>
            <w:proofErr w:type="spellEnd"/>
            <w:r w:rsidRPr="00BD24B4">
              <w:rPr>
                <w:rFonts w:ascii="Times New Roman" w:hAnsi="Times New Roman" w:cs="Times New Roman"/>
                <w:sz w:val="18"/>
                <w:szCs w:val="18"/>
              </w:rPr>
              <w:t xml:space="preserve"> </w:t>
            </w:r>
            <w:proofErr w:type="spellStart"/>
            <w:proofErr w:type="gramStart"/>
            <w:r w:rsidRPr="00BD24B4">
              <w:rPr>
                <w:rFonts w:ascii="Times New Roman" w:hAnsi="Times New Roman" w:cs="Times New Roman"/>
                <w:sz w:val="18"/>
                <w:szCs w:val="18"/>
              </w:rPr>
              <w:t>отметки</w:t>
            </w:r>
            <w:proofErr w:type="spellEnd"/>
            <w:r w:rsidRPr="00BD24B4">
              <w:rPr>
                <w:rFonts w:ascii="Times New Roman" w:hAnsi="Times New Roman" w:cs="Times New Roman"/>
                <w:sz w:val="18"/>
                <w:szCs w:val="18"/>
              </w:rPr>
              <w:t xml:space="preserve"> :</w:t>
            </w:r>
            <w:proofErr w:type="gramEnd"/>
          </w:p>
        </w:tc>
        <w:tc>
          <w:tcPr>
            <w:tcW w:w="3522" w:type="dxa"/>
          </w:tcPr>
          <w:p w14:paraId="44B24081" w14:textId="77777777" w:rsidR="005572D7" w:rsidRPr="00BD24B4" w:rsidRDefault="005572D7" w:rsidP="00BF3AE0">
            <w:pPr>
              <w:rPr>
                <w:rFonts w:cs="Times New Roman"/>
                <w:sz w:val="18"/>
                <w:szCs w:val="18"/>
                <w:lang w:val="ru-RU"/>
              </w:rPr>
            </w:pPr>
            <w:proofErr w:type="spellStart"/>
            <w:r w:rsidRPr="00BD24B4">
              <w:rPr>
                <w:rFonts w:ascii="Times New Roman" w:hAnsi="Times New Roman" w:cs="Times New Roman"/>
                <w:sz w:val="18"/>
                <w:szCs w:val="18"/>
              </w:rPr>
              <w:t>Особые</w:t>
            </w:r>
            <w:proofErr w:type="spellEnd"/>
            <w:r w:rsidRPr="00BD24B4">
              <w:rPr>
                <w:rFonts w:ascii="Times New Roman" w:hAnsi="Times New Roman" w:cs="Times New Roman"/>
                <w:sz w:val="18"/>
                <w:szCs w:val="18"/>
              </w:rPr>
              <w:t xml:space="preserve"> </w:t>
            </w:r>
            <w:proofErr w:type="spellStart"/>
            <w:proofErr w:type="gramStart"/>
            <w:r w:rsidRPr="00BD24B4">
              <w:rPr>
                <w:rFonts w:ascii="Times New Roman" w:hAnsi="Times New Roman" w:cs="Times New Roman"/>
                <w:sz w:val="18"/>
                <w:szCs w:val="18"/>
              </w:rPr>
              <w:t>отметки</w:t>
            </w:r>
            <w:proofErr w:type="spellEnd"/>
            <w:r w:rsidRPr="00BD24B4">
              <w:rPr>
                <w:rFonts w:ascii="Times New Roman" w:hAnsi="Times New Roman" w:cs="Times New Roman"/>
                <w:sz w:val="18"/>
                <w:szCs w:val="18"/>
              </w:rPr>
              <w:t xml:space="preserve"> :</w:t>
            </w:r>
            <w:proofErr w:type="gramEnd"/>
          </w:p>
        </w:tc>
      </w:tr>
      <w:tr w:rsidR="005572D7" w:rsidRPr="00BD24B4" w14:paraId="33D9285C" w14:textId="77777777" w:rsidTr="00BF3AE0">
        <w:tc>
          <w:tcPr>
            <w:tcW w:w="3521" w:type="dxa"/>
          </w:tcPr>
          <w:p w14:paraId="075C2FFF" w14:textId="77777777" w:rsidR="005572D7" w:rsidRPr="00BD24B4" w:rsidRDefault="005572D7" w:rsidP="00BF3AE0">
            <w:pPr>
              <w:rPr>
                <w:rFonts w:cs="Times New Roman"/>
                <w:sz w:val="18"/>
                <w:szCs w:val="18"/>
                <w:lang w:val="ru-RU"/>
              </w:rPr>
            </w:pPr>
          </w:p>
        </w:tc>
        <w:tc>
          <w:tcPr>
            <w:tcW w:w="3521" w:type="dxa"/>
          </w:tcPr>
          <w:p w14:paraId="76A9F5C4" w14:textId="77777777" w:rsidR="005572D7" w:rsidRPr="00BD24B4" w:rsidRDefault="005572D7" w:rsidP="00BF3AE0">
            <w:pPr>
              <w:rPr>
                <w:rFonts w:cs="Times New Roman"/>
                <w:sz w:val="18"/>
                <w:szCs w:val="18"/>
                <w:lang w:val="ru-RU"/>
              </w:rPr>
            </w:pPr>
          </w:p>
        </w:tc>
        <w:tc>
          <w:tcPr>
            <w:tcW w:w="3522" w:type="dxa"/>
          </w:tcPr>
          <w:p w14:paraId="71465FE1" w14:textId="77777777" w:rsidR="005572D7" w:rsidRPr="00BD24B4" w:rsidRDefault="005572D7" w:rsidP="00BF3AE0">
            <w:pPr>
              <w:rPr>
                <w:rFonts w:cs="Times New Roman"/>
                <w:sz w:val="18"/>
                <w:szCs w:val="18"/>
                <w:lang w:val="ru-RU"/>
              </w:rPr>
            </w:pPr>
          </w:p>
        </w:tc>
      </w:tr>
      <w:tr w:rsidR="005572D7" w:rsidRPr="00BD24B4" w14:paraId="61801124" w14:textId="77777777" w:rsidTr="00BF3AE0">
        <w:tc>
          <w:tcPr>
            <w:tcW w:w="3521" w:type="dxa"/>
          </w:tcPr>
          <w:p w14:paraId="2CEE215F" w14:textId="77777777" w:rsidR="005572D7" w:rsidRPr="00BD24B4" w:rsidRDefault="005572D7" w:rsidP="00BF3AE0">
            <w:pPr>
              <w:rPr>
                <w:rFonts w:cs="Times New Roman"/>
                <w:sz w:val="18"/>
                <w:szCs w:val="18"/>
                <w:lang w:val="ru-RU"/>
              </w:rPr>
            </w:pPr>
          </w:p>
        </w:tc>
        <w:tc>
          <w:tcPr>
            <w:tcW w:w="3521" w:type="dxa"/>
          </w:tcPr>
          <w:p w14:paraId="46830C15" w14:textId="77777777" w:rsidR="005572D7" w:rsidRPr="00BD24B4" w:rsidRDefault="005572D7" w:rsidP="00BF3AE0">
            <w:pPr>
              <w:rPr>
                <w:rFonts w:cs="Times New Roman"/>
                <w:sz w:val="18"/>
                <w:szCs w:val="18"/>
                <w:lang w:val="ru-RU"/>
              </w:rPr>
            </w:pPr>
          </w:p>
        </w:tc>
        <w:tc>
          <w:tcPr>
            <w:tcW w:w="3522" w:type="dxa"/>
          </w:tcPr>
          <w:p w14:paraId="2C7361EA" w14:textId="77777777" w:rsidR="005572D7" w:rsidRPr="00BD24B4" w:rsidRDefault="005572D7" w:rsidP="00BF3AE0">
            <w:pPr>
              <w:rPr>
                <w:rFonts w:cs="Times New Roman"/>
                <w:sz w:val="18"/>
                <w:szCs w:val="18"/>
                <w:lang w:val="ru-RU"/>
              </w:rPr>
            </w:pPr>
          </w:p>
        </w:tc>
      </w:tr>
      <w:tr w:rsidR="005572D7" w:rsidRPr="00BD24B4" w14:paraId="313E3D21" w14:textId="77777777" w:rsidTr="00BF3AE0">
        <w:tc>
          <w:tcPr>
            <w:tcW w:w="3521" w:type="dxa"/>
          </w:tcPr>
          <w:p w14:paraId="091E88B1" w14:textId="77777777" w:rsidR="005572D7" w:rsidRPr="00BD24B4" w:rsidRDefault="005572D7" w:rsidP="00BF3AE0">
            <w:pPr>
              <w:rPr>
                <w:rFonts w:cs="Times New Roman"/>
                <w:sz w:val="18"/>
                <w:szCs w:val="18"/>
                <w:lang w:val="ru-RU"/>
              </w:rPr>
            </w:pPr>
          </w:p>
        </w:tc>
        <w:tc>
          <w:tcPr>
            <w:tcW w:w="3521" w:type="dxa"/>
          </w:tcPr>
          <w:p w14:paraId="736EB661" w14:textId="77777777" w:rsidR="005572D7" w:rsidRPr="00BD24B4" w:rsidRDefault="005572D7" w:rsidP="00BF3AE0">
            <w:pPr>
              <w:rPr>
                <w:rFonts w:cs="Times New Roman"/>
                <w:sz w:val="18"/>
                <w:szCs w:val="18"/>
                <w:lang w:val="ru-RU"/>
              </w:rPr>
            </w:pPr>
          </w:p>
        </w:tc>
        <w:tc>
          <w:tcPr>
            <w:tcW w:w="3522" w:type="dxa"/>
          </w:tcPr>
          <w:p w14:paraId="79579D66" w14:textId="77777777" w:rsidR="005572D7" w:rsidRPr="00BD24B4" w:rsidRDefault="005572D7" w:rsidP="00BF3AE0">
            <w:pPr>
              <w:rPr>
                <w:rFonts w:cs="Times New Roman"/>
                <w:sz w:val="18"/>
                <w:szCs w:val="18"/>
                <w:lang w:val="ru-RU"/>
              </w:rPr>
            </w:pPr>
          </w:p>
        </w:tc>
      </w:tr>
      <w:tr w:rsidR="005572D7" w:rsidRPr="00BD24B4" w14:paraId="36AD16BA" w14:textId="77777777" w:rsidTr="00BF3AE0">
        <w:tc>
          <w:tcPr>
            <w:tcW w:w="3521" w:type="dxa"/>
          </w:tcPr>
          <w:p w14:paraId="3BBBE432" w14:textId="77777777" w:rsidR="005572D7" w:rsidRPr="00BD24B4" w:rsidRDefault="005572D7" w:rsidP="00BF3AE0">
            <w:pPr>
              <w:rPr>
                <w:rFonts w:cs="Times New Roman"/>
                <w:sz w:val="18"/>
                <w:szCs w:val="18"/>
                <w:lang w:val="ru-RU"/>
              </w:rPr>
            </w:pPr>
          </w:p>
        </w:tc>
        <w:tc>
          <w:tcPr>
            <w:tcW w:w="3521" w:type="dxa"/>
          </w:tcPr>
          <w:p w14:paraId="322E1766" w14:textId="77777777" w:rsidR="005572D7" w:rsidRPr="00BD24B4" w:rsidRDefault="005572D7" w:rsidP="00BF3AE0">
            <w:pPr>
              <w:rPr>
                <w:rFonts w:cs="Times New Roman"/>
                <w:sz w:val="18"/>
                <w:szCs w:val="18"/>
                <w:lang w:val="ru-RU"/>
              </w:rPr>
            </w:pPr>
          </w:p>
        </w:tc>
        <w:tc>
          <w:tcPr>
            <w:tcW w:w="3522" w:type="dxa"/>
          </w:tcPr>
          <w:p w14:paraId="2D44779A" w14:textId="77777777" w:rsidR="005572D7" w:rsidRPr="00BD24B4" w:rsidRDefault="005572D7" w:rsidP="00BF3AE0">
            <w:pPr>
              <w:rPr>
                <w:rFonts w:cs="Times New Roman"/>
                <w:sz w:val="18"/>
                <w:szCs w:val="18"/>
                <w:lang w:val="ru-RU"/>
              </w:rPr>
            </w:pPr>
          </w:p>
        </w:tc>
      </w:tr>
      <w:tr w:rsidR="005572D7" w:rsidRPr="00BD24B4" w14:paraId="0750B9DF" w14:textId="77777777" w:rsidTr="00BF3AE0">
        <w:tc>
          <w:tcPr>
            <w:tcW w:w="3521" w:type="dxa"/>
          </w:tcPr>
          <w:p w14:paraId="294DB7DC" w14:textId="77777777" w:rsidR="005572D7" w:rsidRPr="00BD24B4" w:rsidRDefault="005572D7" w:rsidP="00BF3AE0">
            <w:pPr>
              <w:rPr>
                <w:rFonts w:cs="Times New Roman"/>
                <w:sz w:val="18"/>
                <w:szCs w:val="18"/>
                <w:lang w:val="ru-RU"/>
              </w:rPr>
            </w:pPr>
          </w:p>
        </w:tc>
        <w:tc>
          <w:tcPr>
            <w:tcW w:w="3521" w:type="dxa"/>
          </w:tcPr>
          <w:p w14:paraId="2593480B" w14:textId="77777777" w:rsidR="005572D7" w:rsidRPr="00BD24B4" w:rsidRDefault="005572D7" w:rsidP="00BF3AE0">
            <w:pPr>
              <w:rPr>
                <w:rFonts w:cs="Times New Roman"/>
                <w:sz w:val="18"/>
                <w:szCs w:val="18"/>
                <w:lang w:val="ru-RU"/>
              </w:rPr>
            </w:pPr>
          </w:p>
        </w:tc>
        <w:tc>
          <w:tcPr>
            <w:tcW w:w="3522" w:type="dxa"/>
          </w:tcPr>
          <w:p w14:paraId="1E3F8EA9" w14:textId="77777777" w:rsidR="005572D7" w:rsidRPr="00BD24B4" w:rsidRDefault="005572D7" w:rsidP="00BF3AE0">
            <w:pPr>
              <w:rPr>
                <w:rFonts w:cs="Times New Roman"/>
                <w:sz w:val="18"/>
                <w:szCs w:val="18"/>
                <w:lang w:val="ru-RU"/>
              </w:rPr>
            </w:pPr>
          </w:p>
        </w:tc>
      </w:tr>
      <w:tr w:rsidR="005572D7" w:rsidRPr="00BD24B4" w14:paraId="00C7AD90" w14:textId="77777777" w:rsidTr="00BF3AE0">
        <w:tc>
          <w:tcPr>
            <w:tcW w:w="3521" w:type="dxa"/>
          </w:tcPr>
          <w:p w14:paraId="3EF756A3" w14:textId="77777777" w:rsidR="005572D7" w:rsidRPr="00BD24B4" w:rsidRDefault="005572D7" w:rsidP="00BF3AE0">
            <w:pPr>
              <w:rPr>
                <w:rFonts w:cs="Times New Roman"/>
                <w:sz w:val="18"/>
                <w:szCs w:val="18"/>
                <w:lang w:val="ru-RU"/>
              </w:rPr>
            </w:pPr>
          </w:p>
        </w:tc>
        <w:tc>
          <w:tcPr>
            <w:tcW w:w="3521" w:type="dxa"/>
          </w:tcPr>
          <w:p w14:paraId="31C36EA7" w14:textId="77777777" w:rsidR="005572D7" w:rsidRPr="00BD24B4" w:rsidRDefault="005572D7" w:rsidP="00BF3AE0">
            <w:pPr>
              <w:rPr>
                <w:rFonts w:cs="Times New Roman"/>
                <w:sz w:val="18"/>
                <w:szCs w:val="18"/>
                <w:lang w:val="ru-RU"/>
              </w:rPr>
            </w:pPr>
          </w:p>
        </w:tc>
        <w:tc>
          <w:tcPr>
            <w:tcW w:w="3522" w:type="dxa"/>
          </w:tcPr>
          <w:p w14:paraId="3178C26D" w14:textId="77777777" w:rsidR="005572D7" w:rsidRPr="00BD24B4" w:rsidRDefault="005572D7" w:rsidP="00BF3AE0">
            <w:pPr>
              <w:rPr>
                <w:rFonts w:cs="Times New Roman"/>
                <w:sz w:val="18"/>
                <w:szCs w:val="18"/>
                <w:lang w:val="ru-RU"/>
              </w:rPr>
            </w:pPr>
          </w:p>
        </w:tc>
      </w:tr>
      <w:tr w:rsidR="005572D7" w:rsidRPr="00BD24B4" w14:paraId="6CC93493" w14:textId="77777777" w:rsidTr="00BF3AE0">
        <w:tc>
          <w:tcPr>
            <w:tcW w:w="3521" w:type="dxa"/>
          </w:tcPr>
          <w:p w14:paraId="075A1840" w14:textId="77777777" w:rsidR="005572D7" w:rsidRPr="00BD24B4" w:rsidRDefault="005572D7" w:rsidP="00BF3AE0">
            <w:pPr>
              <w:rPr>
                <w:rFonts w:cs="Times New Roman"/>
                <w:sz w:val="18"/>
                <w:szCs w:val="18"/>
                <w:lang w:val="ru-RU"/>
              </w:rPr>
            </w:pPr>
          </w:p>
        </w:tc>
        <w:tc>
          <w:tcPr>
            <w:tcW w:w="3521" w:type="dxa"/>
          </w:tcPr>
          <w:p w14:paraId="266105CD" w14:textId="77777777" w:rsidR="005572D7" w:rsidRPr="00BD24B4" w:rsidRDefault="005572D7" w:rsidP="00BF3AE0">
            <w:pPr>
              <w:rPr>
                <w:rFonts w:cs="Times New Roman"/>
                <w:sz w:val="18"/>
                <w:szCs w:val="18"/>
                <w:lang w:val="ru-RU"/>
              </w:rPr>
            </w:pPr>
          </w:p>
        </w:tc>
        <w:tc>
          <w:tcPr>
            <w:tcW w:w="3522" w:type="dxa"/>
          </w:tcPr>
          <w:p w14:paraId="73285170" w14:textId="77777777" w:rsidR="005572D7" w:rsidRPr="00BD24B4" w:rsidRDefault="005572D7" w:rsidP="00BF3AE0">
            <w:pPr>
              <w:rPr>
                <w:rFonts w:cs="Times New Roman"/>
                <w:sz w:val="18"/>
                <w:szCs w:val="18"/>
                <w:lang w:val="ru-RU"/>
              </w:rPr>
            </w:pPr>
          </w:p>
        </w:tc>
      </w:tr>
      <w:tr w:rsidR="005572D7" w:rsidRPr="00BD24B4" w14:paraId="2FB8C2D2" w14:textId="77777777" w:rsidTr="00BF3AE0">
        <w:tc>
          <w:tcPr>
            <w:tcW w:w="3521" w:type="dxa"/>
          </w:tcPr>
          <w:p w14:paraId="7DF2EFCC" w14:textId="77777777" w:rsidR="005572D7" w:rsidRPr="00BD24B4" w:rsidRDefault="005572D7" w:rsidP="00BF3AE0">
            <w:pPr>
              <w:rPr>
                <w:rFonts w:cs="Times New Roman"/>
                <w:sz w:val="18"/>
                <w:szCs w:val="18"/>
                <w:lang w:val="ru-RU"/>
              </w:rPr>
            </w:pPr>
          </w:p>
        </w:tc>
        <w:tc>
          <w:tcPr>
            <w:tcW w:w="3521" w:type="dxa"/>
          </w:tcPr>
          <w:p w14:paraId="6BE663D0" w14:textId="77777777" w:rsidR="005572D7" w:rsidRPr="00BD24B4" w:rsidRDefault="005572D7" w:rsidP="00BF3AE0">
            <w:pPr>
              <w:rPr>
                <w:rFonts w:cs="Times New Roman"/>
                <w:sz w:val="18"/>
                <w:szCs w:val="18"/>
                <w:lang w:val="ru-RU"/>
              </w:rPr>
            </w:pPr>
          </w:p>
        </w:tc>
        <w:tc>
          <w:tcPr>
            <w:tcW w:w="3522" w:type="dxa"/>
          </w:tcPr>
          <w:p w14:paraId="00900266" w14:textId="77777777" w:rsidR="005572D7" w:rsidRPr="00BD24B4" w:rsidRDefault="005572D7" w:rsidP="00BF3AE0">
            <w:pPr>
              <w:rPr>
                <w:rFonts w:cs="Times New Roman"/>
                <w:sz w:val="18"/>
                <w:szCs w:val="18"/>
                <w:lang w:val="ru-RU"/>
              </w:rPr>
            </w:pPr>
          </w:p>
        </w:tc>
      </w:tr>
    </w:tbl>
    <w:p w14:paraId="5E16BBDE" w14:textId="77777777" w:rsidR="005572D7" w:rsidRPr="00BD24B4" w:rsidRDefault="005572D7" w:rsidP="005572D7">
      <w:pPr>
        <w:rPr>
          <w:rFonts w:cs="Times New Roman"/>
          <w:sz w:val="20"/>
          <w:szCs w:val="20"/>
          <w:lang w:val="ru-RU"/>
        </w:rPr>
      </w:pPr>
    </w:p>
    <w:tbl>
      <w:tblPr>
        <w:tblStyle w:val="aff1"/>
        <w:tblW w:w="10564" w:type="dxa"/>
        <w:tblLayout w:type="fixed"/>
        <w:tblLook w:val="04A0" w:firstRow="1" w:lastRow="0" w:firstColumn="1" w:lastColumn="0" w:noHBand="0" w:noVBand="1"/>
      </w:tblPr>
      <w:tblGrid>
        <w:gridCol w:w="10564"/>
      </w:tblGrid>
      <w:tr w:rsidR="005572D7" w:rsidRPr="00BD24B4" w14:paraId="0417A9B3" w14:textId="77777777" w:rsidTr="00BF3AE0">
        <w:tc>
          <w:tcPr>
            <w:tcW w:w="10564" w:type="dxa"/>
          </w:tcPr>
          <w:p w14:paraId="2932273A" w14:textId="77777777" w:rsidR="005572D7" w:rsidRPr="00BD24B4" w:rsidRDefault="005572D7" w:rsidP="00BF3AE0">
            <w:pPr>
              <w:rPr>
                <w:rFonts w:cs="Times New Roman"/>
                <w:sz w:val="20"/>
                <w:szCs w:val="20"/>
                <w:lang w:val="ru-RU"/>
              </w:rPr>
            </w:pPr>
            <w:r w:rsidRPr="00BD24B4">
              <w:rPr>
                <w:rFonts w:ascii="Times New Roman" w:hAnsi="Times New Roman" w:cs="Times New Roman"/>
                <w:sz w:val="20"/>
                <w:szCs w:val="20"/>
              </w:rPr>
              <w:t xml:space="preserve">! </w:t>
            </w:r>
            <w:proofErr w:type="gramStart"/>
            <w:r w:rsidRPr="00BD24B4">
              <w:rPr>
                <w:rFonts w:ascii="Times New Roman" w:hAnsi="Times New Roman" w:cs="Times New Roman"/>
                <w:sz w:val="20"/>
                <w:szCs w:val="20"/>
              </w:rPr>
              <w:t>ВАЖНО !</w:t>
            </w:r>
            <w:proofErr w:type="gramEnd"/>
          </w:p>
        </w:tc>
      </w:tr>
      <w:tr w:rsidR="005572D7" w:rsidRPr="00707D8A" w14:paraId="1CC0F9A4" w14:textId="77777777" w:rsidTr="00BF3AE0">
        <w:tc>
          <w:tcPr>
            <w:tcW w:w="10564" w:type="dxa"/>
          </w:tcPr>
          <w:p w14:paraId="1AD5F266" w14:textId="77777777" w:rsidR="005572D7" w:rsidRPr="005568A4" w:rsidRDefault="005572D7" w:rsidP="00BF3AE0">
            <w:pPr>
              <w:rPr>
                <w:rFonts w:cs="Times New Roman"/>
                <w:sz w:val="20"/>
                <w:szCs w:val="20"/>
                <w:lang w:val="ru-RU"/>
              </w:rPr>
            </w:pPr>
            <w:r w:rsidRPr="00BD24B4">
              <w:rPr>
                <w:rFonts w:ascii="Times New Roman" w:hAnsi="Times New Roman" w:cs="Times New Roman"/>
                <w:sz w:val="20"/>
                <w:szCs w:val="20"/>
                <w:lang w:val="ru-RU"/>
              </w:rPr>
              <w:t xml:space="preserve">Пожалуйста, удостоверьтесь, что обслуживание транспортного средства выполнено по точно определенным указанным интервалам в км или месяцах. Техническое обслуживание должно быть выполнено ТОЛЬКО уполномоченными дилерами </w:t>
            </w:r>
            <w:proofErr w:type="spellStart"/>
            <w:r w:rsidRPr="00BD24B4">
              <w:rPr>
                <w:rFonts w:ascii="Times New Roman" w:hAnsi="Times New Roman" w:cs="Times New Roman"/>
                <w:sz w:val="20"/>
                <w:szCs w:val="20"/>
              </w:rPr>
              <w:t>Bizon</w:t>
            </w:r>
            <w:proofErr w:type="spellEnd"/>
            <w:r w:rsidRPr="00BD24B4">
              <w:rPr>
                <w:rFonts w:ascii="Times New Roman" w:hAnsi="Times New Roman" w:cs="Times New Roman"/>
                <w:sz w:val="20"/>
                <w:szCs w:val="20"/>
                <w:lang w:val="ru-RU"/>
              </w:rPr>
              <w:t xml:space="preserve">. По вопросам гарантийного и после гарантийного ремонта, а </w:t>
            </w:r>
            <w:proofErr w:type="gramStart"/>
            <w:r w:rsidRPr="00BD24B4">
              <w:rPr>
                <w:rFonts w:ascii="Times New Roman" w:hAnsi="Times New Roman" w:cs="Times New Roman"/>
                <w:sz w:val="20"/>
                <w:szCs w:val="20"/>
                <w:lang w:val="ru-RU"/>
              </w:rPr>
              <w:t>так же</w:t>
            </w:r>
            <w:proofErr w:type="gramEnd"/>
            <w:r w:rsidRPr="00BD24B4">
              <w:rPr>
                <w:rFonts w:ascii="Times New Roman" w:hAnsi="Times New Roman" w:cs="Times New Roman"/>
                <w:sz w:val="20"/>
                <w:szCs w:val="20"/>
                <w:lang w:val="ru-RU"/>
              </w:rPr>
              <w:t xml:space="preserve"> вопросам качества обращайтесь к любому официальному дилеру </w:t>
            </w:r>
            <w:proofErr w:type="spellStart"/>
            <w:r w:rsidRPr="00BD24B4">
              <w:rPr>
                <w:rFonts w:ascii="Times New Roman" w:hAnsi="Times New Roman" w:cs="Times New Roman"/>
                <w:sz w:val="20"/>
                <w:szCs w:val="20"/>
              </w:rPr>
              <w:t>Bizon</w:t>
            </w:r>
            <w:proofErr w:type="spellEnd"/>
            <w:r w:rsidRPr="00BD24B4">
              <w:rPr>
                <w:rFonts w:ascii="Times New Roman" w:hAnsi="Times New Roman" w:cs="Times New Roman"/>
                <w:sz w:val="20"/>
                <w:szCs w:val="20"/>
                <w:lang w:val="ru-RU"/>
              </w:rPr>
              <w:t xml:space="preserve">. Список организаций, осуществляющих обслуживание мототехники </w:t>
            </w:r>
            <w:proofErr w:type="spellStart"/>
            <w:proofErr w:type="gramStart"/>
            <w:r w:rsidRPr="00BD24B4">
              <w:rPr>
                <w:rFonts w:ascii="Times New Roman" w:hAnsi="Times New Roman" w:cs="Times New Roman"/>
                <w:sz w:val="20"/>
                <w:szCs w:val="20"/>
              </w:rPr>
              <w:t>Bizon</w:t>
            </w:r>
            <w:proofErr w:type="spellEnd"/>
            <w:proofErr w:type="gramEnd"/>
            <w:r w:rsidRPr="00BD24B4">
              <w:rPr>
                <w:rFonts w:ascii="Times New Roman" w:hAnsi="Times New Roman" w:cs="Times New Roman"/>
                <w:sz w:val="20"/>
                <w:szCs w:val="20"/>
                <w:lang w:val="ru-RU"/>
              </w:rPr>
              <w:t xml:space="preserve"> Вы можете уточнить на нашем сайте http://</w:t>
            </w:r>
            <w:r w:rsidRPr="00BD24B4">
              <w:rPr>
                <w:rFonts w:ascii="Times New Roman" w:hAnsi="Times New Roman" w:cs="Times New Roman"/>
                <w:sz w:val="20"/>
                <w:szCs w:val="20"/>
              </w:rPr>
              <w:t>b</w:t>
            </w:r>
            <w:r w:rsidRPr="00BD24B4">
              <w:rPr>
                <w:rFonts w:ascii="Times New Roman" w:hAnsi="Times New Roman" w:cs="Times New Roman"/>
                <w:sz w:val="20"/>
                <w:szCs w:val="20"/>
                <w:lang w:val="ru-RU"/>
              </w:rPr>
              <w:t>izonatv.ru</w:t>
            </w:r>
          </w:p>
        </w:tc>
      </w:tr>
    </w:tbl>
    <w:p w14:paraId="3235C01A" w14:textId="77777777" w:rsidR="005572D7" w:rsidRDefault="005572D7" w:rsidP="005572D7">
      <w:pPr>
        <w:rPr>
          <w:rFonts w:cs="Times New Roman"/>
          <w:sz w:val="20"/>
          <w:szCs w:val="20"/>
          <w:lang w:val="ru-RU"/>
        </w:rPr>
      </w:pPr>
    </w:p>
    <w:p w14:paraId="76928D09" w14:textId="77777777" w:rsidR="007B5890" w:rsidRPr="005568A4" w:rsidRDefault="007B5890" w:rsidP="00212A9B">
      <w:pPr>
        <w:rPr>
          <w:rFonts w:cs="Times New Roman"/>
          <w:sz w:val="20"/>
          <w:szCs w:val="20"/>
          <w:lang w:val="ru-RU"/>
        </w:rPr>
      </w:pPr>
    </w:p>
    <w:sectPr w:rsidR="007B5890" w:rsidRPr="005568A4" w:rsidSect="007B5890">
      <w:headerReference w:type="default" r:id="rId42"/>
      <w:pgSz w:w="11737" w:h="8051" w:orient="landscape" w:code="9"/>
      <w:pgMar w:top="284" w:right="680" w:bottom="284" w:left="709"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47AC3" w14:textId="77777777" w:rsidR="006C4276" w:rsidRDefault="006C4276" w:rsidP="0056157D">
      <w:r>
        <w:separator/>
      </w:r>
    </w:p>
  </w:endnote>
  <w:endnote w:type="continuationSeparator" w:id="0">
    <w:p w14:paraId="2CB3E2D8" w14:textId="77777777" w:rsidR="006C4276" w:rsidRDefault="006C4276" w:rsidP="00561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D38DC" w14:textId="5311499C" w:rsidR="00BD3B42" w:rsidRPr="001C441B" w:rsidRDefault="00BD3B42" w:rsidP="00676282">
    <w:pPr>
      <w:pStyle w:val="p"/>
      <w:jc w:val="right"/>
      <w:rPr>
        <w:sz w:val="16"/>
      </w:rPr>
    </w:pPr>
    <w:r w:rsidRPr="001C441B">
      <w:rPr>
        <w:sz w:val="16"/>
      </w:rPr>
      <w:fldChar w:fldCharType="begin"/>
    </w:r>
    <w:r w:rsidRPr="001C441B">
      <w:rPr>
        <w:sz w:val="16"/>
      </w:rPr>
      <w:instrText>PAGE   \* MERGEFORMAT</w:instrText>
    </w:r>
    <w:r w:rsidRPr="001C441B">
      <w:rPr>
        <w:sz w:val="16"/>
      </w:rPr>
      <w:fldChar w:fldCharType="separate"/>
    </w:r>
    <w:r>
      <w:rPr>
        <w:noProof/>
        <w:sz w:val="16"/>
      </w:rPr>
      <w:t>4</w:t>
    </w:r>
    <w:r w:rsidRPr="001C441B">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44433" w14:textId="7F9616C0" w:rsidR="00BD3B42" w:rsidRPr="001C441B" w:rsidRDefault="00BD3B42" w:rsidP="002866BA">
    <w:pPr>
      <w:pStyle w:val="a8"/>
      <w:jc w:val="right"/>
      <w:rPr>
        <w:sz w:val="16"/>
      </w:rPr>
    </w:pPr>
    <w:r w:rsidRPr="001C441B">
      <w:rPr>
        <w:sz w:val="16"/>
      </w:rPr>
      <w:fldChar w:fldCharType="begin"/>
    </w:r>
    <w:r w:rsidRPr="001C441B">
      <w:rPr>
        <w:sz w:val="16"/>
      </w:rPr>
      <w:instrText>PAGE   \* MERGEFORMAT</w:instrText>
    </w:r>
    <w:r w:rsidRPr="001C441B">
      <w:rPr>
        <w:sz w:val="16"/>
      </w:rPr>
      <w:fldChar w:fldCharType="separate"/>
    </w:r>
    <w:r w:rsidRPr="00212A9B">
      <w:rPr>
        <w:noProof/>
        <w:sz w:val="16"/>
        <w:lang w:val="ru-RU"/>
      </w:rPr>
      <w:t>64</w:t>
    </w:r>
    <w:r w:rsidRPr="001C441B">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98528" w14:textId="77777777" w:rsidR="00BD3B42" w:rsidRDefault="00BD3B42" w:rsidP="002866BA">
    <w:pPr>
      <w:pStyle w:val="a8"/>
      <w:jc w:val="right"/>
    </w:pPr>
    <w:r>
      <w:fldChar w:fldCharType="begin"/>
    </w:r>
    <w:r>
      <w:instrText>PAGE   \* MERGEFORMAT</w:instrText>
    </w:r>
    <w:r>
      <w:fldChar w:fldCharType="separate"/>
    </w:r>
    <w:r w:rsidRPr="00212A9B">
      <w:rPr>
        <w:noProof/>
        <w:lang w:val="ru-RU"/>
      </w:rPr>
      <w:t>80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00E8D" w14:textId="77777777" w:rsidR="006C4276" w:rsidRDefault="006C4276" w:rsidP="0056157D">
      <w:r>
        <w:separator/>
      </w:r>
    </w:p>
  </w:footnote>
  <w:footnote w:type="continuationSeparator" w:id="0">
    <w:p w14:paraId="7DE3EC72" w14:textId="77777777" w:rsidR="006C4276" w:rsidRDefault="006C4276" w:rsidP="00561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CEFC2" w14:textId="395B5244" w:rsidR="00BD3B42" w:rsidRPr="005B39C8" w:rsidRDefault="00BD3B42" w:rsidP="00D35A8D">
    <w:pPr>
      <w:pStyle w:val="a6"/>
      <w:jc w:val="right"/>
      <w:rPr>
        <w:rFonts w:cs="Times New Roman"/>
        <w:sz w:val="16"/>
      </w:rPr>
    </w:pPr>
    <w:r w:rsidRPr="005B39C8">
      <w:rPr>
        <w:rFonts w:cs="Times New Roman"/>
        <w:sz w:val="16"/>
        <w:lang w:val="ru-RU"/>
      </w:rPr>
      <w:t xml:space="preserve">РУКОВОДСТВО ПО ЭКСПЛУАТАЦИИ </w:t>
    </w:r>
    <w:r w:rsidRPr="005B39C8">
      <w:rPr>
        <w:rFonts w:cs="Times New Roman"/>
        <w:sz w:val="16"/>
      </w:rPr>
      <w:t>YK</w:t>
    </w:r>
    <w:r w:rsidRPr="00212A9B">
      <w:rPr>
        <w:rFonts w:cs="Times New Roman"/>
        <w:sz w:val="16"/>
        <w:lang w:val="ru-RU"/>
      </w:rPr>
      <w:t>450L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49FA3" w14:textId="65A866F9" w:rsidR="00BD3B42" w:rsidRPr="001C441B" w:rsidRDefault="00BD3B42" w:rsidP="001C441B">
    <w:pPr>
      <w:pStyle w:val="a6"/>
      <w:jc w:val="right"/>
      <w:rPr>
        <w:rFonts w:cs="Times New Roman"/>
        <w:lang w:val="ru-RU"/>
      </w:rPr>
    </w:pPr>
    <w:r w:rsidRPr="00530C7A">
      <w:rPr>
        <w:rFonts w:cs="Times New Roman"/>
        <w:lang w:val="ru-RU"/>
      </w:rPr>
      <w:t xml:space="preserve">РУКОВОДСТВО ПО ЭКСПЛУАТАЦИИ </w:t>
    </w:r>
    <w:r>
      <w:rPr>
        <w:rFonts w:cs="Times New Roman"/>
      </w:rPr>
      <w:t>YK450L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7AC6" w14:textId="15C66303" w:rsidR="00BD3B42" w:rsidRPr="00AC7DBA" w:rsidRDefault="00BD3B42" w:rsidP="006A368D">
    <w:pPr>
      <w:pStyle w:val="p"/>
      <w:jc w:val="right"/>
      <w:rPr>
        <w:sz w:val="16"/>
      </w:rPr>
    </w:pPr>
    <w:r w:rsidRPr="00AC7DBA">
      <w:rPr>
        <w:sz w:val="16"/>
      </w:rPr>
      <w:t xml:space="preserve">РУКОВОДСТВО ПО ЭКСПЛУАТАЦИИ </w:t>
    </w:r>
    <w:r>
      <w:rPr>
        <w:sz w:val="16"/>
      </w:rPr>
      <w:t>YK450L</w:t>
    </w:r>
  </w:p>
  <w:p w14:paraId="186DBB98" w14:textId="77777777" w:rsidR="00BD3B42" w:rsidRPr="00255B42" w:rsidRDefault="00BD3B42" w:rsidP="006A368D">
    <w:pPr>
      <w:pStyle w:val="p"/>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204F6" w14:textId="5122C16E" w:rsidR="00BD3B42" w:rsidRPr="00AC7DBA" w:rsidRDefault="00BD3B42" w:rsidP="00A15F71">
    <w:pPr>
      <w:pStyle w:val="p"/>
      <w:jc w:val="right"/>
      <w:rPr>
        <w:sz w:val="16"/>
      </w:rPr>
    </w:pPr>
    <w:r w:rsidRPr="00AC7DBA">
      <w:rPr>
        <w:sz w:val="16"/>
      </w:rPr>
      <w:t xml:space="preserve">РУКОВОДСТВО ПО ЭКСПЛУАТАЦИИ </w:t>
    </w:r>
    <w:r>
      <w:rPr>
        <w:sz w:val="16"/>
      </w:rPr>
      <w:t>YK450L</w:t>
    </w:r>
  </w:p>
  <w:p w14:paraId="35B32937" w14:textId="77777777" w:rsidR="00BD3B42" w:rsidRPr="00255B42" w:rsidRDefault="00BD3B42" w:rsidP="00A15F71">
    <w:pPr>
      <w:pStyle w:val="p"/>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38460" w14:textId="46900D7D" w:rsidR="00BD3B42" w:rsidRPr="00AC7DBA" w:rsidRDefault="00BD3B42" w:rsidP="00EC7471">
    <w:pPr>
      <w:pStyle w:val="p"/>
      <w:jc w:val="right"/>
      <w:rPr>
        <w:sz w:val="16"/>
      </w:rPr>
    </w:pPr>
    <w:r w:rsidRPr="00AC7DBA">
      <w:rPr>
        <w:sz w:val="16"/>
      </w:rPr>
      <w:t>РЕГЛАМЕНТ ТЕХНИЧЕСКОГО ОБСЛУЖИВАНИЯ</w:t>
    </w:r>
  </w:p>
  <w:p w14:paraId="1F6248EE" w14:textId="77777777" w:rsidR="00BD3B42" w:rsidRPr="00255B42" w:rsidRDefault="00BD3B42" w:rsidP="00EC7471">
    <w:pPr>
      <w:pStyle w:val="p"/>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594F9" w14:textId="186F4832" w:rsidR="00BD3B42" w:rsidRPr="000E674B" w:rsidRDefault="00BD3B42" w:rsidP="00EC7471">
    <w:pPr>
      <w:pStyle w:val="p"/>
      <w:jc w:val="right"/>
      <w:rPr>
        <w:sz w:val="16"/>
      </w:rPr>
    </w:pPr>
    <w:r w:rsidRPr="000E674B">
      <w:rPr>
        <w:sz w:val="16"/>
      </w:rPr>
      <w:t>ПРИЛОЖЕНИЕ К РЕГЛАМЕНТУ ТЕХНИЧЕСКОГО ОБСЛУЖИВАНИЯ</w:t>
    </w:r>
  </w:p>
  <w:p w14:paraId="00316DF3" w14:textId="77777777" w:rsidR="00BD3B42" w:rsidRPr="00255B42" w:rsidRDefault="00BD3B42" w:rsidP="00EC7471">
    <w:pPr>
      <w:pStyle w:val="p"/>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BA7F5" w14:textId="56A9959C" w:rsidR="00BD3B42" w:rsidRPr="000E674B" w:rsidRDefault="00BD3B42" w:rsidP="00935CBC">
    <w:pPr>
      <w:pStyle w:val="p"/>
      <w:jc w:val="right"/>
      <w:rPr>
        <w:rFonts w:cstheme="minorBidi"/>
        <w:sz w:val="16"/>
      </w:rPr>
    </w:pPr>
    <w:r w:rsidRPr="000E674B">
      <w:rPr>
        <w:rFonts w:cstheme="minorBidi"/>
        <w:sz w:val="16"/>
      </w:rPr>
      <w:t>ПРИЛОЖЕНИЕ К РЕГЛАМЕНТУ ТЕХНИЧЕСКОГО ОБСЛУЖИВАНИЯ.</w:t>
    </w:r>
  </w:p>
  <w:p w14:paraId="42DD76C9" w14:textId="77777777" w:rsidR="00BD3B42" w:rsidRPr="00935CBC" w:rsidRDefault="00BD3B42" w:rsidP="00747027">
    <w:pPr>
      <w:pStyle w:val="p"/>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1AF480C"/>
    <w:multiLevelType w:val="hybridMultilevel"/>
    <w:tmpl w:val="91887C04"/>
    <w:lvl w:ilvl="0" w:tplc="D04ECE28">
      <w:start w:val="1"/>
      <w:numFmt w:val="decimal"/>
      <w:pStyle w:val="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2424CEE"/>
    <w:multiLevelType w:val="hybridMultilevel"/>
    <w:tmpl w:val="DF741F42"/>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FC52023"/>
    <w:multiLevelType w:val="hybridMultilevel"/>
    <w:tmpl w:val="202451C2"/>
    <w:lvl w:ilvl="0" w:tplc="77FEA592">
      <w:start w:val="1"/>
      <w:numFmt w:val="bullet"/>
      <w:lvlText w:val=""/>
      <w:lvlJc w:val="left"/>
      <w:pPr>
        <w:ind w:left="720" w:hanging="360"/>
      </w:pPr>
      <w:rPr>
        <w:rFonts w:ascii="Symbol" w:hAnsi="Symbol" w:hint="default"/>
      </w:rPr>
    </w:lvl>
    <w:lvl w:ilvl="1" w:tplc="4190A39E" w:tentative="1">
      <w:start w:val="1"/>
      <w:numFmt w:val="bullet"/>
      <w:lvlText w:val="o"/>
      <w:lvlJc w:val="left"/>
      <w:pPr>
        <w:ind w:left="1440" w:hanging="360"/>
      </w:pPr>
      <w:rPr>
        <w:rFonts w:ascii="Courier New" w:hAnsi="Courier New" w:cs="Courier New" w:hint="default"/>
      </w:rPr>
    </w:lvl>
    <w:lvl w:ilvl="2" w:tplc="59404370" w:tentative="1">
      <w:start w:val="1"/>
      <w:numFmt w:val="bullet"/>
      <w:lvlText w:val=""/>
      <w:lvlJc w:val="left"/>
      <w:pPr>
        <w:ind w:left="2160" w:hanging="360"/>
      </w:pPr>
      <w:rPr>
        <w:rFonts w:ascii="Wingdings" w:hAnsi="Wingdings" w:hint="default"/>
      </w:rPr>
    </w:lvl>
    <w:lvl w:ilvl="3" w:tplc="A646382A" w:tentative="1">
      <w:start w:val="1"/>
      <w:numFmt w:val="bullet"/>
      <w:lvlText w:val=""/>
      <w:lvlJc w:val="left"/>
      <w:pPr>
        <w:ind w:left="2880" w:hanging="360"/>
      </w:pPr>
      <w:rPr>
        <w:rFonts w:ascii="Symbol" w:hAnsi="Symbol" w:hint="default"/>
      </w:rPr>
    </w:lvl>
    <w:lvl w:ilvl="4" w:tplc="F0C2E7E6" w:tentative="1">
      <w:start w:val="1"/>
      <w:numFmt w:val="bullet"/>
      <w:lvlText w:val="o"/>
      <w:lvlJc w:val="left"/>
      <w:pPr>
        <w:ind w:left="3600" w:hanging="360"/>
      </w:pPr>
      <w:rPr>
        <w:rFonts w:ascii="Courier New" w:hAnsi="Courier New" w:cs="Courier New" w:hint="default"/>
      </w:rPr>
    </w:lvl>
    <w:lvl w:ilvl="5" w:tplc="1586F336" w:tentative="1">
      <w:start w:val="1"/>
      <w:numFmt w:val="bullet"/>
      <w:lvlText w:val=""/>
      <w:lvlJc w:val="left"/>
      <w:pPr>
        <w:ind w:left="4320" w:hanging="360"/>
      </w:pPr>
      <w:rPr>
        <w:rFonts w:ascii="Wingdings" w:hAnsi="Wingdings" w:hint="default"/>
      </w:rPr>
    </w:lvl>
    <w:lvl w:ilvl="6" w:tplc="FD429032" w:tentative="1">
      <w:start w:val="1"/>
      <w:numFmt w:val="bullet"/>
      <w:lvlText w:val=""/>
      <w:lvlJc w:val="left"/>
      <w:pPr>
        <w:ind w:left="5040" w:hanging="360"/>
      </w:pPr>
      <w:rPr>
        <w:rFonts w:ascii="Symbol" w:hAnsi="Symbol" w:hint="default"/>
      </w:rPr>
    </w:lvl>
    <w:lvl w:ilvl="7" w:tplc="78EA1F38" w:tentative="1">
      <w:start w:val="1"/>
      <w:numFmt w:val="bullet"/>
      <w:lvlText w:val="o"/>
      <w:lvlJc w:val="left"/>
      <w:pPr>
        <w:ind w:left="5760" w:hanging="360"/>
      </w:pPr>
      <w:rPr>
        <w:rFonts w:ascii="Courier New" w:hAnsi="Courier New" w:cs="Courier New" w:hint="default"/>
      </w:rPr>
    </w:lvl>
    <w:lvl w:ilvl="8" w:tplc="F71C7AF4" w:tentative="1">
      <w:start w:val="1"/>
      <w:numFmt w:val="bullet"/>
      <w:lvlText w:val=""/>
      <w:lvlJc w:val="left"/>
      <w:pPr>
        <w:ind w:left="6480" w:hanging="360"/>
      </w:pPr>
      <w:rPr>
        <w:rFonts w:ascii="Wingdings" w:hAnsi="Wingdings" w:hint="default"/>
      </w:rPr>
    </w:lvl>
  </w:abstractNum>
  <w:abstractNum w:abstractNumId="12" w15:restartNumberingAfterBreak="0">
    <w:nsid w:val="15922FC6"/>
    <w:multiLevelType w:val="hybridMultilevel"/>
    <w:tmpl w:val="1EDEA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1820597"/>
    <w:multiLevelType w:val="hybridMultilevel"/>
    <w:tmpl w:val="F8E06C84"/>
    <w:lvl w:ilvl="0" w:tplc="4F7EF4EE">
      <w:numFmt w:val="bullet"/>
      <w:lvlText w:val="•"/>
      <w:lvlJc w:val="left"/>
      <w:pPr>
        <w:ind w:left="720" w:hanging="360"/>
      </w:pPr>
      <w:rPr>
        <w:rFonts w:ascii="Cambria" w:eastAsia="Times New Roman"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BE44DEB"/>
    <w:multiLevelType w:val="hybridMultilevel"/>
    <w:tmpl w:val="8850D938"/>
    <w:lvl w:ilvl="0" w:tplc="4BA6A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C243662"/>
    <w:multiLevelType w:val="hybridMultilevel"/>
    <w:tmpl w:val="263401E4"/>
    <w:lvl w:ilvl="0" w:tplc="517A3A80">
      <w:start w:val="1"/>
      <w:numFmt w:val="decimal"/>
      <w:lvlText w:val="%1."/>
      <w:lvlJc w:val="left"/>
      <w:pPr>
        <w:ind w:left="720" w:hanging="360"/>
      </w:pPr>
    </w:lvl>
    <w:lvl w:ilvl="1" w:tplc="98CC3574" w:tentative="1">
      <w:start w:val="1"/>
      <w:numFmt w:val="lowerLetter"/>
      <w:lvlText w:val="%2."/>
      <w:lvlJc w:val="left"/>
      <w:pPr>
        <w:ind w:left="1440" w:hanging="360"/>
      </w:pPr>
    </w:lvl>
    <w:lvl w:ilvl="2" w:tplc="EB281444" w:tentative="1">
      <w:start w:val="1"/>
      <w:numFmt w:val="lowerRoman"/>
      <w:lvlText w:val="%3."/>
      <w:lvlJc w:val="right"/>
      <w:pPr>
        <w:ind w:left="2160" w:hanging="180"/>
      </w:pPr>
    </w:lvl>
    <w:lvl w:ilvl="3" w:tplc="BEE4DBC4" w:tentative="1">
      <w:start w:val="1"/>
      <w:numFmt w:val="decimal"/>
      <w:lvlText w:val="%4."/>
      <w:lvlJc w:val="left"/>
      <w:pPr>
        <w:ind w:left="2880" w:hanging="360"/>
      </w:pPr>
    </w:lvl>
    <w:lvl w:ilvl="4" w:tplc="93943C00" w:tentative="1">
      <w:start w:val="1"/>
      <w:numFmt w:val="lowerLetter"/>
      <w:lvlText w:val="%5."/>
      <w:lvlJc w:val="left"/>
      <w:pPr>
        <w:ind w:left="3600" w:hanging="360"/>
      </w:pPr>
    </w:lvl>
    <w:lvl w:ilvl="5" w:tplc="25EAFE9A" w:tentative="1">
      <w:start w:val="1"/>
      <w:numFmt w:val="lowerRoman"/>
      <w:lvlText w:val="%6."/>
      <w:lvlJc w:val="right"/>
      <w:pPr>
        <w:ind w:left="4320" w:hanging="180"/>
      </w:pPr>
    </w:lvl>
    <w:lvl w:ilvl="6" w:tplc="24D68AA4" w:tentative="1">
      <w:start w:val="1"/>
      <w:numFmt w:val="decimal"/>
      <w:lvlText w:val="%7."/>
      <w:lvlJc w:val="left"/>
      <w:pPr>
        <w:ind w:left="5040" w:hanging="360"/>
      </w:pPr>
    </w:lvl>
    <w:lvl w:ilvl="7" w:tplc="1A160F7A" w:tentative="1">
      <w:start w:val="1"/>
      <w:numFmt w:val="lowerLetter"/>
      <w:lvlText w:val="%8."/>
      <w:lvlJc w:val="left"/>
      <w:pPr>
        <w:ind w:left="5760" w:hanging="360"/>
      </w:pPr>
    </w:lvl>
    <w:lvl w:ilvl="8" w:tplc="27DCA7A0" w:tentative="1">
      <w:start w:val="1"/>
      <w:numFmt w:val="lowerRoman"/>
      <w:lvlText w:val="%9."/>
      <w:lvlJc w:val="right"/>
      <w:pPr>
        <w:ind w:left="6480" w:hanging="180"/>
      </w:pPr>
    </w:lvl>
  </w:abstractNum>
  <w:abstractNum w:abstractNumId="16" w15:restartNumberingAfterBreak="0">
    <w:nsid w:val="4E376A43"/>
    <w:multiLevelType w:val="multilevel"/>
    <w:tmpl w:val="F9EECAC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3191B03"/>
    <w:multiLevelType w:val="hybridMultilevel"/>
    <w:tmpl w:val="38D6FD80"/>
    <w:lvl w:ilvl="0" w:tplc="A7643C42">
      <w:start w:val="1"/>
      <w:numFmt w:val="bullet"/>
      <w:pStyle w:val="b-"/>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CEE327E"/>
    <w:multiLevelType w:val="hybridMultilevel"/>
    <w:tmpl w:val="C1B61816"/>
    <w:lvl w:ilvl="0" w:tplc="02360B74">
      <w:start w:val="1"/>
      <w:numFmt w:val="bullet"/>
      <w:pStyle w:val="b"/>
      <w:lvlText w:val="●"/>
      <w:lvlJc w:val="left"/>
      <w:pPr>
        <w:ind w:left="720" w:hanging="36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06361C2"/>
    <w:multiLevelType w:val="hybridMultilevel"/>
    <w:tmpl w:val="22B27152"/>
    <w:lvl w:ilvl="0" w:tplc="D6D8C794">
      <w:start w:val="1"/>
      <w:numFmt w:val="bullet"/>
      <w:lvlText w:val=""/>
      <w:lvlJc w:val="left"/>
      <w:pPr>
        <w:ind w:left="720" w:hanging="360"/>
      </w:pPr>
      <w:rPr>
        <w:rFonts w:ascii="Symbol" w:hAnsi="Symbol" w:hint="default"/>
      </w:rPr>
    </w:lvl>
    <w:lvl w:ilvl="1" w:tplc="2286C3D6" w:tentative="1">
      <w:start w:val="1"/>
      <w:numFmt w:val="bullet"/>
      <w:lvlText w:val="o"/>
      <w:lvlJc w:val="left"/>
      <w:pPr>
        <w:ind w:left="1440" w:hanging="360"/>
      </w:pPr>
      <w:rPr>
        <w:rFonts w:ascii="Courier New" w:hAnsi="Courier New" w:cs="Courier New" w:hint="default"/>
      </w:rPr>
    </w:lvl>
    <w:lvl w:ilvl="2" w:tplc="5AA6F372" w:tentative="1">
      <w:start w:val="1"/>
      <w:numFmt w:val="bullet"/>
      <w:lvlText w:val=""/>
      <w:lvlJc w:val="left"/>
      <w:pPr>
        <w:ind w:left="2160" w:hanging="360"/>
      </w:pPr>
      <w:rPr>
        <w:rFonts w:ascii="Wingdings" w:hAnsi="Wingdings" w:hint="default"/>
      </w:rPr>
    </w:lvl>
    <w:lvl w:ilvl="3" w:tplc="FDF2DAE8" w:tentative="1">
      <w:start w:val="1"/>
      <w:numFmt w:val="bullet"/>
      <w:lvlText w:val=""/>
      <w:lvlJc w:val="left"/>
      <w:pPr>
        <w:ind w:left="2880" w:hanging="360"/>
      </w:pPr>
      <w:rPr>
        <w:rFonts w:ascii="Symbol" w:hAnsi="Symbol" w:hint="default"/>
      </w:rPr>
    </w:lvl>
    <w:lvl w:ilvl="4" w:tplc="B2FAA0A8" w:tentative="1">
      <w:start w:val="1"/>
      <w:numFmt w:val="bullet"/>
      <w:lvlText w:val="o"/>
      <w:lvlJc w:val="left"/>
      <w:pPr>
        <w:ind w:left="3600" w:hanging="360"/>
      </w:pPr>
      <w:rPr>
        <w:rFonts w:ascii="Courier New" w:hAnsi="Courier New" w:cs="Courier New" w:hint="default"/>
      </w:rPr>
    </w:lvl>
    <w:lvl w:ilvl="5" w:tplc="F6BE8570" w:tentative="1">
      <w:start w:val="1"/>
      <w:numFmt w:val="bullet"/>
      <w:lvlText w:val=""/>
      <w:lvlJc w:val="left"/>
      <w:pPr>
        <w:ind w:left="4320" w:hanging="360"/>
      </w:pPr>
      <w:rPr>
        <w:rFonts w:ascii="Wingdings" w:hAnsi="Wingdings" w:hint="default"/>
      </w:rPr>
    </w:lvl>
    <w:lvl w:ilvl="6" w:tplc="89866EA2" w:tentative="1">
      <w:start w:val="1"/>
      <w:numFmt w:val="bullet"/>
      <w:lvlText w:val=""/>
      <w:lvlJc w:val="left"/>
      <w:pPr>
        <w:ind w:left="5040" w:hanging="360"/>
      </w:pPr>
      <w:rPr>
        <w:rFonts w:ascii="Symbol" w:hAnsi="Symbol" w:hint="default"/>
      </w:rPr>
    </w:lvl>
    <w:lvl w:ilvl="7" w:tplc="C926725C" w:tentative="1">
      <w:start w:val="1"/>
      <w:numFmt w:val="bullet"/>
      <w:lvlText w:val="o"/>
      <w:lvlJc w:val="left"/>
      <w:pPr>
        <w:ind w:left="5760" w:hanging="360"/>
      </w:pPr>
      <w:rPr>
        <w:rFonts w:ascii="Courier New" w:hAnsi="Courier New" w:cs="Courier New" w:hint="default"/>
      </w:rPr>
    </w:lvl>
    <w:lvl w:ilvl="8" w:tplc="C5EA34BC" w:tentative="1">
      <w:start w:val="1"/>
      <w:numFmt w:val="bullet"/>
      <w:lvlText w:val=""/>
      <w:lvlJc w:val="left"/>
      <w:pPr>
        <w:ind w:left="6480" w:hanging="360"/>
      </w:pPr>
      <w:rPr>
        <w:rFonts w:ascii="Wingdings" w:hAnsi="Wingdings" w:hint="default"/>
      </w:rPr>
    </w:lvl>
  </w:abstractNum>
  <w:abstractNum w:abstractNumId="20" w15:restartNumberingAfterBreak="0">
    <w:nsid w:val="76DA64F3"/>
    <w:multiLevelType w:val="hybridMultilevel"/>
    <w:tmpl w:val="02FE2A2C"/>
    <w:lvl w:ilvl="0" w:tplc="59988172">
      <w:start w:val="1"/>
      <w:numFmt w:val="bullet"/>
      <w:lvlText w:val=""/>
      <w:lvlJc w:val="left"/>
      <w:pPr>
        <w:ind w:left="720" w:hanging="360"/>
      </w:pPr>
      <w:rPr>
        <w:rFonts w:ascii="Symbol" w:hAnsi="Symbol" w:hint="default"/>
      </w:rPr>
    </w:lvl>
    <w:lvl w:ilvl="1" w:tplc="96F6CECE" w:tentative="1">
      <w:start w:val="1"/>
      <w:numFmt w:val="bullet"/>
      <w:lvlText w:val="o"/>
      <w:lvlJc w:val="left"/>
      <w:pPr>
        <w:ind w:left="1440" w:hanging="360"/>
      </w:pPr>
      <w:rPr>
        <w:rFonts w:ascii="Courier New" w:hAnsi="Courier New" w:cs="Courier New" w:hint="default"/>
      </w:rPr>
    </w:lvl>
    <w:lvl w:ilvl="2" w:tplc="2B2A6D5C" w:tentative="1">
      <w:start w:val="1"/>
      <w:numFmt w:val="bullet"/>
      <w:lvlText w:val=""/>
      <w:lvlJc w:val="left"/>
      <w:pPr>
        <w:ind w:left="2160" w:hanging="360"/>
      </w:pPr>
      <w:rPr>
        <w:rFonts w:ascii="Wingdings" w:hAnsi="Wingdings" w:hint="default"/>
      </w:rPr>
    </w:lvl>
    <w:lvl w:ilvl="3" w:tplc="F65A815A" w:tentative="1">
      <w:start w:val="1"/>
      <w:numFmt w:val="bullet"/>
      <w:lvlText w:val=""/>
      <w:lvlJc w:val="left"/>
      <w:pPr>
        <w:ind w:left="2880" w:hanging="360"/>
      </w:pPr>
      <w:rPr>
        <w:rFonts w:ascii="Symbol" w:hAnsi="Symbol" w:hint="default"/>
      </w:rPr>
    </w:lvl>
    <w:lvl w:ilvl="4" w:tplc="F96EBC78" w:tentative="1">
      <w:start w:val="1"/>
      <w:numFmt w:val="bullet"/>
      <w:lvlText w:val="o"/>
      <w:lvlJc w:val="left"/>
      <w:pPr>
        <w:ind w:left="3600" w:hanging="360"/>
      </w:pPr>
      <w:rPr>
        <w:rFonts w:ascii="Courier New" w:hAnsi="Courier New" w:cs="Courier New" w:hint="default"/>
      </w:rPr>
    </w:lvl>
    <w:lvl w:ilvl="5" w:tplc="CFB61F24" w:tentative="1">
      <w:start w:val="1"/>
      <w:numFmt w:val="bullet"/>
      <w:lvlText w:val=""/>
      <w:lvlJc w:val="left"/>
      <w:pPr>
        <w:ind w:left="4320" w:hanging="360"/>
      </w:pPr>
      <w:rPr>
        <w:rFonts w:ascii="Wingdings" w:hAnsi="Wingdings" w:hint="default"/>
      </w:rPr>
    </w:lvl>
    <w:lvl w:ilvl="6" w:tplc="32483C70" w:tentative="1">
      <w:start w:val="1"/>
      <w:numFmt w:val="bullet"/>
      <w:lvlText w:val=""/>
      <w:lvlJc w:val="left"/>
      <w:pPr>
        <w:ind w:left="5040" w:hanging="360"/>
      </w:pPr>
      <w:rPr>
        <w:rFonts w:ascii="Symbol" w:hAnsi="Symbol" w:hint="default"/>
      </w:rPr>
    </w:lvl>
    <w:lvl w:ilvl="7" w:tplc="204660DC" w:tentative="1">
      <w:start w:val="1"/>
      <w:numFmt w:val="bullet"/>
      <w:lvlText w:val="o"/>
      <w:lvlJc w:val="left"/>
      <w:pPr>
        <w:ind w:left="5760" w:hanging="360"/>
      </w:pPr>
      <w:rPr>
        <w:rFonts w:ascii="Courier New" w:hAnsi="Courier New" w:cs="Courier New" w:hint="default"/>
      </w:rPr>
    </w:lvl>
    <w:lvl w:ilvl="8" w:tplc="32403A78" w:tentative="1">
      <w:start w:val="1"/>
      <w:numFmt w:val="bullet"/>
      <w:lvlText w:val=""/>
      <w:lvlJc w:val="left"/>
      <w:pPr>
        <w:ind w:left="6480" w:hanging="360"/>
      </w:pPr>
      <w:rPr>
        <w:rFonts w:ascii="Wingdings" w:hAnsi="Wingdings" w:hint="default"/>
      </w:rPr>
    </w:lvl>
  </w:abstractNum>
  <w:abstractNum w:abstractNumId="21" w15:restartNumberingAfterBreak="0">
    <w:nsid w:val="79C96AF4"/>
    <w:multiLevelType w:val="hybridMultilevel"/>
    <w:tmpl w:val="D6A6276A"/>
    <w:lvl w:ilvl="0" w:tplc="EEBC30A2">
      <w:start w:val="1"/>
      <w:numFmt w:val="bullet"/>
      <w:lvlText w:val=""/>
      <w:lvlJc w:val="left"/>
      <w:pPr>
        <w:ind w:left="720" w:hanging="360"/>
      </w:pPr>
      <w:rPr>
        <w:rFonts w:ascii="Symbol" w:hAnsi="Symbol" w:hint="default"/>
      </w:rPr>
    </w:lvl>
    <w:lvl w:ilvl="1" w:tplc="FF8C2842" w:tentative="1">
      <w:start w:val="1"/>
      <w:numFmt w:val="bullet"/>
      <w:lvlText w:val="o"/>
      <w:lvlJc w:val="left"/>
      <w:pPr>
        <w:ind w:left="1440" w:hanging="360"/>
      </w:pPr>
      <w:rPr>
        <w:rFonts w:ascii="Courier New" w:hAnsi="Courier New" w:cs="Courier New" w:hint="default"/>
      </w:rPr>
    </w:lvl>
    <w:lvl w:ilvl="2" w:tplc="BCBE79A2" w:tentative="1">
      <w:start w:val="1"/>
      <w:numFmt w:val="bullet"/>
      <w:lvlText w:val=""/>
      <w:lvlJc w:val="left"/>
      <w:pPr>
        <w:ind w:left="2160" w:hanging="360"/>
      </w:pPr>
      <w:rPr>
        <w:rFonts w:ascii="Wingdings" w:hAnsi="Wingdings" w:hint="default"/>
      </w:rPr>
    </w:lvl>
    <w:lvl w:ilvl="3" w:tplc="BA7008DA" w:tentative="1">
      <w:start w:val="1"/>
      <w:numFmt w:val="bullet"/>
      <w:lvlText w:val=""/>
      <w:lvlJc w:val="left"/>
      <w:pPr>
        <w:ind w:left="2880" w:hanging="360"/>
      </w:pPr>
      <w:rPr>
        <w:rFonts w:ascii="Symbol" w:hAnsi="Symbol" w:hint="default"/>
      </w:rPr>
    </w:lvl>
    <w:lvl w:ilvl="4" w:tplc="0C9C0FBE" w:tentative="1">
      <w:start w:val="1"/>
      <w:numFmt w:val="bullet"/>
      <w:lvlText w:val="o"/>
      <w:lvlJc w:val="left"/>
      <w:pPr>
        <w:ind w:left="3600" w:hanging="360"/>
      </w:pPr>
      <w:rPr>
        <w:rFonts w:ascii="Courier New" w:hAnsi="Courier New" w:cs="Courier New" w:hint="default"/>
      </w:rPr>
    </w:lvl>
    <w:lvl w:ilvl="5" w:tplc="3808D484" w:tentative="1">
      <w:start w:val="1"/>
      <w:numFmt w:val="bullet"/>
      <w:lvlText w:val=""/>
      <w:lvlJc w:val="left"/>
      <w:pPr>
        <w:ind w:left="4320" w:hanging="360"/>
      </w:pPr>
      <w:rPr>
        <w:rFonts w:ascii="Wingdings" w:hAnsi="Wingdings" w:hint="default"/>
      </w:rPr>
    </w:lvl>
    <w:lvl w:ilvl="6" w:tplc="8702C280" w:tentative="1">
      <w:start w:val="1"/>
      <w:numFmt w:val="bullet"/>
      <w:lvlText w:val=""/>
      <w:lvlJc w:val="left"/>
      <w:pPr>
        <w:ind w:left="5040" w:hanging="360"/>
      </w:pPr>
      <w:rPr>
        <w:rFonts w:ascii="Symbol" w:hAnsi="Symbol" w:hint="default"/>
      </w:rPr>
    </w:lvl>
    <w:lvl w:ilvl="7" w:tplc="4D0A0296" w:tentative="1">
      <w:start w:val="1"/>
      <w:numFmt w:val="bullet"/>
      <w:lvlText w:val="o"/>
      <w:lvlJc w:val="left"/>
      <w:pPr>
        <w:ind w:left="5760" w:hanging="360"/>
      </w:pPr>
      <w:rPr>
        <w:rFonts w:ascii="Courier New" w:hAnsi="Courier New" w:cs="Courier New" w:hint="default"/>
      </w:rPr>
    </w:lvl>
    <w:lvl w:ilvl="8" w:tplc="A87AF890"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4"/>
  </w:num>
  <w:num w:numId="11">
    <w:abstractNumId w:val="9"/>
  </w:num>
  <w:num w:numId="12">
    <w:abstractNumId w:val="10"/>
  </w:num>
  <w:num w:numId="13">
    <w:abstractNumId w:val="12"/>
  </w:num>
  <w:num w:numId="14">
    <w:abstractNumId w:val="18"/>
  </w:num>
  <w:num w:numId="15">
    <w:abstractNumId w:val="13"/>
  </w:num>
  <w:num w:numId="16">
    <w:abstractNumId w:val="21"/>
  </w:num>
  <w:num w:numId="17">
    <w:abstractNumId w:val="11"/>
  </w:num>
  <w:num w:numId="18">
    <w:abstractNumId w:val="15"/>
  </w:num>
  <w:num w:numId="19">
    <w:abstractNumId w:val="17"/>
  </w:num>
  <w:num w:numId="20">
    <w:abstractNumId w:val="9"/>
    <w:lvlOverride w:ilvl="0">
      <w:startOverride w:val="1"/>
    </w:lvlOverride>
  </w:num>
  <w:num w:numId="21">
    <w:abstractNumId w:val="20"/>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9"/>
    <w:lvlOverride w:ilvl="0">
      <w:startOverride w:val="1"/>
    </w:lvlOverride>
  </w:num>
  <w:num w:numId="31">
    <w:abstractNumId w:val="9"/>
    <w:lvlOverride w:ilvl="0">
      <w:startOverride w:val="1"/>
    </w:lvlOverride>
  </w:num>
  <w:num w:numId="32">
    <w:abstractNumId w:val="9"/>
    <w:lvlOverride w:ilvl="0">
      <w:startOverride w:val="1"/>
    </w:lvlOverride>
  </w:num>
  <w:num w:numId="33">
    <w:abstractNumId w:val="9"/>
    <w:lvlOverride w:ilvl="0">
      <w:startOverride w:val="1"/>
    </w:lvlOverride>
  </w:num>
  <w:num w:numId="34">
    <w:abstractNumId w:val="9"/>
    <w:lvlOverride w:ilvl="0">
      <w:startOverride w:val="1"/>
    </w:lvlOverride>
  </w:num>
  <w:num w:numId="35">
    <w:abstractNumId w:val="9"/>
    <w:lvlOverride w:ilvl="0">
      <w:startOverride w:val="1"/>
    </w:lvlOverride>
  </w:num>
  <w:num w:numId="36">
    <w:abstractNumId w:val="9"/>
    <w:lvlOverride w:ilvl="0">
      <w:startOverride w:val="1"/>
    </w:lvlOverride>
  </w:num>
  <w:num w:numId="37">
    <w:abstractNumId w:val="19"/>
  </w:num>
  <w:num w:numId="38">
    <w:abstractNumId w:val="9"/>
    <w:lvlOverride w:ilvl="0">
      <w:startOverride w:val="1"/>
    </w:lvlOverride>
  </w:num>
  <w:num w:numId="39">
    <w:abstractNumId w:val="9"/>
    <w:lvlOverride w:ilvl="0">
      <w:startOverride w:val="1"/>
    </w:lvlOverride>
  </w:num>
  <w:num w:numId="40">
    <w:abstractNumId w:val="9"/>
    <w:lvlOverride w:ilvl="0">
      <w:startOverride w:val="1"/>
    </w:lvlOverride>
  </w:num>
  <w:num w:numId="41">
    <w:abstractNumId w:val="9"/>
    <w:lvlOverride w:ilvl="0">
      <w:startOverride w:val="1"/>
    </w:lvlOverride>
  </w:num>
  <w:num w:numId="42">
    <w:abstractNumId w:val="9"/>
    <w:lvlOverride w:ilvl="0">
      <w:startOverride w:val="1"/>
    </w:lvlOverride>
  </w:num>
  <w:num w:numId="43">
    <w:abstractNumId w:val="9"/>
    <w:lvlOverride w:ilvl="0">
      <w:startOverride w:val="1"/>
    </w:lvlOverride>
  </w:num>
  <w:num w:numId="44">
    <w:abstractNumId w:val="9"/>
    <w:lvlOverride w:ilvl="0">
      <w:startOverride w:val="1"/>
    </w:lvlOverride>
  </w:num>
  <w:num w:numId="45">
    <w:abstractNumId w:val="9"/>
    <w:lvlOverride w:ilvl="0">
      <w:startOverride w:val="1"/>
    </w:lvlOverride>
  </w:num>
  <w:num w:numId="46">
    <w:abstractNumId w:val="16"/>
  </w:num>
  <w:num w:numId="47">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4BDF"/>
    <w:rsid w:val="00014C85"/>
    <w:rsid w:val="00033176"/>
    <w:rsid w:val="000337A7"/>
    <w:rsid w:val="00034616"/>
    <w:rsid w:val="00044418"/>
    <w:rsid w:val="0006063C"/>
    <w:rsid w:val="00063D7E"/>
    <w:rsid w:val="00065884"/>
    <w:rsid w:val="000835B5"/>
    <w:rsid w:val="00090549"/>
    <w:rsid w:val="00092F77"/>
    <w:rsid w:val="000B7C96"/>
    <w:rsid w:val="000D11C0"/>
    <w:rsid w:val="000D4CDB"/>
    <w:rsid w:val="000D5F5B"/>
    <w:rsid w:val="000E0123"/>
    <w:rsid w:val="000E0E30"/>
    <w:rsid w:val="000E674B"/>
    <w:rsid w:val="000F1D0B"/>
    <w:rsid w:val="00114216"/>
    <w:rsid w:val="001279E9"/>
    <w:rsid w:val="0014427F"/>
    <w:rsid w:val="0015074B"/>
    <w:rsid w:val="001534A1"/>
    <w:rsid w:val="001660DC"/>
    <w:rsid w:val="00167989"/>
    <w:rsid w:val="00170E07"/>
    <w:rsid w:val="00173F29"/>
    <w:rsid w:val="001872AA"/>
    <w:rsid w:val="00191C9F"/>
    <w:rsid w:val="001A4CBB"/>
    <w:rsid w:val="001A7858"/>
    <w:rsid w:val="001C441B"/>
    <w:rsid w:val="001C7D1C"/>
    <w:rsid w:val="00212A9B"/>
    <w:rsid w:val="00212C06"/>
    <w:rsid w:val="00216EDF"/>
    <w:rsid w:val="002223B8"/>
    <w:rsid w:val="00255B42"/>
    <w:rsid w:val="0027431C"/>
    <w:rsid w:val="00274C77"/>
    <w:rsid w:val="002866BA"/>
    <w:rsid w:val="0029571B"/>
    <w:rsid w:val="0029639D"/>
    <w:rsid w:val="002A669E"/>
    <w:rsid w:val="002C10BA"/>
    <w:rsid w:val="002D4BE6"/>
    <w:rsid w:val="002E6046"/>
    <w:rsid w:val="002F0DFD"/>
    <w:rsid w:val="00324E71"/>
    <w:rsid w:val="003251C9"/>
    <w:rsid w:val="00326F90"/>
    <w:rsid w:val="003328AD"/>
    <w:rsid w:val="00334A7C"/>
    <w:rsid w:val="00341E41"/>
    <w:rsid w:val="003523AB"/>
    <w:rsid w:val="003659B8"/>
    <w:rsid w:val="00372B95"/>
    <w:rsid w:val="00380E2C"/>
    <w:rsid w:val="00382E7F"/>
    <w:rsid w:val="003835C4"/>
    <w:rsid w:val="003835F1"/>
    <w:rsid w:val="003A11D6"/>
    <w:rsid w:val="003C0DC6"/>
    <w:rsid w:val="003C3FAA"/>
    <w:rsid w:val="0040385D"/>
    <w:rsid w:val="004101C8"/>
    <w:rsid w:val="00426E6A"/>
    <w:rsid w:val="00431517"/>
    <w:rsid w:val="00444B62"/>
    <w:rsid w:val="00454967"/>
    <w:rsid w:val="00473A1B"/>
    <w:rsid w:val="00473B9C"/>
    <w:rsid w:val="00482215"/>
    <w:rsid w:val="004A053C"/>
    <w:rsid w:val="004B1322"/>
    <w:rsid w:val="004D4293"/>
    <w:rsid w:val="004E192F"/>
    <w:rsid w:val="004E380D"/>
    <w:rsid w:val="004F350D"/>
    <w:rsid w:val="004F63AA"/>
    <w:rsid w:val="005013E5"/>
    <w:rsid w:val="00502A93"/>
    <w:rsid w:val="00511B57"/>
    <w:rsid w:val="00515DAF"/>
    <w:rsid w:val="00530C7A"/>
    <w:rsid w:val="00530FFC"/>
    <w:rsid w:val="00540128"/>
    <w:rsid w:val="00541244"/>
    <w:rsid w:val="005568A4"/>
    <w:rsid w:val="005572D7"/>
    <w:rsid w:val="0056157D"/>
    <w:rsid w:val="00574D68"/>
    <w:rsid w:val="005755E4"/>
    <w:rsid w:val="005903A4"/>
    <w:rsid w:val="00591CAF"/>
    <w:rsid w:val="00593193"/>
    <w:rsid w:val="005A14EF"/>
    <w:rsid w:val="005B39C8"/>
    <w:rsid w:val="005C3707"/>
    <w:rsid w:val="005D25DF"/>
    <w:rsid w:val="005E165D"/>
    <w:rsid w:val="005E6980"/>
    <w:rsid w:val="005F219F"/>
    <w:rsid w:val="00601629"/>
    <w:rsid w:val="00622F4D"/>
    <w:rsid w:val="00625E88"/>
    <w:rsid w:val="00626F71"/>
    <w:rsid w:val="0063313B"/>
    <w:rsid w:val="00641526"/>
    <w:rsid w:val="00645379"/>
    <w:rsid w:val="00652622"/>
    <w:rsid w:val="006566CE"/>
    <w:rsid w:val="00666F5B"/>
    <w:rsid w:val="006678A8"/>
    <w:rsid w:val="00676282"/>
    <w:rsid w:val="00691795"/>
    <w:rsid w:val="00695328"/>
    <w:rsid w:val="006A368D"/>
    <w:rsid w:val="006C4276"/>
    <w:rsid w:val="006C6259"/>
    <w:rsid w:val="006F16D3"/>
    <w:rsid w:val="006F773E"/>
    <w:rsid w:val="00707D8A"/>
    <w:rsid w:val="007170A3"/>
    <w:rsid w:val="00717839"/>
    <w:rsid w:val="007379D8"/>
    <w:rsid w:val="00747027"/>
    <w:rsid w:val="00753B6B"/>
    <w:rsid w:val="00767388"/>
    <w:rsid w:val="007743FC"/>
    <w:rsid w:val="00775D6E"/>
    <w:rsid w:val="00775D8E"/>
    <w:rsid w:val="007B4CE3"/>
    <w:rsid w:val="007B5890"/>
    <w:rsid w:val="007D7DF3"/>
    <w:rsid w:val="007E4133"/>
    <w:rsid w:val="007E43C2"/>
    <w:rsid w:val="00800196"/>
    <w:rsid w:val="00801E3E"/>
    <w:rsid w:val="00810CC2"/>
    <w:rsid w:val="00813657"/>
    <w:rsid w:val="008230B8"/>
    <w:rsid w:val="008466CD"/>
    <w:rsid w:val="0085017D"/>
    <w:rsid w:val="008516E8"/>
    <w:rsid w:val="00867423"/>
    <w:rsid w:val="00896337"/>
    <w:rsid w:val="008B05FC"/>
    <w:rsid w:val="008B1FA8"/>
    <w:rsid w:val="008B7FCE"/>
    <w:rsid w:val="008C1A7E"/>
    <w:rsid w:val="008C454C"/>
    <w:rsid w:val="008D215C"/>
    <w:rsid w:val="008D6113"/>
    <w:rsid w:val="008E1525"/>
    <w:rsid w:val="008E376A"/>
    <w:rsid w:val="008E596F"/>
    <w:rsid w:val="0090171D"/>
    <w:rsid w:val="00903E94"/>
    <w:rsid w:val="0090558D"/>
    <w:rsid w:val="0092499F"/>
    <w:rsid w:val="00935CBC"/>
    <w:rsid w:val="009A2D81"/>
    <w:rsid w:val="009B1696"/>
    <w:rsid w:val="009D23C3"/>
    <w:rsid w:val="009E3AF4"/>
    <w:rsid w:val="009E5C88"/>
    <w:rsid w:val="009F5055"/>
    <w:rsid w:val="009F780D"/>
    <w:rsid w:val="00A04944"/>
    <w:rsid w:val="00A15F71"/>
    <w:rsid w:val="00A2243B"/>
    <w:rsid w:val="00A41DEF"/>
    <w:rsid w:val="00A604C9"/>
    <w:rsid w:val="00A85165"/>
    <w:rsid w:val="00A87C26"/>
    <w:rsid w:val="00A91399"/>
    <w:rsid w:val="00A97ACA"/>
    <w:rsid w:val="00AA1D8D"/>
    <w:rsid w:val="00AA30C0"/>
    <w:rsid w:val="00AA3358"/>
    <w:rsid w:val="00AB1D0C"/>
    <w:rsid w:val="00AC0B08"/>
    <w:rsid w:val="00AC7DBA"/>
    <w:rsid w:val="00AF57D6"/>
    <w:rsid w:val="00B30C86"/>
    <w:rsid w:val="00B47730"/>
    <w:rsid w:val="00B4774E"/>
    <w:rsid w:val="00B51A63"/>
    <w:rsid w:val="00B62641"/>
    <w:rsid w:val="00B707D7"/>
    <w:rsid w:val="00B76FA7"/>
    <w:rsid w:val="00B91483"/>
    <w:rsid w:val="00B9524C"/>
    <w:rsid w:val="00BA4F95"/>
    <w:rsid w:val="00BA6676"/>
    <w:rsid w:val="00BB21A2"/>
    <w:rsid w:val="00BB51FC"/>
    <w:rsid w:val="00BB56B2"/>
    <w:rsid w:val="00BC0F1E"/>
    <w:rsid w:val="00BC16E2"/>
    <w:rsid w:val="00BC4731"/>
    <w:rsid w:val="00BD24B4"/>
    <w:rsid w:val="00BD3B42"/>
    <w:rsid w:val="00BE059D"/>
    <w:rsid w:val="00BE5F02"/>
    <w:rsid w:val="00BF3AE0"/>
    <w:rsid w:val="00C10B00"/>
    <w:rsid w:val="00C13589"/>
    <w:rsid w:val="00C335EA"/>
    <w:rsid w:val="00C421F7"/>
    <w:rsid w:val="00C766B4"/>
    <w:rsid w:val="00C85A11"/>
    <w:rsid w:val="00C86C91"/>
    <w:rsid w:val="00C95EC8"/>
    <w:rsid w:val="00CA0274"/>
    <w:rsid w:val="00CB0664"/>
    <w:rsid w:val="00CD2976"/>
    <w:rsid w:val="00CF1249"/>
    <w:rsid w:val="00CF72AE"/>
    <w:rsid w:val="00D01D9C"/>
    <w:rsid w:val="00D16582"/>
    <w:rsid w:val="00D26584"/>
    <w:rsid w:val="00D3528C"/>
    <w:rsid w:val="00D35A8D"/>
    <w:rsid w:val="00D35E22"/>
    <w:rsid w:val="00D40BAA"/>
    <w:rsid w:val="00D44779"/>
    <w:rsid w:val="00D47B86"/>
    <w:rsid w:val="00D74734"/>
    <w:rsid w:val="00D76963"/>
    <w:rsid w:val="00D81475"/>
    <w:rsid w:val="00D869B3"/>
    <w:rsid w:val="00DA3CCC"/>
    <w:rsid w:val="00DA69AC"/>
    <w:rsid w:val="00DC54C2"/>
    <w:rsid w:val="00DD6336"/>
    <w:rsid w:val="00DE10D8"/>
    <w:rsid w:val="00DE1A66"/>
    <w:rsid w:val="00E01FC8"/>
    <w:rsid w:val="00E06278"/>
    <w:rsid w:val="00E15535"/>
    <w:rsid w:val="00E2408D"/>
    <w:rsid w:val="00E25643"/>
    <w:rsid w:val="00E25C31"/>
    <w:rsid w:val="00E60D0A"/>
    <w:rsid w:val="00E6249C"/>
    <w:rsid w:val="00E719F7"/>
    <w:rsid w:val="00E8096D"/>
    <w:rsid w:val="00EB07DC"/>
    <w:rsid w:val="00EB2B6F"/>
    <w:rsid w:val="00EC7471"/>
    <w:rsid w:val="00ED1E20"/>
    <w:rsid w:val="00EE0F6C"/>
    <w:rsid w:val="00F00B3A"/>
    <w:rsid w:val="00F0385F"/>
    <w:rsid w:val="00F17915"/>
    <w:rsid w:val="00F264A1"/>
    <w:rsid w:val="00F504C7"/>
    <w:rsid w:val="00F67073"/>
    <w:rsid w:val="00F7717D"/>
    <w:rsid w:val="00F8109E"/>
    <w:rsid w:val="00F825DC"/>
    <w:rsid w:val="00F844E1"/>
    <w:rsid w:val="00F879D1"/>
    <w:rsid w:val="00F9266B"/>
    <w:rsid w:val="00F92ED4"/>
    <w:rsid w:val="00F976E7"/>
    <w:rsid w:val="00FA3B3A"/>
    <w:rsid w:val="00FA413D"/>
    <w:rsid w:val="00FC693F"/>
    <w:rsid w:val="00FD31CB"/>
    <w:rsid w:val="00FF74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45B178"/>
  <w14:defaultImageDpi w14:val="300"/>
  <w15:docId w15:val="{CD8DCC1D-3E71-4595-AF21-F3A84CC8A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D35A8D"/>
    <w:pPr>
      <w:spacing w:after="0" w:line="240" w:lineRule="auto"/>
    </w:pPr>
    <w:rPr>
      <w:rFonts w:ascii="Arial" w:hAnsi="Arial"/>
      <w:sz w:val="14"/>
    </w:rPr>
  </w:style>
  <w:style w:type="paragraph" w:styleId="1">
    <w:name w:val="heading 1"/>
    <w:basedOn w:val="a2"/>
    <w:next w:val="a1"/>
    <w:link w:val="10"/>
    <w:uiPriority w:val="9"/>
    <w:qFormat/>
    <w:rsid w:val="0014427F"/>
    <w:pPr>
      <w:tabs>
        <w:tab w:val="left" w:pos="567"/>
      </w:tabs>
      <w:ind w:left="567" w:hanging="567"/>
      <w:jc w:val="left"/>
      <w:outlineLvl w:val="0"/>
    </w:pPr>
    <w:rPr>
      <w:sz w:val="26"/>
    </w:rPr>
  </w:style>
  <w:style w:type="paragraph" w:styleId="21">
    <w:name w:val="heading 2"/>
    <w:basedOn w:val="1"/>
    <w:next w:val="a1"/>
    <w:link w:val="22"/>
    <w:uiPriority w:val="9"/>
    <w:unhideWhenUsed/>
    <w:qFormat/>
    <w:rsid w:val="00AC7DBA"/>
    <w:pPr>
      <w:outlineLvl w:val="1"/>
    </w:pPr>
    <w:rPr>
      <w:sz w:val="24"/>
    </w:rPr>
  </w:style>
  <w:style w:type="paragraph" w:styleId="31">
    <w:name w:val="heading 3"/>
    <w:basedOn w:val="a1"/>
    <w:next w:val="a1"/>
    <w:link w:val="32"/>
    <w:uiPriority w:val="9"/>
    <w:unhideWhenUsed/>
    <w:qFormat/>
    <w:rsid w:val="006F16D3"/>
    <w:pPr>
      <w:ind w:left="567" w:hanging="567"/>
      <w:outlineLvl w:val="2"/>
    </w:pPr>
    <w:rPr>
      <w:rFonts w:cs="Times New Roman"/>
      <w:lang w:val="ru-RU"/>
    </w:rPr>
  </w:style>
  <w:style w:type="paragraph" w:styleId="4">
    <w:name w:val="heading 4"/>
    <w:basedOn w:val="a1"/>
    <w:next w:val="a1"/>
    <w:link w:val="40"/>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a7"/>
    <w:uiPriority w:val="99"/>
    <w:unhideWhenUsed/>
    <w:rsid w:val="00E618BF"/>
    <w:pPr>
      <w:tabs>
        <w:tab w:val="center" w:pos="4680"/>
        <w:tab w:val="right" w:pos="9360"/>
      </w:tabs>
    </w:pPr>
  </w:style>
  <w:style w:type="character" w:customStyle="1" w:styleId="a7">
    <w:name w:val="Верхний колонтитул Знак"/>
    <w:basedOn w:val="a3"/>
    <w:link w:val="a6"/>
    <w:uiPriority w:val="99"/>
    <w:rsid w:val="00E618BF"/>
  </w:style>
  <w:style w:type="paragraph" w:styleId="a8">
    <w:name w:val="footer"/>
    <w:basedOn w:val="a1"/>
    <w:link w:val="a9"/>
    <w:uiPriority w:val="99"/>
    <w:unhideWhenUsed/>
    <w:rsid w:val="00E618BF"/>
    <w:pPr>
      <w:tabs>
        <w:tab w:val="center" w:pos="4680"/>
        <w:tab w:val="right" w:pos="9360"/>
      </w:tabs>
    </w:pPr>
  </w:style>
  <w:style w:type="character" w:customStyle="1" w:styleId="a9">
    <w:name w:val="Нижний колонтитул Знак"/>
    <w:basedOn w:val="a3"/>
    <w:link w:val="a8"/>
    <w:uiPriority w:val="99"/>
    <w:rsid w:val="00E618BF"/>
  </w:style>
  <w:style w:type="paragraph" w:styleId="aa">
    <w:name w:val="No Spacing"/>
    <w:uiPriority w:val="1"/>
    <w:qFormat/>
    <w:rsid w:val="00FC693F"/>
    <w:pPr>
      <w:spacing w:after="0" w:line="240" w:lineRule="auto"/>
    </w:pPr>
  </w:style>
  <w:style w:type="character" w:customStyle="1" w:styleId="10">
    <w:name w:val="Заголовок 1 Знак"/>
    <w:basedOn w:val="a3"/>
    <w:link w:val="1"/>
    <w:uiPriority w:val="9"/>
    <w:rsid w:val="0014427F"/>
    <w:rPr>
      <w:rFonts w:ascii="Arial" w:hAnsi="Arial" w:cs="Times New Roman"/>
      <w:b/>
      <w:sz w:val="26"/>
      <w:szCs w:val="40"/>
      <w:lang w:val="ru-RU"/>
    </w:rPr>
  </w:style>
  <w:style w:type="character" w:customStyle="1" w:styleId="22">
    <w:name w:val="Заголовок 2 Знак"/>
    <w:basedOn w:val="a3"/>
    <w:link w:val="21"/>
    <w:uiPriority w:val="9"/>
    <w:rsid w:val="00AC7DBA"/>
    <w:rPr>
      <w:rFonts w:ascii="Arial" w:hAnsi="Arial" w:cs="Times New Roman"/>
      <w:b/>
      <w:sz w:val="24"/>
      <w:szCs w:val="40"/>
      <w:lang w:val="ru-RU"/>
    </w:rPr>
  </w:style>
  <w:style w:type="character" w:customStyle="1" w:styleId="32">
    <w:name w:val="Заголовок 3 Знак"/>
    <w:basedOn w:val="a3"/>
    <w:link w:val="31"/>
    <w:uiPriority w:val="9"/>
    <w:rsid w:val="006F16D3"/>
    <w:rPr>
      <w:rFonts w:ascii="Times New Roman" w:hAnsi="Times New Roman" w:cs="Times New Roman"/>
      <w:sz w:val="24"/>
      <w:lang w:val="ru-RU"/>
    </w:rPr>
  </w:style>
  <w:style w:type="paragraph" w:styleId="ab">
    <w:name w:val="Title"/>
    <w:basedOn w:val="a1"/>
    <w:next w:val="a1"/>
    <w:link w:val="ac"/>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Заголовок Знак"/>
    <w:basedOn w:val="a3"/>
    <w:link w:val="ab"/>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1"/>
    <w:next w:val="a1"/>
    <w:link w:val="ae"/>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ae">
    <w:name w:val="Подзаголовок Знак"/>
    <w:basedOn w:val="a3"/>
    <w:link w:val="ad"/>
    <w:uiPriority w:val="11"/>
    <w:rsid w:val="00FC693F"/>
    <w:rPr>
      <w:rFonts w:asciiTheme="majorHAnsi" w:eastAsiaTheme="majorEastAsia" w:hAnsiTheme="majorHAnsi" w:cstheme="majorBidi"/>
      <w:i/>
      <w:iCs/>
      <w:color w:val="4F81BD" w:themeColor="accent1"/>
      <w:spacing w:val="15"/>
      <w:sz w:val="24"/>
      <w:szCs w:val="24"/>
    </w:rPr>
  </w:style>
  <w:style w:type="paragraph" w:styleId="af">
    <w:name w:val="List Paragraph"/>
    <w:basedOn w:val="a1"/>
    <w:uiPriority w:val="34"/>
    <w:qFormat/>
    <w:rsid w:val="00FC693F"/>
    <w:pPr>
      <w:ind w:left="720"/>
      <w:contextualSpacing/>
    </w:pPr>
  </w:style>
  <w:style w:type="paragraph" w:styleId="af0">
    <w:name w:val="Body Text"/>
    <w:basedOn w:val="a1"/>
    <w:link w:val="af1"/>
    <w:uiPriority w:val="99"/>
    <w:unhideWhenUsed/>
    <w:rsid w:val="00AA1D8D"/>
    <w:pPr>
      <w:spacing w:after="120"/>
    </w:pPr>
  </w:style>
  <w:style w:type="character" w:customStyle="1" w:styleId="af1">
    <w:name w:val="Основной текст Знак"/>
    <w:basedOn w:val="a3"/>
    <w:link w:val="af0"/>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3"/>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3"/>
    <w:link w:val="33"/>
    <w:uiPriority w:val="99"/>
    <w:rsid w:val="00AA1D8D"/>
    <w:rPr>
      <w:sz w:val="16"/>
      <w:szCs w:val="16"/>
    </w:rPr>
  </w:style>
  <w:style w:type="paragraph" w:styleId="af2">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3">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4">
    <w:name w:val="macro"/>
    <w:link w:val="af5"/>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5">
    <w:name w:val="Текст макроса Знак"/>
    <w:basedOn w:val="a3"/>
    <w:link w:val="af4"/>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3"/>
    <w:link w:val="27"/>
    <w:uiPriority w:val="29"/>
    <w:rsid w:val="00FC693F"/>
    <w:rPr>
      <w:i/>
      <w:iCs/>
      <w:color w:val="000000" w:themeColor="text1"/>
    </w:rPr>
  </w:style>
  <w:style w:type="character" w:customStyle="1" w:styleId="40">
    <w:name w:val="Заголовок 4 Знак"/>
    <w:basedOn w:val="a3"/>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3"/>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6">
    <w:name w:val="caption"/>
    <w:basedOn w:val="a1"/>
    <w:next w:val="a1"/>
    <w:uiPriority w:val="35"/>
    <w:semiHidden/>
    <w:unhideWhenUsed/>
    <w:qFormat/>
    <w:rsid w:val="00FC693F"/>
    <w:rPr>
      <w:b/>
      <w:bCs/>
      <w:color w:val="4F81BD" w:themeColor="accent1"/>
      <w:sz w:val="18"/>
      <w:szCs w:val="18"/>
    </w:rPr>
  </w:style>
  <w:style w:type="character" w:styleId="af7">
    <w:name w:val="Strong"/>
    <w:basedOn w:val="a3"/>
    <w:uiPriority w:val="22"/>
    <w:qFormat/>
    <w:rsid w:val="00FC693F"/>
    <w:rPr>
      <w:b/>
      <w:bCs/>
    </w:rPr>
  </w:style>
  <w:style w:type="character" w:styleId="af8">
    <w:name w:val="Emphasis"/>
    <w:basedOn w:val="a3"/>
    <w:uiPriority w:val="20"/>
    <w:qFormat/>
    <w:rsid w:val="00FC693F"/>
    <w:rPr>
      <w:i/>
      <w:iCs/>
    </w:rPr>
  </w:style>
  <w:style w:type="paragraph" w:styleId="af9">
    <w:name w:val="Intense Quote"/>
    <w:basedOn w:val="a1"/>
    <w:next w:val="a1"/>
    <w:link w:val="afa"/>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a">
    <w:name w:val="Выделенная цитата Знак"/>
    <w:basedOn w:val="a3"/>
    <w:link w:val="af9"/>
    <w:uiPriority w:val="30"/>
    <w:rsid w:val="00FC693F"/>
    <w:rPr>
      <w:b/>
      <w:bCs/>
      <w:i/>
      <w:iCs/>
      <w:color w:val="4F81BD" w:themeColor="accent1"/>
    </w:rPr>
  </w:style>
  <w:style w:type="character" w:styleId="afb">
    <w:name w:val="Subtle Emphasis"/>
    <w:basedOn w:val="a3"/>
    <w:uiPriority w:val="19"/>
    <w:qFormat/>
    <w:rsid w:val="00FC693F"/>
    <w:rPr>
      <w:i/>
      <w:iCs/>
      <w:color w:val="808080" w:themeColor="text1" w:themeTint="7F"/>
    </w:rPr>
  </w:style>
  <w:style w:type="character" w:styleId="afc">
    <w:name w:val="Intense Emphasis"/>
    <w:basedOn w:val="a3"/>
    <w:uiPriority w:val="21"/>
    <w:qFormat/>
    <w:rsid w:val="00FC693F"/>
    <w:rPr>
      <w:b/>
      <w:bCs/>
      <w:i/>
      <w:iCs/>
      <w:color w:val="4F81BD" w:themeColor="accent1"/>
    </w:rPr>
  </w:style>
  <w:style w:type="character" w:styleId="afd">
    <w:name w:val="Subtle Reference"/>
    <w:basedOn w:val="a3"/>
    <w:uiPriority w:val="31"/>
    <w:qFormat/>
    <w:rsid w:val="00FC693F"/>
    <w:rPr>
      <w:smallCaps/>
      <w:color w:val="C0504D" w:themeColor="accent2"/>
      <w:u w:val="single"/>
    </w:rPr>
  </w:style>
  <w:style w:type="character" w:styleId="afe">
    <w:name w:val="Intense Reference"/>
    <w:basedOn w:val="a3"/>
    <w:uiPriority w:val="32"/>
    <w:qFormat/>
    <w:rsid w:val="00FC693F"/>
    <w:rPr>
      <w:b/>
      <w:bCs/>
      <w:smallCaps/>
      <w:color w:val="C0504D" w:themeColor="accent2"/>
      <w:spacing w:val="5"/>
      <w:u w:val="single"/>
    </w:rPr>
  </w:style>
  <w:style w:type="character" w:styleId="aff">
    <w:name w:val="Book Title"/>
    <w:basedOn w:val="a3"/>
    <w:uiPriority w:val="33"/>
    <w:qFormat/>
    <w:rsid w:val="00FC693F"/>
    <w:rPr>
      <w:b/>
      <w:bCs/>
      <w:smallCaps/>
      <w:spacing w:val="5"/>
    </w:rPr>
  </w:style>
  <w:style w:type="paragraph" w:styleId="aff0">
    <w:name w:val="TOC Heading"/>
    <w:basedOn w:val="1"/>
    <w:next w:val="a1"/>
    <w:uiPriority w:val="39"/>
    <w:semiHidden/>
    <w:unhideWhenUsed/>
    <w:qFormat/>
    <w:rsid w:val="00FC693F"/>
    <w:pPr>
      <w:outlineLvl w:val="9"/>
    </w:pPr>
  </w:style>
  <w:style w:type="table" w:styleId="aff1">
    <w:name w:val="Table Grid"/>
    <w:basedOn w:val="a4"/>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2">
    <w:name w:val="Light Shading"/>
    <w:basedOn w:val="a4"/>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4"/>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4"/>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4"/>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4"/>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4"/>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4"/>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3">
    <w:name w:val="Light List"/>
    <w:basedOn w:val="a4"/>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4"/>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4"/>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4"/>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4"/>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4"/>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4"/>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4">
    <w:name w:val="Light Grid"/>
    <w:basedOn w:val="a4"/>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4"/>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4"/>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4"/>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4"/>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4"/>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4"/>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4"/>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4"/>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4"/>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4"/>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4"/>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4"/>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4"/>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4"/>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4"/>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4"/>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4"/>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4"/>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4"/>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4"/>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4"/>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4"/>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4"/>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4"/>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4"/>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4"/>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5">
    <w:name w:val="Dark List"/>
    <w:basedOn w:val="a4"/>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4"/>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4"/>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4"/>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4"/>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4"/>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4"/>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6">
    <w:name w:val="Colorful Shading"/>
    <w:basedOn w:val="a4"/>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4"/>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4"/>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4"/>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4"/>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4"/>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4"/>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7">
    <w:name w:val="Colorful List"/>
    <w:basedOn w:val="a4"/>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4"/>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4"/>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4"/>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4"/>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4"/>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4"/>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8">
    <w:name w:val="Colorful Grid"/>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9">
    <w:name w:val="Balloon Text"/>
    <w:basedOn w:val="a1"/>
    <w:link w:val="affa"/>
    <w:uiPriority w:val="99"/>
    <w:semiHidden/>
    <w:unhideWhenUsed/>
    <w:rsid w:val="0056157D"/>
    <w:rPr>
      <w:rFonts w:ascii="Tahoma" w:hAnsi="Tahoma" w:cs="Tahoma"/>
      <w:sz w:val="16"/>
      <w:szCs w:val="16"/>
    </w:rPr>
  </w:style>
  <w:style w:type="character" w:customStyle="1" w:styleId="affa">
    <w:name w:val="Текст выноски Знак"/>
    <w:basedOn w:val="a3"/>
    <w:link w:val="aff9"/>
    <w:uiPriority w:val="99"/>
    <w:semiHidden/>
    <w:rsid w:val="0056157D"/>
    <w:rPr>
      <w:rFonts w:ascii="Tahoma" w:hAnsi="Tahoma" w:cs="Tahoma"/>
      <w:sz w:val="16"/>
      <w:szCs w:val="16"/>
    </w:rPr>
  </w:style>
  <w:style w:type="paragraph" w:customStyle="1" w:styleId="headred12">
    <w:name w:val="head red 12"/>
    <w:basedOn w:val="a1"/>
    <w:qFormat/>
    <w:rsid w:val="00D35A8D"/>
    <w:pPr>
      <w:jc w:val="center"/>
    </w:pPr>
    <w:rPr>
      <w:b/>
      <w:i/>
      <w:color w:val="C00000"/>
      <w:sz w:val="24"/>
      <w:lang w:val="ru-RU"/>
    </w:rPr>
  </w:style>
  <w:style w:type="paragraph" w:customStyle="1" w:styleId="Model">
    <w:name w:val="Model"/>
    <w:basedOn w:val="a1"/>
    <w:qFormat/>
    <w:rsid w:val="0056157D"/>
    <w:pPr>
      <w:jc w:val="center"/>
    </w:pPr>
    <w:rPr>
      <w:sz w:val="40"/>
      <w:szCs w:val="40"/>
      <w:lang w:val="ru-RU"/>
    </w:rPr>
  </w:style>
  <w:style w:type="table" w:customStyle="1" w:styleId="14">
    <w:name w:val="Сетка таблицы1"/>
    <w:basedOn w:val="a4"/>
    <w:next w:val="aff1"/>
    <w:uiPriority w:val="39"/>
    <w:rsid w:val="0056157D"/>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
    <w:name w:val="b"/>
    <w:basedOn w:val="af"/>
    <w:qFormat/>
    <w:rsid w:val="00E01FC8"/>
    <w:pPr>
      <w:numPr>
        <w:numId w:val="14"/>
      </w:numPr>
      <w:jc w:val="both"/>
    </w:pPr>
    <w:rPr>
      <w:rFonts w:eastAsia="Times New Roman"/>
      <w:kern w:val="2"/>
      <w:lang w:val="ru-RU"/>
      <w14:ligatures w14:val="standardContextual"/>
    </w:rPr>
  </w:style>
  <w:style w:type="paragraph" w:customStyle="1" w:styleId="T">
    <w:name w:val="T"/>
    <w:basedOn w:val="a1"/>
    <w:qFormat/>
    <w:rsid w:val="005B39C8"/>
    <w:pPr>
      <w:jc w:val="both"/>
    </w:pPr>
    <w:rPr>
      <w:sz w:val="15"/>
      <w:lang w:val="ru-RU"/>
    </w:rPr>
  </w:style>
  <w:style w:type="paragraph" w:customStyle="1" w:styleId="a2">
    <w:name w:val="!"/>
    <w:qFormat/>
    <w:rsid w:val="005B39C8"/>
    <w:pPr>
      <w:spacing w:before="120" w:after="0" w:line="240" w:lineRule="auto"/>
      <w:jc w:val="center"/>
    </w:pPr>
    <w:rPr>
      <w:rFonts w:ascii="Arial" w:hAnsi="Arial" w:cs="Times New Roman"/>
      <w:b/>
      <w:sz w:val="32"/>
      <w:szCs w:val="40"/>
      <w:lang w:val="ru-RU"/>
    </w:rPr>
  </w:style>
  <w:style w:type="paragraph" w:customStyle="1" w:styleId="bold">
    <w:name w:val="bold"/>
    <w:basedOn w:val="a1"/>
    <w:qFormat/>
    <w:rsid w:val="005B39C8"/>
    <w:pPr>
      <w:jc w:val="center"/>
    </w:pPr>
    <w:rPr>
      <w:rFonts w:cs="Times New Roman"/>
      <w:b/>
      <w:sz w:val="20"/>
      <w:lang w:val="ru-RU"/>
    </w:rPr>
  </w:style>
  <w:style w:type="table" w:customStyle="1" w:styleId="2c">
    <w:name w:val="Сетка таблицы2"/>
    <w:basedOn w:val="a4"/>
    <w:next w:val="aff1"/>
    <w:uiPriority w:val="39"/>
    <w:rsid w:val="002866BA"/>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4"/>
    <w:next w:val="aff1"/>
    <w:uiPriority w:val="39"/>
    <w:rsid w:val="00454967"/>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ПРИМЕЧАНИЕ:"/>
    <w:basedOn w:val="a3"/>
    <w:uiPriority w:val="1"/>
    <w:qFormat/>
    <w:rsid w:val="00454967"/>
    <w:rPr>
      <w:b/>
    </w:rPr>
  </w:style>
  <w:style w:type="paragraph" w:customStyle="1" w:styleId="affc">
    <w:name w:val="ПРИМЕЧАНИЕ"/>
    <w:basedOn w:val="T"/>
    <w:qFormat/>
    <w:rsid w:val="00454967"/>
    <w:rPr>
      <w:b/>
    </w:rPr>
  </w:style>
  <w:style w:type="table" w:customStyle="1" w:styleId="41">
    <w:name w:val="Сетка таблицы4"/>
    <w:basedOn w:val="a4"/>
    <w:next w:val="aff1"/>
    <w:uiPriority w:val="39"/>
    <w:rsid w:val="00454967"/>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4"/>
    <w:next w:val="aff1"/>
    <w:uiPriority w:val="39"/>
    <w:rsid w:val="009F5055"/>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5">
    <w:name w:val="toc 1"/>
    <w:basedOn w:val="a1"/>
    <w:next w:val="a1"/>
    <w:autoRedefine/>
    <w:uiPriority w:val="39"/>
    <w:unhideWhenUsed/>
    <w:rsid w:val="005B39C8"/>
    <w:pPr>
      <w:tabs>
        <w:tab w:val="left" w:pos="284"/>
        <w:tab w:val="right" w:leader="dot" w:pos="6486"/>
      </w:tabs>
      <w:spacing w:after="100"/>
      <w:ind w:left="284" w:hanging="284"/>
    </w:pPr>
    <w:rPr>
      <w:noProof/>
      <w:sz w:val="16"/>
    </w:rPr>
  </w:style>
  <w:style w:type="character" w:styleId="affd">
    <w:name w:val="Hyperlink"/>
    <w:basedOn w:val="a3"/>
    <w:uiPriority w:val="99"/>
    <w:unhideWhenUsed/>
    <w:rsid w:val="008516E8"/>
    <w:rPr>
      <w:color w:val="0000FF" w:themeColor="hyperlink"/>
      <w:u w:val="single"/>
    </w:rPr>
  </w:style>
  <w:style w:type="table" w:customStyle="1" w:styleId="61">
    <w:name w:val="Сетка таблицы6"/>
    <w:basedOn w:val="a4"/>
    <w:next w:val="aff1"/>
    <w:uiPriority w:val="39"/>
    <w:rsid w:val="00896337"/>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4"/>
    <w:next w:val="aff1"/>
    <w:uiPriority w:val="39"/>
    <w:rsid w:val="003523AB"/>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ff1"/>
    <w:uiPriority w:val="39"/>
    <w:rsid w:val="005E6980"/>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4"/>
    <w:next w:val="aff1"/>
    <w:uiPriority w:val="39"/>
    <w:rsid w:val="00F00B3A"/>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af"/>
    <w:qFormat/>
    <w:rsid w:val="00A97ACA"/>
    <w:pPr>
      <w:numPr>
        <w:numId w:val="11"/>
      </w:numPr>
      <w:spacing w:after="160" w:line="259" w:lineRule="auto"/>
      <w:contextualSpacing w:val="0"/>
      <w:jc w:val="both"/>
    </w:pPr>
    <w:rPr>
      <w:rFonts w:cs="Times New Roman"/>
      <w:lang w:val="ru-RU"/>
    </w:rPr>
  </w:style>
  <w:style w:type="table" w:customStyle="1" w:styleId="100">
    <w:name w:val="Сетка таблицы10"/>
    <w:basedOn w:val="a4"/>
    <w:next w:val="aff1"/>
    <w:uiPriority w:val="39"/>
    <w:rsid w:val="00D869B3"/>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4"/>
    <w:next w:val="aff1"/>
    <w:uiPriority w:val="39"/>
    <w:rsid w:val="001534A1"/>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ff1"/>
    <w:uiPriority w:val="39"/>
    <w:rsid w:val="00625E88"/>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ff1"/>
    <w:uiPriority w:val="39"/>
    <w:rsid w:val="00625E88"/>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next w:val="aff1"/>
    <w:uiPriority w:val="39"/>
    <w:rsid w:val="00625E88"/>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next w:val="aff1"/>
    <w:uiPriority w:val="39"/>
    <w:rsid w:val="00AA3358"/>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4"/>
    <w:next w:val="aff1"/>
    <w:uiPriority w:val="39"/>
    <w:rsid w:val="00AA3358"/>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4"/>
    <w:next w:val="aff1"/>
    <w:uiPriority w:val="39"/>
    <w:rsid w:val="0085017D"/>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4"/>
    <w:next w:val="aff1"/>
    <w:uiPriority w:val="39"/>
    <w:rsid w:val="0085017D"/>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4"/>
    <w:next w:val="aff1"/>
    <w:uiPriority w:val="39"/>
    <w:rsid w:val="00255B42"/>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4"/>
    <w:next w:val="aff1"/>
    <w:uiPriority w:val="39"/>
    <w:rsid w:val="00255B42"/>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
    <w:name w:val="b-"/>
    <w:basedOn w:val="af"/>
    <w:qFormat/>
    <w:rsid w:val="00255B42"/>
    <w:pPr>
      <w:widowControl w:val="0"/>
      <w:numPr>
        <w:numId w:val="19"/>
      </w:numPr>
      <w:spacing w:line="276" w:lineRule="auto"/>
      <w:ind w:left="284" w:hanging="284"/>
      <w:jc w:val="both"/>
    </w:pPr>
    <w:rPr>
      <w:rFonts w:eastAsia="Times New Roman" w:cs="Times New Roman"/>
      <w:kern w:val="2"/>
      <w:szCs w:val="24"/>
      <w:lang w:val="ru"/>
      <w14:ligatures w14:val="standardContextual"/>
    </w:rPr>
  </w:style>
  <w:style w:type="table" w:customStyle="1" w:styleId="210">
    <w:name w:val="Сетка таблицы21"/>
    <w:basedOn w:val="a4"/>
    <w:next w:val="aff1"/>
    <w:uiPriority w:val="39"/>
    <w:rsid w:val="00255B42"/>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ff1"/>
    <w:uiPriority w:val="39"/>
    <w:rsid w:val="00255B42"/>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4"/>
    <w:next w:val="aff1"/>
    <w:uiPriority w:val="39"/>
    <w:rsid w:val="00EB2B6F"/>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4"/>
    <w:next w:val="aff1"/>
    <w:uiPriority w:val="39"/>
    <w:rsid w:val="00EB2B6F"/>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4"/>
    <w:next w:val="aff1"/>
    <w:uiPriority w:val="39"/>
    <w:rsid w:val="00BA6676"/>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4"/>
    <w:next w:val="aff1"/>
    <w:uiPriority w:val="39"/>
    <w:rsid w:val="00D40BAA"/>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4"/>
    <w:next w:val="aff1"/>
    <w:uiPriority w:val="39"/>
    <w:rsid w:val="00D40BAA"/>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4"/>
    <w:next w:val="aff1"/>
    <w:uiPriority w:val="39"/>
    <w:rsid w:val="00652622"/>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4"/>
    <w:next w:val="aff1"/>
    <w:uiPriority w:val="39"/>
    <w:rsid w:val="00652622"/>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4"/>
    <w:next w:val="aff1"/>
    <w:uiPriority w:val="39"/>
    <w:rsid w:val="00173F29"/>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4"/>
    <w:next w:val="aff1"/>
    <w:uiPriority w:val="39"/>
    <w:rsid w:val="00173F29"/>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next w:val="aff1"/>
    <w:uiPriority w:val="39"/>
    <w:rsid w:val="00173F29"/>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4"/>
    <w:next w:val="aff1"/>
    <w:uiPriority w:val="39"/>
    <w:rsid w:val="009D23C3"/>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4"/>
    <w:next w:val="aff1"/>
    <w:uiPriority w:val="39"/>
    <w:rsid w:val="009D23C3"/>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_"/>
    <w:basedOn w:val="a1"/>
    <w:qFormat/>
    <w:rsid w:val="00622F4D"/>
    <w:pPr>
      <w:widowControl w:val="0"/>
      <w:tabs>
        <w:tab w:val="right" w:leader="underscore" w:pos="6521"/>
      </w:tabs>
      <w:spacing w:line="276" w:lineRule="auto"/>
    </w:pPr>
    <w:rPr>
      <w:rFonts w:eastAsia="Times New Roman" w:cs="Times New Roman"/>
      <w:szCs w:val="24"/>
      <w:lang w:val="ru-RU"/>
    </w:rPr>
  </w:style>
  <w:style w:type="table" w:customStyle="1" w:styleId="350">
    <w:name w:val="Сетка таблицы35"/>
    <w:basedOn w:val="a4"/>
    <w:next w:val="aff1"/>
    <w:uiPriority w:val="39"/>
    <w:rsid w:val="00216EDF"/>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4"/>
    <w:next w:val="aff1"/>
    <w:uiPriority w:val="39"/>
    <w:rsid w:val="00216EDF"/>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4"/>
    <w:next w:val="aff1"/>
    <w:uiPriority w:val="39"/>
    <w:rsid w:val="00216EDF"/>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12">
    <w:name w:val="bold12"/>
    <w:basedOn w:val="a1"/>
    <w:qFormat/>
    <w:rsid w:val="0014427F"/>
    <w:pPr>
      <w:spacing w:after="80"/>
    </w:pPr>
    <w:rPr>
      <w:rFonts w:cs="Times New Roman"/>
      <w:b/>
      <w:sz w:val="18"/>
      <w:lang w:val="ru-RU"/>
    </w:rPr>
  </w:style>
  <w:style w:type="paragraph" w:customStyle="1" w:styleId="p">
    <w:name w:val="p"/>
    <w:basedOn w:val="a1"/>
    <w:qFormat/>
    <w:rsid w:val="00645379"/>
    <w:rPr>
      <w:rFonts w:cs="Times New Roman"/>
      <w:sz w:val="12"/>
      <w:szCs w:val="16"/>
      <w:lang w:val="ru-RU"/>
    </w:rPr>
  </w:style>
  <w:style w:type="table" w:customStyle="1" w:styleId="380">
    <w:name w:val="Сетка таблицы38"/>
    <w:basedOn w:val="a4"/>
    <w:next w:val="aff1"/>
    <w:uiPriority w:val="39"/>
    <w:rsid w:val="003328AD"/>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4"/>
    <w:next w:val="aff1"/>
    <w:uiPriority w:val="39"/>
    <w:rsid w:val="003328AD"/>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4"/>
    <w:next w:val="aff1"/>
    <w:uiPriority w:val="39"/>
    <w:rsid w:val="00FA3B3A"/>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f1"/>
    <w:uiPriority w:val="39"/>
    <w:rsid w:val="008C1A7E"/>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4"/>
    <w:next w:val="aff1"/>
    <w:uiPriority w:val="39"/>
    <w:rsid w:val="008C1A7E"/>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4"/>
    <w:next w:val="aff1"/>
    <w:uiPriority w:val="39"/>
    <w:rsid w:val="008C1A7E"/>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4"/>
    <w:next w:val="aff1"/>
    <w:uiPriority w:val="39"/>
    <w:rsid w:val="008C1A7E"/>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4"/>
    <w:next w:val="aff1"/>
    <w:uiPriority w:val="39"/>
    <w:rsid w:val="008C1A7E"/>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4"/>
    <w:next w:val="aff1"/>
    <w:uiPriority w:val="39"/>
    <w:rsid w:val="008C1A7E"/>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4"/>
    <w:next w:val="aff1"/>
    <w:uiPriority w:val="39"/>
    <w:rsid w:val="00DE1A66"/>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4"/>
    <w:next w:val="aff1"/>
    <w:uiPriority w:val="39"/>
    <w:rsid w:val="00DE1A66"/>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4"/>
    <w:next w:val="aff1"/>
    <w:uiPriority w:val="39"/>
    <w:rsid w:val="00DE1A66"/>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4"/>
    <w:next w:val="aff1"/>
    <w:uiPriority w:val="39"/>
    <w:rsid w:val="00DE1A66"/>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ff1"/>
    <w:uiPriority w:val="39"/>
    <w:rsid w:val="006C6259"/>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4"/>
    <w:next w:val="aff1"/>
    <w:uiPriority w:val="39"/>
    <w:rsid w:val="00511B57"/>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4"/>
    <w:next w:val="aff1"/>
    <w:uiPriority w:val="39"/>
    <w:rsid w:val="0040385D"/>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4"/>
    <w:next w:val="aff1"/>
    <w:uiPriority w:val="39"/>
    <w:rsid w:val="0040385D"/>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4"/>
    <w:next w:val="aff1"/>
    <w:uiPriority w:val="39"/>
    <w:rsid w:val="0040385D"/>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4"/>
    <w:next w:val="aff1"/>
    <w:uiPriority w:val="39"/>
    <w:rsid w:val="00F504C7"/>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4"/>
    <w:next w:val="aff1"/>
    <w:uiPriority w:val="39"/>
    <w:rsid w:val="00666F5B"/>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4"/>
    <w:next w:val="aff1"/>
    <w:uiPriority w:val="39"/>
    <w:rsid w:val="00666F5B"/>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4"/>
    <w:next w:val="aff1"/>
    <w:uiPriority w:val="39"/>
    <w:rsid w:val="005E165D"/>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4"/>
    <w:next w:val="aff1"/>
    <w:uiPriority w:val="39"/>
    <w:rsid w:val="005E165D"/>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ff1"/>
    <w:uiPriority w:val="39"/>
    <w:rsid w:val="005E165D"/>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4"/>
    <w:next w:val="aff1"/>
    <w:uiPriority w:val="39"/>
    <w:rsid w:val="00BB51FC"/>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4"/>
    <w:next w:val="aff1"/>
    <w:uiPriority w:val="39"/>
    <w:rsid w:val="00BB51FC"/>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4"/>
    <w:next w:val="aff1"/>
    <w:uiPriority w:val="39"/>
    <w:rsid w:val="00BB51FC"/>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4"/>
    <w:next w:val="aff1"/>
    <w:uiPriority w:val="39"/>
    <w:rsid w:val="00090549"/>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4"/>
    <w:next w:val="aff1"/>
    <w:uiPriority w:val="39"/>
    <w:rsid w:val="00090549"/>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4"/>
    <w:next w:val="aff1"/>
    <w:uiPriority w:val="39"/>
    <w:rsid w:val="00A15F71"/>
    <w:pPr>
      <w:spacing w:after="0" w:line="240" w:lineRule="auto"/>
    </w:pPr>
    <w:rPr>
      <w:rFonts w:eastAsia="Times New Roman"/>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n1">
    <w:name w:val="nn1"/>
    <w:basedOn w:val="n"/>
    <w:qFormat/>
    <w:rsid w:val="006A368D"/>
    <w:pPr>
      <w:spacing w:after="120" w:line="240" w:lineRule="auto"/>
      <w:ind w:left="465" w:hanging="397"/>
    </w:pPr>
  </w:style>
  <w:style w:type="paragraph" w:styleId="2d">
    <w:name w:val="toc 2"/>
    <w:basedOn w:val="a1"/>
    <w:next w:val="a1"/>
    <w:autoRedefine/>
    <w:uiPriority w:val="39"/>
    <w:unhideWhenUsed/>
    <w:rsid w:val="003C0DC6"/>
    <w:pPr>
      <w:spacing w:after="100"/>
      <w:ind w:left="240"/>
    </w:pPr>
  </w:style>
  <w:style w:type="paragraph" w:styleId="3a">
    <w:name w:val="toc 3"/>
    <w:basedOn w:val="a1"/>
    <w:next w:val="a1"/>
    <w:autoRedefine/>
    <w:uiPriority w:val="39"/>
    <w:unhideWhenUsed/>
    <w:rsid w:val="003C0DC6"/>
    <w:pPr>
      <w:spacing w:after="100"/>
      <w:ind w:left="480"/>
    </w:pPr>
  </w:style>
  <w:style w:type="paragraph" w:customStyle="1" w:styleId="1a">
    <w:name w:val="(1)"/>
    <w:basedOn w:val="a1"/>
    <w:qFormat/>
    <w:rsid w:val="003C3FAA"/>
    <w:pPr>
      <w:spacing w:before="120" w:after="40"/>
      <w:ind w:left="567" w:hanging="567"/>
    </w:pPr>
    <w:rPr>
      <w:rFonts w:cs="Times New Roman"/>
      <w:lang w:val="ru-RU"/>
    </w:rPr>
  </w:style>
  <w:style w:type="paragraph" w:customStyle="1" w:styleId="2e">
    <w:name w:val="(2)"/>
    <w:basedOn w:val="a1"/>
    <w:qFormat/>
    <w:rsid w:val="003C3FAA"/>
    <w:pPr>
      <w:ind w:left="567"/>
    </w:pPr>
    <w:rPr>
      <w:rFonts w:cs="Times New Roman"/>
      <w:lang w:val="ru-RU"/>
    </w:rPr>
  </w:style>
  <w:style w:type="paragraph" w:customStyle="1" w:styleId="afff">
    <w:name w:val="ПРЕДУПРЕЖДЕНИЕ"/>
    <w:basedOn w:val="a1"/>
    <w:qFormat/>
    <w:rsid w:val="001C441B"/>
    <w:pPr>
      <w:widowControl w:val="0"/>
      <w:spacing w:line="276" w:lineRule="auto"/>
      <w:jc w:val="center"/>
    </w:pPr>
    <w:rPr>
      <w:rFonts w:eastAsia="Times New Roman" w:cs="Times New Roman"/>
      <w:b/>
      <w:bCs/>
      <w:kern w:val="2"/>
      <w:sz w:val="28"/>
      <w:szCs w:val="56"/>
      <w:lang w:val="ru"/>
      <w14:ligatures w14:val="standardContextual"/>
    </w:rPr>
  </w:style>
  <w:style w:type="paragraph" w:customStyle="1" w:styleId="bold11">
    <w:name w:val="bold 11"/>
    <w:basedOn w:val="a1"/>
    <w:qFormat/>
    <w:rsid w:val="00D35A8D"/>
    <w:pPr>
      <w:widowControl w:val="0"/>
      <w:spacing w:line="276" w:lineRule="auto"/>
      <w:jc w:val="center"/>
    </w:pPr>
    <w:rPr>
      <w:rFonts w:eastAsia="Times New Roman" w:cs="Times New Roman"/>
      <w:b/>
      <w:bCs/>
      <w:kern w:val="2"/>
      <w:sz w:val="22"/>
      <w:szCs w:val="24"/>
      <w:lang w:val="ru"/>
      <w14:ligatures w14:val="standardContextual"/>
    </w:rPr>
  </w:style>
  <w:style w:type="paragraph" w:customStyle="1" w:styleId="bold8">
    <w:name w:val="bold 8"/>
    <w:basedOn w:val="a1"/>
    <w:qFormat/>
    <w:rsid w:val="00D35A8D"/>
    <w:pPr>
      <w:jc w:val="center"/>
    </w:pPr>
    <w:rPr>
      <w:rFonts w:eastAsia="Times New Roman" w:cs="Times New Roman"/>
      <w:b/>
      <w:kern w:val="2"/>
      <w:sz w:val="16"/>
      <w:lang w:val="ru-RU"/>
      <w14:ligatures w14:val="standardContextual"/>
    </w:rPr>
  </w:style>
  <w:style w:type="paragraph" w:customStyle="1" w:styleId="b7">
    <w:name w:val="b7"/>
    <w:aliases w:val="5"/>
    <w:basedOn w:val="b"/>
    <w:qFormat/>
    <w:rsid w:val="005B39C8"/>
    <w:rPr>
      <w:sz w:val="15"/>
      <w:szCs w:val="15"/>
    </w:rPr>
  </w:style>
  <w:style w:type="paragraph" w:customStyle="1" w:styleId="1b">
    <w:name w:val="Стиль1"/>
    <w:basedOn w:val="a1"/>
    <w:qFormat/>
    <w:rsid w:val="001C441B"/>
    <w:pPr>
      <w:widowControl w:val="0"/>
      <w:tabs>
        <w:tab w:val="left" w:leader="dot" w:pos="1598"/>
      </w:tabs>
      <w:spacing w:line="192" w:lineRule="auto"/>
      <w:jc w:val="center"/>
    </w:pPr>
    <w:rPr>
      <w:rFonts w:ascii="Segoe UI Symbol" w:eastAsia="Times New Roman" w:hAnsi="Segoe UI Symbol" w:cs="Segoe UI Symbol"/>
      <w:kern w:val="2"/>
      <w:sz w:val="44"/>
      <w:szCs w:val="56"/>
      <w:lang w:val="ru-RU"/>
      <w14:ligatures w14:val="standardContextual"/>
    </w:rPr>
  </w:style>
  <w:style w:type="paragraph" w:customStyle="1" w:styleId="nn">
    <w:name w:val="n n"/>
    <w:basedOn w:val="n"/>
    <w:qFormat/>
    <w:rsid w:val="00645379"/>
    <w:pPr>
      <w:spacing w:after="0" w:line="240" w:lineRule="auto"/>
      <w:ind w:left="4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5429">
      <w:bodyDiv w:val="1"/>
      <w:marLeft w:val="0"/>
      <w:marRight w:val="0"/>
      <w:marTop w:val="0"/>
      <w:marBottom w:val="0"/>
      <w:divBdr>
        <w:top w:val="none" w:sz="0" w:space="0" w:color="auto"/>
        <w:left w:val="none" w:sz="0" w:space="0" w:color="auto"/>
        <w:bottom w:val="none" w:sz="0" w:space="0" w:color="auto"/>
        <w:right w:val="none" w:sz="0" w:space="0" w:color="auto"/>
      </w:divBdr>
    </w:div>
    <w:div w:id="254024584">
      <w:bodyDiv w:val="1"/>
      <w:marLeft w:val="0"/>
      <w:marRight w:val="0"/>
      <w:marTop w:val="0"/>
      <w:marBottom w:val="0"/>
      <w:divBdr>
        <w:top w:val="none" w:sz="0" w:space="0" w:color="auto"/>
        <w:left w:val="none" w:sz="0" w:space="0" w:color="auto"/>
        <w:bottom w:val="none" w:sz="0" w:space="0" w:color="auto"/>
        <w:right w:val="none" w:sz="0" w:space="0" w:color="auto"/>
      </w:divBdr>
    </w:div>
    <w:div w:id="349916006">
      <w:bodyDiv w:val="1"/>
      <w:marLeft w:val="0"/>
      <w:marRight w:val="0"/>
      <w:marTop w:val="0"/>
      <w:marBottom w:val="0"/>
      <w:divBdr>
        <w:top w:val="none" w:sz="0" w:space="0" w:color="auto"/>
        <w:left w:val="none" w:sz="0" w:space="0" w:color="auto"/>
        <w:bottom w:val="none" w:sz="0" w:space="0" w:color="auto"/>
        <w:right w:val="none" w:sz="0" w:space="0" w:color="auto"/>
      </w:divBdr>
    </w:div>
    <w:div w:id="818620533">
      <w:bodyDiv w:val="1"/>
      <w:marLeft w:val="0"/>
      <w:marRight w:val="0"/>
      <w:marTop w:val="0"/>
      <w:marBottom w:val="0"/>
      <w:divBdr>
        <w:top w:val="none" w:sz="0" w:space="0" w:color="auto"/>
        <w:left w:val="none" w:sz="0" w:space="0" w:color="auto"/>
        <w:bottom w:val="none" w:sz="0" w:space="0" w:color="auto"/>
        <w:right w:val="none" w:sz="0" w:space="0" w:color="auto"/>
      </w:divBdr>
    </w:div>
    <w:div w:id="862016928">
      <w:bodyDiv w:val="1"/>
      <w:marLeft w:val="0"/>
      <w:marRight w:val="0"/>
      <w:marTop w:val="0"/>
      <w:marBottom w:val="0"/>
      <w:divBdr>
        <w:top w:val="none" w:sz="0" w:space="0" w:color="auto"/>
        <w:left w:val="none" w:sz="0" w:space="0" w:color="auto"/>
        <w:bottom w:val="none" w:sz="0" w:space="0" w:color="auto"/>
        <w:right w:val="none" w:sz="0" w:space="0" w:color="auto"/>
      </w:divBdr>
    </w:div>
    <w:div w:id="966812082">
      <w:bodyDiv w:val="1"/>
      <w:marLeft w:val="0"/>
      <w:marRight w:val="0"/>
      <w:marTop w:val="0"/>
      <w:marBottom w:val="0"/>
      <w:divBdr>
        <w:top w:val="none" w:sz="0" w:space="0" w:color="auto"/>
        <w:left w:val="none" w:sz="0" w:space="0" w:color="auto"/>
        <w:bottom w:val="none" w:sz="0" w:space="0" w:color="auto"/>
        <w:right w:val="none" w:sz="0" w:space="0" w:color="auto"/>
      </w:divBdr>
    </w:div>
    <w:div w:id="1862432579">
      <w:bodyDiv w:val="1"/>
      <w:marLeft w:val="0"/>
      <w:marRight w:val="0"/>
      <w:marTop w:val="0"/>
      <w:marBottom w:val="0"/>
      <w:divBdr>
        <w:top w:val="none" w:sz="0" w:space="0" w:color="auto"/>
        <w:left w:val="none" w:sz="0" w:space="0" w:color="auto"/>
        <w:bottom w:val="none" w:sz="0" w:space="0" w:color="auto"/>
        <w:right w:val="none" w:sz="0" w:space="0" w:color="auto"/>
      </w:divBdr>
    </w:div>
    <w:div w:id="2059816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oter" Target="footer3.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3.xm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eader" Target="header2.xm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A5C69-E0FA-465B-B1F7-61B3FB51C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58</Pages>
  <Words>13959</Words>
  <Characters>79571</Characters>
  <Application>Microsoft Office Word</Application>
  <DocSecurity>0</DocSecurity>
  <Lines>663</Lines>
  <Paragraphs>186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93344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python-docx</dc:creator>
  <dc:description>generated by python-docx</dc:description>
  <cp:lastModifiedBy>user</cp:lastModifiedBy>
  <cp:revision>2</cp:revision>
  <dcterms:created xsi:type="dcterms:W3CDTF">2026-04-16T11:54:00Z</dcterms:created>
  <dcterms:modified xsi:type="dcterms:W3CDTF">2026-04-16T11:54:00Z</dcterms:modified>
</cp:coreProperties>
</file>